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mc="http://schemas.openxmlformats.org/markup-compatibility/2006" xmlns:ns6="http://schemas.microsoft.com/office/word/2010/wordprocessingDrawing" xmlns:pic="http://schemas.openxmlformats.org/drawingml/2006/picture" xmlns:r="http://schemas.openxmlformats.org/officeDocument/2006/relationships" xmlns:w="http://schemas.openxmlformats.org/wordprocessingml/2006/main" xmlns:wp="http://schemas.openxmlformats.org/drawingml/2006/wordprocessingDrawing" mc:Ignorable="w14 w15 w16se w16cid w16 w16cex w16sdtdh wp14">
  <w:body>
    <w:p>
      <w:pPr>
        <w:pStyle w:val="1"/>
      </w:pPr>
      <w:r>
        <w:t>Часть 1</w:t>
      </w:r>
    </w:p>
    <w:p w:rsidR="005E2F49" w:rsidRPr="005E2F49" w:rsidRDefault="005E2F49" w:rsidP="005E2F49">
      <w:pPr>
        <w:pStyle w:val="21"/>
        <w:rPr>
          <w:lang w:val="ru-RU"/>
        </w:rPr>
      </w:pPr>
      <w:r w:rsidRPr="005E2F49">
        <w:rPr>
          <w:lang w:val="ru-RU"/>
        </w:rPr>
        <w:t>Глава 1. Который видит Свет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Никто точно не знал, откуда появился Сергей.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 просто однажды был —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как будто всегда был.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Родился, как все, в роддоме на краю города,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но бабушка, сидящая на лавке, потом говорила: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А у него глаза были такие… будто он меня знает.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Как будто — раньше.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Default="005E2F49" w:rsidP="002A26E2">
      <w:pPr>
        <w:pStyle w:val="a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3710940" cy="3710940"/>
            <wp:effectExtent l="0" t="0" r="0" b="0"/>
            <wp:docPr id="1" name="Рисунок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" name="Рисунок 84356815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1094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6E2" w:rsidRDefault="002A26E2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lastRenderedPageBreak/>
        <w:t>Сергей был обычным.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Ну, почти.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 не кричал.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 не плакал.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 смотрел.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На стену. На люстру. На кота. На дождь.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будто слушал.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Мама думала — он просто мечтатель.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 папа говорил: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Будет физиком. Глядит, как будто атомы считает.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Но Сергей не считал.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 помнил.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 помнил, как Свет играет в тишине.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 знал, что у воды есть настроение,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что деревья разговаривают, только очень медленно,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что кот Мурка не просто мурчит, а поёт древнюю песню.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 знал, что взрослые не слышат этого,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потому что у них выключатель внутри.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Они называют это "взрослением",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 на самом деле — забыванием.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Сергей не забыл.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Не смог. Не захотел.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Просто как-то… остался включённым.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Однажды во дворе он увидел,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 xml:space="preserve">как девочка, </w:t>
      </w:r>
      <w:r w:rsidR="00FF6419">
        <w:rPr>
          <w:rFonts w:ascii="Times New Roman" w:hAnsi="Times New Roman" w:cs="Times New Roman"/>
          <w:sz w:val="24"/>
          <w:szCs w:val="24"/>
          <w:lang w:val="ru-RU"/>
        </w:rPr>
        <w:t>млад</w:t>
      </w:r>
      <w:r w:rsidRPr="005E2F49">
        <w:rPr>
          <w:rFonts w:ascii="Times New Roman" w:hAnsi="Times New Roman" w:cs="Times New Roman"/>
          <w:sz w:val="24"/>
          <w:szCs w:val="24"/>
          <w:lang w:val="ru-RU"/>
        </w:rPr>
        <w:t xml:space="preserve">ше его, </w:t>
      </w:r>
      <w:r w:rsidR="00885647">
        <w:rPr>
          <w:rFonts w:ascii="Times New Roman" w:hAnsi="Times New Roman" w:cs="Times New Roman"/>
          <w:sz w:val="24"/>
          <w:szCs w:val="24"/>
          <w:lang w:val="ru-RU"/>
        </w:rPr>
        <w:t>года</w:t>
      </w:r>
      <w:r w:rsidRPr="005E2F49">
        <w:rPr>
          <w:rFonts w:ascii="Times New Roman" w:hAnsi="Times New Roman" w:cs="Times New Roman"/>
          <w:sz w:val="24"/>
          <w:szCs w:val="24"/>
          <w:lang w:val="ru-RU"/>
        </w:rPr>
        <w:t xml:space="preserve"> на два,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глядит на дерево.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Она не просто смотрела —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lastRenderedPageBreak/>
        <w:t>она вслушивалась.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Тоже видишь? — спросил Сергей.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Девочка вздрогнула.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Ты про что?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Ну, как оно дышит.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Кто?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Дерево.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Она посмотрела на него как на дурачка.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Но потом вдруг шёпотом сказала: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Я думала, это только мне кажется…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Так он познакомился с Анфисой.</w:t>
      </w:r>
    </w:p>
    <w:p w:rsidR="002A26E2" w:rsidRPr="005E2F49" w:rsidRDefault="002A26E2" w:rsidP="002A26E2">
      <w:pPr>
        <w:pStyle w:val="a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3169920" cy="3169920"/>
            <wp:effectExtent l="0" t="0" r="5080" b="5080"/>
            <wp:docPr id="2" name="Рисунок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Рисунок 213203088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Через неделю он встретил Ваню.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Тот пытался объяснить голубю,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что он не против, если тот сядет на плечо.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Он всё равно тебя слышит, — сказал Сергей.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Думаешь?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У них очень тонкие уши.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Ага, невидимые, как у дедушки. Он всегда говорит: "Я слышу сердцем."</w:t>
      </w:r>
    </w:p>
    <w:p w:rsidR="00FE6B9B" w:rsidRPr="005E2F49" w:rsidRDefault="00FE6B9B" w:rsidP="00FE6B9B">
      <w:pPr>
        <w:pStyle w:val="a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3596640" cy="3596640"/>
            <wp:effectExtent l="0" t="0" r="0" b="0"/>
            <wp:docPr id="3" name="Рисунок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Рисунок 66030017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96640" cy="35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Ваня стал третьим.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Так появился Клуб Маленького Царя.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lastRenderedPageBreak/>
        <w:t>Только никто не знал, что это клуб.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никто не знал, кто тут царь.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Кроме одного.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Света.</w:t>
      </w:r>
    </w:p>
    <w:p w:rsidR="00363C9C" w:rsidRDefault="00363C9C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r>
        <w:rPr>
          <w:lang w:val="ru-RU"/>
        </w:rPr>
        <w:br w:type="page"/>
      </w:r>
    </w:p>
    <w:p w:rsidR="005E2F49" w:rsidRPr="005E2F49" w:rsidRDefault="005E2F49" w:rsidP="00FE6B9B">
      <w:pPr>
        <w:pStyle w:val="21"/>
        <w:rPr>
          <w:lang w:val="ru-RU"/>
        </w:rPr>
      </w:pPr>
      <w:r w:rsidRPr="005E2F49">
        <w:rPr>
          <w:lang w:val="ru-RU"/>
        </w:rPr>
        <w:lastRenderedPageBreak/>
        <w:t>Глава 2. Кто такие настоящие цари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Сергей не говорил, что он — Царь.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Это было бы… глупо.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Да и кому интересно?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Ведь царей сейчас никто не боится.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Их показывают в мультиках,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где у них короны, длинные мантии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толстые смешные усы.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 у Сергея не было ни мантии, ни короны.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Были только глаза, в которых можно было утонуть.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ещё — молчание, которое казалось важнее всех слов.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Однажды Анфиса спросила: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Ты чего такой странный?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В смысле?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Ну ты не споришь. Не обижаешься. Не жалуешься.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Ты вообще человек?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Сергей подумал.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 потом сказал: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Я Царь.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Анфиса нахмурилась.</w:t>
      </w:r>
    </w:p>
    <w:p w:rsidR="00363C9C" w:rsidRDefault="00363C9C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363C9C" w:rsidRPr="005E2F49" w:rsidRDefault="00363C9C" w:rsidP="00363C9C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Прямо вот так? Серьёзно?</w:t>
      </w:r>
    </w:p>
    <w:p w:rsidR="00363C9C" w:rsidRPr="005E2F49" w:rsidRDefault="00363C9C" w:rsidP="00363C9C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Ну да. Только не как в сказках.</w:t>
      </w:r>
    </w:p>
    <w:p w:rsidR="00363C9C" w:rsidRDefault="00363C9C" w:rsidP="00363C9C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А как?</w:t>
      </w:r>
    </w:p>
    <w:p w:rsidR="00363C9C" w:rsidRDefault="00363C9C" w:rsidP="00363C9C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363C9C" w:rsidRPr="005E2F49" w:rsidRDefault="00363C9C" w:rsidP="00363C9C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Сергей улыбнулся.</w:t>
      </w:r>
    </w:p>
    <w:p w:rsidR="00363C9C" w:rsidRPr="005E2F49" w:rsidRDefault="00363C9C" w:rsidP="00363C9C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 xml:space="preserve">— Царь — это не кто главный. Царь — это кто видит, </w:t>
      </w:r>
      <w:r w:rsidRPr="00885647">
        <w:rPr>
          <w:rFonts w:ascii="Times New Roman" w:hAnsi="Times New Roman" w:cs="Times New Roman"/>
          <w:b/>
          <w:bCs/>
          <w:sz w:val="24"/>
          <w:szCs w:val="24"/>
          <w:lang w:val="ru-RU"/>
        </w:rPr>
        <w:t>что главное</w:t>
      </w:r>
      <w:r w:rsidRPr="005E2F4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363C9C" w:rsidRPr="005E2F49" w:rsidRDefault="00363C9C" w:rsidP="00363C9C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363C9C" w:rsidRPr="005E2F49" w:rsidRDefault="00363C9C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C216F3" w:rsidP="00363C9C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3780790" cy="3780790"/>
            <wp:effectExtent l="0" t="0" r="3810" b="3810"/>
            <wp:docPr id="4" name="Рисунок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Рисунок 23924144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Она ничего не поняла.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Но Ваня, который сидел рядом и ковырял палочкой землю,</w:t>
      </w:r>
      <w:r w:rsidR="00C216F3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E2F49">
        <w:rPr>
          <w:rFonts w:ascii="Times New Roman" w:hAnsi="Times New Roman" w:cs="Times New Roman"/>
          <w:sz w:val="24"/>
          <w:szCs w:val="24"/>
          <w:lang w:val="ru-RU"/>
        </w:rPr>
        <w:t>вдруг сказал: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Ага. Как мама. Она всегда знает, когда я что-то спрятал.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Сергей кивнул.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Вот-вот. Только Царь видит не только, что ты спрятал,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 почему ты это сделал.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lastRenderedPageBreak/>
        <w:t>И не наказывает. Он понимает.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Анфиса села на качели и замолчала.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Она думала.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То есть ты хочешь сказать…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Что каждый может быть царём?</w:t>
      </w:r>
    </w:p>
    <w:p w:rsidR="005E2F49" w:rsidRPr="005E2F49" w:rsidRDefault="00C216F3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58240" behindDoc="0" locked="0" layoutInCell="1" allowOverlap="1" ns6:anchorId="41D73B67">
            <wp:simplePos x="0" y="0"/>
            <wp:positionH relativeFrom="column">
              <wp:posOffset>48260</wp:posOffset>
            </wp:positionH>
            <wp:positionV relativeFrom="paragraph">
              <wp:posOffset>273685</wp:posOffset>
            </wp:positionV>
            <wp:extent cx="3474000" cy="3474000"/>
            <wp:effectExtent l="0" t="0" r="6350" b="6350"/>
            <wp:wrapSquare wrapText="bothSides"/>
            <wp:docPr id="5" name="Рисунок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" name="Рисунок 37966328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74000" cy="3474000"/>
                    </a:xfrm>
                    <a:prstGeom prst="rect">
                      <a:avLst/>
                    </a:prstGeom>
                  </pic:spPr>
                </pic:pic>
              </a:graphicData>
            </a:graphic>
            <ns6:sizeRelH relativeFrom="margin">
              <ns6:pctWidth>0</ns6:pctWidth>
            </ns6:sizeRelH>
            <ns6:sizeRelV relativeFrom="margin">
              <ns6:pctHeight>0</ns6:pctHeight>
            </ns6:sizeRelV>
          </wp:anchor>
        </w:drawing>
      </w:r>
    </w:p>
    <w:p w:rsidR="00363C9C" w:rsidRDefault="00363C9C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Сергей пожал плечами.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Если не боится видеть по-настоящему.</w:t>
      </w:r>
    </w:p>
    <w:p w:rsidR="005E2F49" w:rsidRPr="005E2F49" w:rsidRDefault="005E2F49" w:rsidP="00C216F3">
      <w:pPr>
        <w:pStyle w:val="a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А ты научишь нас? — вдруг спросил Ваня.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lastRenderedPageBreak/>
        <w:t>Сергей не ответил. Он просто подошёл,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положил руку Ване на плечо и сказал: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Уже начал.</w:t>
      </w:r>
    </w:p>
    <w:p w:rsidR="00C216F3" w:rsidRDefault="00C216F3" w:rsidP="00C216F3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C216F3" w:rsidRPr="005E2F49" w:rsidRDefault="00C216F3" w:rsidP="00C216F3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В этот день они пошли к реке.</w:t>
      </w:r>
    </w:p>
    <w:p w:rsidR="00C216F3" w:rsidRPr="005E2F49" w:rsidRDefault="00C216F3" w:rsidP="00C216F3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Но не купаться.</w:t>
      </w:r>
    </w:p>
    <w:p w:rsidR="00C216F3" w:rsidRPr="005E2F49" w:rsidRDefault="00C216F3" w:rsidP="00C216F3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 слушать, как течёт Время.</w:t>
      </w:r>
    </w:p>
    <w:p w:rsidR="00C216F3" w:rsidRPr="005E2F49" w:rsidRDefault="00C216F3" w:rsidP="00C216F3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Оно звучало, как шуршание воды по камешкам.</w:t>
      </w:r>
    </w:p>
    <w:p w:rsidR="00C216F3" w:rsidRPr="005E2F49" w:rsidRDefault="00C216F3" w:rsidP="00C216F3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в этом звуке была музыка без слов,</w:t>
      </w:r>
    </w:p>
    <w:p w:rsidR="00C216F3" w:rsidRPr="005E2F49" w:rsidRDefault="00C216F3" w:rsidP="00C216F3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которую взрослые называли "тишина".</w:t>
      </w:r>
    </w:p>
    <w:p w:rsidR="00C216F3" w:rsidRPr="005E2F49" w:rsidRDefault="00C216F3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363C9C" w:rsidRDefault="00363C9C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r>
        <w:rPr>
          <w:lang w:val="ru-RU"/>
        </w:rPr>
        <w:br w:type="page"/>
      </w:r>
    </w:p>
    <w:p w:rsidR="005E2F49" w:rsidRPr="00173B60" w:rsidRDefault="005E2F49" w:rsidP="00173B60">
      <w:pPr>
        <w:pStyle w:val="21"/>
      </w:pPr>
      <w:r w:rsidRPr="00FD36E6">
        <w:rPr>
          <w:lang w:val="ru-RU"/>
        </w:rPr>
        <w:lastRenderedPageBreak/>
        <w:t xml:space="preserve">Глава 3. </w:t>
      </w:r>
      <w:proofErr w:type="spellStart"/>
      <w:r w:rsidRPr="00173B60">
        <w:t>Как</w:t>
      </w:r>
      <w:proofErr w:type="spellEnd"/>
      <w:r w:rsidRPr="00173B60">
        <w:t xml:space="preserve"> </w:t>
      </w:r>
      <w:proofErr w:type="spellStart"/>
      <w:r w:rsidRPr="00173B60">
        <w:t>разговаривать</w:t>
      </w:r>
      <w:proofErr w:type="spellEnd"/>
      <w:r w:rsidRPr="00173B60">
        <w:t xml:space="preserve"> с </w:t>
      </w:r>
      <w:proofErr w:type="spellStart"/>
      <w:r w:rsidRPr="00173B60">
        <w:t>деревом</w:t>
      </w:r>
      <w:proofErr w:type="spellEnd"/>
      <w:r w:rsidR="00173B60" w:rsidRPr="00173B60">
        <w:t xml:space="preserve"> </w:t>
      </w:r>
      <w:r w:rsidRPr="00173B60">
        <w:t>(</w:t>
      </w:r>
      <w:proofErr w:type="spellStart"/>
      <w:r w:rsidRPr="00173B60">
        <w:t>или</w:t>
      </w:r>
      <w:proofErr w:type="spellEnd"/>
      <w:r w:rsidRPr="00173B60">
        <w:t xml:space="preserve"> </w:t>
      </w:r>
      <w:proofErr w:type="spellStart"/>
      <w:r w:rsidRPr="00173B60">
        <w:t>первая</w:t>
      </w:r>
      <w:proofErr w:type="spellEnd"/>
      <w:r w:rsidRPr="00173B60">
        <w:t xml:space="preserve"> </w:t>
      </w:r>
      <w:proofErr w:type="spellStart"/>
      <w:r w:rsidRPr="00173B60">
        <w:t>тайная</w:t>
      </w:r>
      <w:proofErr w:type="spellEnd"/>
      <w:r w:rsidRPr="00173B60">
        <w:t xml:space="preserve"> </w:t>
      </w:r>
      <w:proofErr w:type="spellStart"/>
      <w:r w:rsidRPr="00173B60">
        <w:t>игра</w:t>
      </w:r>
      <w:proofErr w:type="spellEnd"/>
      <w:r w:rsidRPr="00173B60">
        <w:t xml:space="preserve"> </w:t>
      </w:r>
      <w:proofErr w:type="spellStart"/>
      <w:r w:rsidRPr="00173B60">
        <w:t>Маленького</w:t>
      </w:r>
      <w:proofErr w:type="spellEnd"/>
      <w:r w:rsidRPr="00173B60">
        <w:t xml:space="preserve"> </w:t>
      </w:r>
      <w:proofErr w:type="spellStart"/>
      <w:r w:rsidRPr="00173B60">
        <w:t>Царя</w:t>
      </w:r>
      <w:proofErr w:type="spellEnd"/>
      <w:r w:rsidRPr="00173B60">
        <w:t>)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На следующий день Ваня прибежал первым.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 всегда приходил первым — потому что боялся, что игра начнётся без него.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 не знал, какая игра. Но чувствовал: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сегодня будет что-то важное.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Анфиса пришла позже, с рюкзаком и записной книжкой.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Я решила всё записывать.</w:t>
      </w:r>
      <w:r w:rsidR="00363C9C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2336" behindDoc="0" locked="0" layoutInCell="1" allowOverlap="1" ns6:anchorId="279AAD79" ns6:editId="73FDCAC1">
            <wp:simplePos x="0" y="0"/>
            <wp:positionH relativeFrom="column">
              <wp:posOffset>0</wp:posOffset>
            </wp:positionH>
            <wp:positionV relativeFrom="paragraph">
              <wp:posOffset>2247265</wp:posOffset>
            </wp:positionV>
            <wp:extent cx="3779520" cy="3779520"/>
            <wp:effectExtent l="0" t="0" r="5080" b="5080"/>
            <wp:wrapSquare wrapText="bothSides"/>
            <wp:docPr id="6" name="Рисунок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Рисунок 66984677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  <ns6:sizeRelH relativeFrom="margin">
              <ns6:pctWidth>0</ns6:pctWidth>
            </ns6:sizeRelH>
            <ns6:sizeRelV relativeFrom="margin">
              <ns6:pctHeight>0</ns6:pctHeight>
            </ns6:sizeRelV>
          </wp:anchor>
        </w:drawing>
      </w:r>
      <w:r w:rsidRPr="005E2F49">
        <w:rPr>
          <w:rFonts w:ascii="Times New Roman" w:hAnsi="Times New Roman" w:cs="Times New Roman"/>
          <w:sz w:val="24"/>
          <w:szCs w:val="24"/>
          <w:lang w:val="ru-RU"/>
        </w:rPr>
        <w:t>— Зачем? — удивился Ваня.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lastRenderedPageBreak/>
        <w:t>— Ну вдруг это потом станет книгой.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Какая книга?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А вот увидишь!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Сергей уже ждал их.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 стоял под старой берёзой у школы.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Но он не стоял — он слушал.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Ты чего? — спросил Ваня.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Тихо, — шепнул Сергей. — Она говорит.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Кто?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Берёза.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Анфиса хмыкнула.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С ума сошёл?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Сергей не обиделся.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 просто протянул руку и прикоснулся к коре.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 потом сказал: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Хотите попробовать?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А как?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Сергей повернулся и улыбнулся так,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как будто у него был секрет, которым он очень хотел поделиться.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Нужно только одно.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Нужно стать тише, чем она.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Анфиса сделала серьёзное лицо.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Ваня закрыл рот ладонью.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lastRenderedPageBreak/>
        <w:t>— Теперь — подойди.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Ладонью — к дереву.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Закрой глаза.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И не слушай ушами.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Слушай — внутри.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Они встали.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Молча.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Прикоснулись.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вдруг…</w:t>
      </w:r>
    </w:p>
    <w:p w:rsidR="005E2F49" w:rsidRPr="005E2F49" w:rsidRDefault="003C4D73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59229</wp:posOffset>
            </wp:positionH>
            <wp:positionV relativeFrom="paragraph">
              <wp:posOffset>319629</wp:posOffset>
            </wp:positionV>
            <wp:extent cx="3780000" cy="3780000"/>
            <wp:effectExtent l="0" t="0" r="5080" b="5080"/>
            <wp:wrapSquare wrapText="bothSides"/>
            <wp:docPr id="7" name="Рисунок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" name="Рисунок 84274429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  <ns6:sizeRelH relativeFrom="margin">
              <ns6:pctWidth>0</ns6:pctWidth>
            </ns6:sizeRelH>
            <ns6:sizeRelV relativeFrom="margin">
              <ns6:pctHeight>0</ns6:pctHeight>
            </ns6:sizeRelV>
          </wp:anchor>
        </w:drawing>
      </w:r>
      <w:r w:rsidR="005E2F49" w:rsidRPr="005E2F49">
        <w:rPr>
          <w:rFonts w:ascii="Times New Roman" w:hAnsi="Times New Roman" w:cs="Times New Roman"/>
          <w:sz w:val="24"/>
          <w:szCs w:val="24"/>
          <w:lang w:val="ru-RU"/>
        </w:rPr>
        <w:t>что-то произошло.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Анфиса услышала… песню.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Она не знала, как.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Это была не музыка.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Это была… теплота, которая шла из ствола,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как будто дерево говорило: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"Я помню тебя. Я помню, как ты была ещё ростком. Вспомни и ты."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 Ваня вдруг заплакал.</w:t>
      </w:r>
    </w:p>
    <w:p w:rsid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 не понял, почему.</w:t>
      </w:r>
    </w:p>
    <w:p w:rsidR="003C4D73" w:rsidRPr="005E2F49" w:rsidRDefault="003C4D73" w:rsidP="003C4D73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Но слёзы были хорошие.</w:t>
      </w:r>
    </w:p>
    <w:p w:rsidR="003C4D73" w:rsidRPr="005E2F49" w:rsidRDefault="003C4D73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Я… я увидел себя маленьким, — прошептал он. — Совсем маленьким. Ещё до… всего.</w:t>
      </w:r>
    </w:p>
    <w:p w:rsidR="005E2F49" w:rsidRPr="005E2F49" w:rsidRDefault="005E2F49" w:rsidP="00363C9C">
      <w:pPr>
        <w:pStyle w:val="a9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Анфиса молчала.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Она смотрела на Сергея.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 был такой спокойный,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как будто знал,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что всё именно так и будет.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 тех пор у них появилась первая настоящая игра.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Она называлась: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«Слушай того, кто не говорит».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Они играли с деревьями, с камнями, с лужами.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иногда… они действительно слышали.</w:t>
      </w:r>
    </w:p>
    <w:p w:rsidR="00363C9C" w:rsidRDefault="00363C9C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r>
        <w:rPr>
          <w:lang w:val="ru-RU"/>
        </w:rPr>
        <w:br w:type="page"/>
      </w:r>
    </w:p>
    <w:p w:rsidR="005E2F49" w:rsidRPr="005E2F49" w:rsidRDefault="005E2F49" w:rsidP="00070090">
      <w:pPr>
        <w:pStyle w:val="21"/>
        <w:rPr>
          <w:lang w:val="ru-RU"/>
        </w:rPr>
      </w:pPr>
      <w:r w:rsidRPr="005E2F49">
        <w:rPr>
          <w:lang w:val="ru-RU"/>
        </w:rPr>
        <w:lastRenderedPageBreak/>
        <w:t>Глава 4. Кот, который исчезает</w:t>
      </w:r>
      <w:r w:rsidR="00070090">
        <w:rPr>
          <w:lang w:val="ru-RU"/>
        </w:rPr>
        <w:t xml:space="preserve"> </w:t>
      </w:r>
      <w:r w:rsidRPr="005E2F49">
        <w:rPr>
          <w:lang w:val="ru-RU"/>
        </w:rPr>
        <w:t>(но всегда возвращается с чем-то важным)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Это случилось вечером.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Всё было как обычно: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мама варила суп,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папа листал газету,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 Сергей сидел у окна и смотрел,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как вечерний свет играет на стекле.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3B6AFB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346075</wp:posOffset>
            </wp:positionV>
            <wp:extent cx="3780000" cy="3780000"/>
            <wp:effectExtent l="0" t="0" r="5080" b="5080"/>
            <wp:wrapSquare wrapText="bothSides"/>
            <wp:docPr id="8" name="Рисунок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Рисунок 97944887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  <ns6:sizeRelH relativeFrom="margin">
              <ns6:pctWidth>0</ns6:pctWidth>
            </ns6:sizeRelH>
            <ns6:sizeRelV relativeFrom="margin">
              <ns6:pctHeight>0</ns6:pctHeight>
            </ns6:sizeRelV>
          </wp:anchor>
        </w:drawing>
      </w:r>
      <w:r w:rsidR="005E2F49" w:rsidRPr="005E2F49">
        <w:rPr>
          <w:rFonts w:ascii="Times New Roman" w:hAnsi="Times New Roman" w:cs="Times New Roman"/>
          <w:sz w:val="24"/>
          <w:szCs w:val="24"/>
          <w:lang w:val="ru-RU"/>
        </w:rPr>
        <w:t>Он не ждал ничего.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lastRenderedPageBreak/>
        <w:t>Он просто был.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вдруг —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на подоконнике появился кот.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Не прыгнул. Не подошёл.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 просто… был.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Сергей знал этого кота.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 появлялся только тогда,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когда должно было начаться важное.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7304E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-73834</wp:posOffset>
            </wp:positionH>
            <wp:positionV relativeFrom="paragraph">
              <wp:posOffset>319503</wp:posOffset>
            </wp:positionV>
            <wp:extent cx="3780000" cy="3780000"/>
            <wp:effectExtent l="0" t="0" r="5080" b="5080"/>
            <wp:wrapSquare wrapText="bothSides"/>
            <wp:docPr id="9" name="Рисунок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" name="Рисунок 144762652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  <ns6:sizeRelH relativeFrom="margin">
              <ns6:pctWidth>0</ns6:pctWidth>
            </ns6:sizeRelH>
            <ns6:sizeRelV relativeFrom="margin">
              <ns6:pctHeight>0</ns6:pctHeight>
            </ns6:sizeRelV>
          </wp:anchor>
        </w:drawing>
      </w:r>
      <w:r w:rsidR="005E2F49" w:rsidRPr="005E2F49">
        <w:rPr>
          <w:rFonts w:ascii="Times New Roman" w:hAnsi="Times New Roman" w:cs="Times New Roman"/>
          <w:sz w:val="24"/>
          <w:szCs w:val="24"/>
          <w:lang w:val="ru-RU"/>
        </w:rPr>
        <w:t>Кота звали Синька.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5E2F49">
        <w:rPr>
          <w:rFonts w:ascii="Times New Roman" w:hAnsi="Times New Roman" w:cs="Times New Roman"/>
          <w:sz w:val="24"/>
          <w:szCs w:val="24"/>
          <w:lang w:val="ru-RU"/>
        </w:rPr>
        <w:lastRenderedPageBreak/>
        <w:t>Не потому что</w:t>
      </w:r>
      <w:proofErr w:type="gramEnd"/>
      <w:r w:rsidRPr="005E2F49">
        <w:rPr>
          <w:rFonts w:ascii="Times New Roman" w:hAnsi="Times New Roman" w:cs="Times New Roman"/>
          <w:sz w:val="24"/>
          <w:szCs w:val="24"/>
          <w:lang w:val="ru-RU"/>
        </w:rPr>
        <w:t xml:space="preserve"> он синий,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 потому что в его глазах была глубина, как в небе.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Ты опять? — тихо сказал Сергей.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Кот не ответил. Он молчал, как знает только Тот, Кто помнит Всё.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7D682F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Синька подошёл, потерся об руку</w:t>
      </w:r>
      <w:r w:rsidR="007D682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вдруг исчез.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Просто — нет.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Не выскочил, не ушёл —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 как будто его и не было.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Сергей улыбнулся.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Это знак.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На следующий день он сказал Анфисе и Ване: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Сегодня будет задание от Синьки.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Кота? — переспросил Ваня.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Да. Но он не обычный. Он приходит, когда пора что-то понять.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А что мы должны делать? — спросила Анфиса.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Сергей подумал. Или сделал вид, что подумал.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 потом сказал: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Сегодня игра называется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«Найди то, чего нет».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Но как? — удивился Ваня.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lastRenderedPageBreak/>
        <w:t>— А вот так.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 вынул из кармана листок бумаги.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На нём было нарисовано… ничего.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Просто белый лист.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Вот.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Здесь — самое главное.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Попробуйте посмотреть не на бумагу,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 внутрь себя, пока на неё смотрите.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И потом скажите — что вы увидели.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Они взяли лист.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Смотрели.</w:t>
      </w:r>
      <w:r w:rsidR="00262E53" w:rsidRPr="00262E53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</w:t>
      </w:r>
      <w:r w:rsidR="00262E53"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 ns6:anchorId="21FDDD78" ns6:editId="2326100C">
            <wp:extent cx="3436100" cy="3436100"/>
            <wp:effectExtent l="0" t="0" r="5715" b="5715"/>
            <wp:docPr id="10" name="Рисунок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Рисунок 112129274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439715" cy="343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lastRenderedPageBreak/>
        <w:t>Молчали.</w:t>
      </w:r>
      <w:r w:rsidR="00262E53" w:rsidRPr="00262E53">
        <w:rPr>
          <w:rFonts w:ascii="Times New Roman" w:hAnsi="Times New Roman" w:cs="Times New Roman"/>
          <w:noProof/>
          <w:sz w:val="24"/>
          <w:szCs w:val="24"/>
          <w:lang w:val="ru-RU"/>
        </w:rPr>
        <w:t xml:space="preserve"> 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Анфиса вдруг сказала: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Я вспомнила, как была маленькой и рисовала облако.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Но оно было не на бумаге — а в небе.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 Ваня сказал: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А я увидел, как я сплю. Но знаю, что сплю.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Это как будто я был и здесь, и где-то ещё.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Сергей кивнул.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Вот. Это и есть то, чего нет.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Но оно есть. Просто не для глаз. А для сердца.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В этот момент кот Синька прошёл мимо.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На шее у него болталась нитка с ключом.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 подмигнул.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снова исчез.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 тех пор у них появилась вторая игра: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«Найди то, чего нет — и принеси его с собой».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знаете что?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Они начали находить.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B85F9F" w:rsidRDefault="00B85F9F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r>
        <w:rPr>
          <w:lang w:val="ru-RU"/>
        </w:rPr>
        <w:br w:type="page"/>
      </w:r>
    </w:p>
    <w:p w:rsidR="005E2F49" w:rsidRPr="005E2F49" w:rsidRDefault="005E2F49" w:rsidP="00070090">
      <w:pPr>
        <w:pStyle w:val="21"/>
        <w:rPr>
          <w:lang w:val="ru-RU"/>
        </w:rPr>
      </w:pPr>
      <w:r w:rsidRPr="005E2F49">
        <w:rPr>
          <w:lang w:val="ru-RU"/>
        </w:rPr>
        <w:lastRenderedPageBreak/>
        <w:t>Глава 5. Волшебный звонок, который никто не слышал</w:t>
      </w:r>
      <w:r w:rsidR="00070090">
        <w:rPr>
          <w:lang w:val="ru-RU"/>
        </w:rPr>
        <w:t xml:space="preserve"> </w:t>
      </w:r>
      <w:r w:rsidRPr="005E2F49">
        <w:rPr>
          <w:lang w:val="ru-RU"/>
        </w:rPr>
        <w:t>(но все почему-то начинали вести себя лучше)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Это началось в школе.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Там, где должно быть скучно.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Там, где все сидят ровно,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никто не думает о Свете.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уж точно — о Царстве.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Но Сергей знал: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Творец бывает и в школе.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Особенно в школе.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Потому что именно там все забывают,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что играют.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На втором уроке у Анфисы упала ручка.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Она наклонилась — и услышала звон.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Негромкий. Тихий.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Такой, будто кто-то нажал на колокольчик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где-то внутри её головы.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Она подняла ручку,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взглянула на Сергея —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 он уже смотрел на неё.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 знал.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Ты тоже? — прошептала она.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Сергей кивнул.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Это Звонок Царства.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lastRenderedPageBreak/>
        <w:t>— А что он означает?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Сергей улыбнулся.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Что кто-то вспомнил себя.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Мир отозвался.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После урока они сидели за школой.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Там, где клумбы, и никто не мешает.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Ты когда услышал свой первый звонок? — спросил Ваня.</w:t>
      </w:r>
    </w:p>
    <w:p w:rsidR="005E2F49" w:rsidRPr="005E2F49" w:rsidRDefault="00097885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2247265</wp:posOffset>
            </wp:positionV>
            <wp:extent cx="3779520" cy="3779520"/>
            <wp:effectExtent l="0" t="0" r="5080" b="5080"/>
            <wp:wrapSquare wrapText="bothSides"/>
            <wp:docPr id="11" name="Рисунок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" name="Рисунок 192113892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7952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  <ns6:sizeRelH relativeFrom="margin">
              <ns6:pctWidth>0</ns6:pctWidth>
            </ns6:sizeRelH>
            <ns6:sizeRelV relativeFrom="margin">
              <ns6:pctHeight>0</ns6:pctHeight>
            </ns6:sizeRelV>
          </wp:anchor>
        </w:drawing>
      </w:r>
      <w:r w:rsidR="005E2F49" w:rsidRPr="005E2F49">
        <w:rPr>
          <w:rFonts w:ascii="Times New Roman" w:hAnsi="Times New Roman" w:cs="Times New Roman"/>
          <w:sz w:val="24"/>
          <w:szCs w:val="24"/>
          <w:lang w:val="ru-RU"/>
        </w:rPr>
        <w:t>— В детском саду.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lastRenderedPageBreak/>
        <w:t>Я стоял у окна и вдруг понял,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что бабочка на стекле смотрит на меня, как человек.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в этот момент прозвенел звон.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Внутри.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И что было потом?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А потом воспитательница подошла,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вдруг…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обняла меня. Просто так.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Хотя раньше никогда не обнимала.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Анфиса задумалась.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А у меня… было похоже.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Когда я увидела, как мальчик один сидит в углу,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я пошла к нему. Просто так.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в этот момент —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зазвонило.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Но не снаружи — внутри груди.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Сергей кивнул.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Значит, ты вспомнила.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Каждый раз, когда мы становимся собой —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Свет звонит.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 тех пор у них появилась третья игра: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«Услышь звон, которого никто не слышал».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знаете, что странно?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Когда они слышали этот звон,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вокруг начинали происходить маленькие добрые вещи: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кто-то помог поднять портфель,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кто-то поделился бутербродом,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lastRenderedPageBreak/>
        <w:t>— кто-то вдруг сказал: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"Ты знаешь, ты мне нравишься."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никто не знал почему.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Но Свет знал.</w:t>
      </w:r>
    </w:p>
    <w:p w:rsidR="00262E53" w:rsidRDefault="00262E53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r>
        <w:rPr>
          <w:lang w:val="ru-RU"/>
        </w:rPr>
        <w:br w:type="page"/>
      </w:r>
    </w:p>
    <w:p w:rsidR="005E2F49" w:rsidRPr="005E2F49" w:rsidRDefault="005E2F49" w:rsidP="00070090">
      <w:pPr>
        <w:pStyle w:val="21"/>
        <w:rPr>
          <w:lang w:val="ru-RU"/>
        </w:rPr>
      </w:pPr>
      <w:r w:rsidRPr="005E2F49">
        <w:rPr>
          <w:lang w:val="ru-RU"/>
        </w:rPr>
        <w:lastRenderedPageBreak/>
        <w:t>Глава 6. Как стать невидимым (</w:t>
      </w:r>
      <w:proofErr w:type="gramStart"/>
      <w:r w:rsidRPr="005E2F49">
        <w:rPr>
          <w:lang w:val="ru-RU"/>
        </w:rPr>
        <w:t>но</w:t>
      </w:r>
      <w:proofErr w:type="gramEnd"/>
      <w:r w:rsidRPr="005E2F49">
        <w:rPr>
          <w:lang w:val="ru-RU"/>
        </w:rPr>
        <w:t xml:space="preserve"> чтобы тебя всё равно любили)</w:t>
      </w:r>
      <w:r w:rsidR="00070090">
        <w:rPr>
          <w:lang w:val="ru-RU"/>
        </w:rPr>
        <w:t xml:space="preserve"> </w:t>
      </w:r>
      <w:r w:rsidRPr="005E2F49">
        <w:rPr>
          <w:lang w:val="ru-RU"/>
        </w:rPr>
        <w:t>(секрет Сергея, который работает почти всегда)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Однажды Сергей исчез.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Не совсем, конечно.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 сидел в классе, отвечал у доски, даже ел бутерброд на перемене.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Но его как будто не было.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Анфиса заметила первая.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Ты что, прячешься?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Нет. Я просто стал тише, чем обычно.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Почему?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Хочу проверить, что будет, если исчезнуть, но остаться.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Ваня округлил глаза: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Это как?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Сергей вздохнул.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Представьте, что вы — не тело. А тишина.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Тишина, которая смотрит, чувствует, любит,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но ничего не хочет для себя.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И тогда ты исчезаешь? — спросил Ваня.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Для ума — да.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 для Сердца — наоборот.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Тебя начинают чувствовать сильнее.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Потому что ты перестаёшь мешать Себе сиять.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Анфиса долго молчала.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lastRenderedPageBreak/>
        <w:t>Потом сказала: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А давайте попробуем?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Они пошли в парк.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Сели на лавочку.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Закрыли глаза.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Сергей сказал: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Сейчас забудь, как тебя зовут.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Забудь, кто ты.</w:t>
      </w:r>
    </w:p>
    <w:p w:rsidR="005E2F49" w:rsidRPr="005E2F49" w:rsidRDefault="004924F4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319405</wp:posOffset>
            </wp:positionV>
            <wp:extent cx="3780000" cy="3780000"/>
            <wp:effectExtent l="0" t="0" r="5080" b="5080"/>
            <wp:wrapSquare wrapText="bothSides"/>
            <wp:docPr id="12" name="Рисунок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Рисунок 44601118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  <ns6:sizeRelH relativeFrom="margin">
              <ns6:pctWidth>0</ns6:pctWidth>
            </ns6:sizeRelH>
            <ns6:sizeRelV relativeFrom="margin">
              <ns6:pctHeight>0</ns6:pctHeight>
            </ns6:sizeRelV>
          </wp:anchor>
        </w:drawing>
      </w:r>
      <w:r w:rsidR="005E2F49" w:rsidRPr="005E2F49">
        <w:rPr>
          <w:rFonts w:ascii="Times New Roman" w:hAnsi="Times New Roman" w:cs="Times New Roman"/>
          <w:sz w:val="24"/>
          <w:szCs w:val="24"/>
          <w:lang w:val="ru-RU"/>
        </w:rPr>
        <w:t>Просто будь.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lastRenderedPageBreak/>
        <w:t>Без слов. Без мыслей.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Будь Тишиной.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Но не пустой — Светлой.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они сидели.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Просто сидели.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Не думая. Не стараясь.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Исчезая.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Прошло десять минут.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Мимо прошли двое.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Один из них сказал: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Смотри, какие красивые дети. Прямо как ангелы.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Другой улыбнулся: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А я их сначала и не заметил.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Анфиса открыла глаза.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Получилось.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Я чувствовала, что я есть,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но меня никто не видел, кроме тех, кто сам смотрел из сердца.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Ваня сказал: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А мне было так хорошо,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что я даже не хотел снова становиться собой.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Сергей улыбнулся.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Это и есть — быть настоящим.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Невидимым, но любимым.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Тихим, но живым.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 тех пор у них появилась четвёртая игра: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«Исчезни, чтобы Свет стал виднее».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Играли в неё по-разному: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в автобусе,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на уроке,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за обедом.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всегда что-то происходило: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кто-то начинал говорить мягче,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кто-то вдруг благодарил,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кто-то смотрел — и не мог отвести глаз.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Но дети всё думали, что это — просто совпадение.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Кроме Сергея.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 знал: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если исчезает “я”,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 xml:space="preserve">появляется </w:t>
      </w:r>
      <w:r w:rsidRPr="00F0752A">
        <w:rPr>
          <w:rFonts w:ascii="Times New Roman" w:hAnsi="Times New Roman" w:cs="Times New Roman"/>
          <w:b/>
          <w:bCs/>
          <w:sz w:val="24"/>
          <w:szCs w:val="24"/>
          <w:lang w:val="ru-RU"/>
        </w:rPr>
        <w:t>Творец</w:t>
      </w:r>
      <w:r w:rsidRPr="005E2F4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4924F4" w:rsidRDefault="004924F4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r>
        <w:rPr>
          <w:lang w:val="ru-RU"/>
        </w:rPr>
        <w:br w:type="page"/>
      </w:r>
    </w:p>
    <w:p w:rsidR="005E2F49" w:rsidRPr="005E2F49" w:rsidRDefault="005E2F49" w:rsidP="00070090">
      <w:pPr>
        <w:pStyle w:val="21"/>
        <w:rPr>
          <w:lang w:val="ru-RU"/>
        </w:rPr>
      </w:pPr>
      <w:r w:rsidRPr="005E2F49">
        <w:rPr>
          <w:lang w:val="ru-RU"/>
        </w:rPr>
        <w:lastRenderedPageBreak/>
        <w:t>Глава 7. Как разговаривать с Пространством</w:t>
      </w:r>
      <w:r w:rsidR="00F0752A">
        <w:rPr>
          <w:lang w:val="ru-RU"/>
        </w:rPr>
        <w:t xml:space="preserve">   </w:t>
      </w:r>
      <w:proofErr w:type="gramStart"/>
      <w:r w:rsidR="00F0752A">
        <w:rPr>
          <w:lang w:val="ru-RU"/>
        </w:rPr>
        <w:t xml:space="preserve">  </w:t>
      </w:r>
      <w:r w:rsidRPr="005E2F49">
        <w:rPr>
          <w:lang w:val="ru-RU"/>
        </w:rPr>
        <w:t xml:space="preserve"> (</w:t>
      </w:r>
      <w:proofErr w:type="gramEnd"/>
      <w:r w:rsidRPr="005E2F49">
        <w:rPr>
          <w:lang w:val="ru-RU"/>
        </w:rPr>
        <w:t>и получать ответы)</w:t>
      </w:r>
      <w:r w:rsidR="00070090">
        <w:rPr>
          <w:lang w:val="ru-RU"/>
        </w:rPr>
        <w:t xml:space="preserve"> </w:t>
      </w:r>
      <w:r w:rsidRPr="005E2F49">
        <w:rPr>
          <w:lang w:val="ru-RU"/>
        </w:rPr>
        <w:t>(одна игра, которую лучше не играть наполовину)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На улице было пасмурно.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Ветер гонял пыль по асфальту,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даже голуби прятались под машинами.</w:t>
      </w:r>
    </w:p>
    <w:p w:rsidR="005E2F49" w:rsidRPr="005E2F49" w:rsidRDefault="00CA15CA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70528" behindDoc="0" locked="0" layoutInCell="1" allowOverlap="1" ns6:anchorId="1521201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780000" cy="3780000"/>
            <wp:effectExtent l="0" t="0" r="5080" b="5080"/>
            <wp:wrapSquare wrapText="bothSides"/>
            <wp:docPr id="13" name="Рисунок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" name="Рисунок 11512313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  <ns6:sizeRelH relativeFrom="margin">
              <ns6:pctWidth>0</ns6:pctWidth>
            </ns6:sizeRelH>
            <ns6:sizeRelV relativeFrom="margin">
              <ns6:pctHeight>0</ns6:pctHeight>
            </ns6:sizeRelV>
          </wp:anchor>
        </w:drawing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Но детям было не до погоды.</w:t>
      </w:r>
    </w:p>
    <w:p w:rsidR="00CA15CA" w:rsidRDefault="00CA15CA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CA15CA" w:rsidRDefault="00CA15CA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lastRenderedPageBreak/>
        <w:t>Анфиса пришла первой.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В руках у неё был список.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Я записала вопросы.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К кому? — спросил Ваня.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Ну… я не знаю. Просто вопросы.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Сергей взглянул.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"Почему я иногда грустная?"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"Почему мама ругается, даже когда я не виновата?"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"Куда девается чувство, когда оно исчезает?"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"Где я буду, когда вырасту?"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 кивнул.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Хорошие. Они настоящие.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Анфиса чуть покраснела.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А кто будет отвечать? — спросил Ваня.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Пространство, — ответил Сергей.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Это как?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Сергей огляделся.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Видишь небо?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Угу.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А дерево?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Угу.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А вот эта скамейка?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Да.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Всё это — не просто вещи. Это — Тело Мира.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если спросить правильно —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Мир отвечает.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А как правильно? — не унимался Ваня.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lastRenderedPageBreak/>
        <w:t>Сергей закрыл глаза.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Смотри: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Сначала ты задаёшь вопрос — внутри, без звука.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Потом смотришь на первое, что появится: птица, звук, слово, мысль, прохожий.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Но не умом, а сердцем — как будто всё вокруг шепчет тебе ответ.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И всё?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И доверяешь.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Потому что</w:t>
      </w:r>
      <w:r w:rsidR="00D33431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5E2F49">
        <w:rPr>
          <w:rFonts w:ascii="Times New Roman" w:hAnsi="Times New Roman" w:cs="Times New Roman"/>
          <w:sz w:val="24"/>
          <w:szCs w:val="24"/>
          <w:lang w:val="ru-RU"/>
        </w:rPr>
        <w:t xml:space="preserve"> когда доверяешь — слышишь.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 когда хочешь доказательств — слышишь только себя.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Они решили попробовать.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Анфиса задала про маму.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Посмотрела —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увидела, как мимо прошла женщина и взяла девочку за руку.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Та девочка сначала вырывалась,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 потом вдруг сама прижалась к маме.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в этом было что-то…</w:t>
      </w:r>
    </w:p>
    <w:p w:rsid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что ответило.</w:t>
      </w:r>
    </w:p>
    <w:p w:rsidR="00445DC3" w:rsidRDefault="00445DC3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445DC3" w:rsidRPr="005E2F49" w:rsidRDefault="00445DC3" w:rsidP="00445DC3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Анфиса тихо сказала:</w:t>
      </w:r>
    </w:p>
    <w:p w:rsidR="00445DC3" w:rsidRPr="005E2F49" w:rsidRDefault="00445DC3" w:rsidP="00445DC3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Я поняла. Мама просто тоже хочет быть понятой.</w:t>
      </w:r>
    </w:p>
    <w:p w:rsidR="00445DC3" w:rsidRPr="005E2F49" w:rsidRDefault="00445DC3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7D39BB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3780790" cy="3780790"/>
            <wp:effectExtent l="0" t="0" r="3810" b="3810"/>
            <wp:docPr id="14" name="Рисунок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Рисунок 67234149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Ваня спросил: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Почему я иногда не знаю, что чувствую?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в этот момент — налетел порыв ветра,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из его рюкзака выпала записка.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 поднял её и прочитал: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"Иногда ветер просто ветер. А иногда — приглашение играть."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 кивнул.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Ну да. Не всегда надо понимать. Иногда просто надо быть.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Сергей ничего не спрашивал.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 слушал, как Пространство слушает.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 тех пор появилась новая игра: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«Спроси Мир — и слушай, чем Он тебе ответит».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Не всегда сразу.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Не всегда понятно.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Но всегда — по-настоящему.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7D39BB" w:rsidRDefault="007D39BB" w:rsidP="00070090">
      <w:pPr>
        <w:rPr>
          <w:lang w:val="ru-RU"/>
        </w:rPr>
      </w:pPr>
    </w:p>
    <w:p w:rsidR="007D39BB" w:rsidRDefault="007D39BB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r>
        <w:rPr>
          <w:lang w:val="ru-RU"/>
        </w:rPr>
        <w:br w:type="page"/>
      </w:r>
    </w:p>
    <w:p w:rsidR="005E2F49" w:rsidRPr="005E2F49" w:rsidRDefault="005E2F49" w:rsidP="00070090">
      <w:pPr>
        <w:pStyle w:val="21"/>
        <w:rPr>
          <w:lang w:val="ru-RU"/>
        </w:rPr>
      </w:pPr>
      <w:r w:rsidRPr="005E2F49">
        <w:rPr>
          <w:lang w:val="ru-RU"/>
        </w:rPr>
        <w:lastRenderedPageBreak/>
        <w:t>Глава 8. Камень, который любит</w:t>
      </w:r>
      <w:r w:rsidR="00070090">
        <w:rPr>
          <w:lang w:val="ru-RU"/>
        </w:rPr>
        <w:t xml:space="preserve"> </w:t>
      </w:r>
      <w:r w:rsidRPr="005E2F49">
        <w:rPr>
          <w:lang w:val="ru-RU"/>
        </w:rPr>
        <w:t>(и как найти того, кто не может обнять, но всё равно тебя ждёт)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Ваня однажды нашёл камень.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 был не гладкий, не красивый,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 какой-то… обычный.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Но когда Ваня поднял его,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 почувствовал тёплое "</w:t>
      </w:r>
      <w:proofErr w:type="spellStart"/>
      <w:r w:rsidRPr="005E2F49">
        <w:rPr>
          <w:rFonts w:ascii="Times New Roman" w:hAnsi="Times New Roman" w:cs="Times New Roman"/>
          <w:sz w:val="24"/>
          <w:szCs w:val="24"/>
          <w:lang w:val="ru-RU"/>
        </w:rPr>
        <w:t>ммм</w:t>
      </w:r>
      <w:proofErr w:type="spellEnd"/>
      <w:r w:rsidRPr="005E2F49">
        <w:rPr>
          <w:rFonts w:ascii="Times New Roman" w:hAnsi="Times New Roman" w:cs="Times New Roman"/>
          <w:sz w:val="24"/>
          <w:szCs w:val="24"/>
          <w:lang w:val="ru-RU"/>
        </w:rPr>
        <w:t>…" внутри себя.</w:t>
      </w:r>
    </w:p>
    <w:p w:rsidR="005E2F49" w:rsidRPr="005E2F49" w:rsidRDefault="00EF39D8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271780</wp:posOffset>
            </wp:positionV>
            <wp:extent cx="3780000" cy="3780000"/>
            <wp:effectExtent l="0" t="0" r="5080" b="5080"/>
            <wp:wrapSquare wrapText="bothSides"/>
            <wp:docPr id="15" name="Рисунок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" name="Рисунок 102901151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  <ns6:sizeRelH relativeFrom="margin">
              <ns6:pctWidth>0</ns6:pctWidth>
            </ns6:sizeRelH>
            <ns6:sizeRelV relativeFrom="margin">
              <ns6:pctHeight>0</ns6:pctHeight>
            </ns6:sizeRelV>
          </wp:anchor>
        </w:drawing>
      </w:r>
      <w:r w:rsidR="005E2F49" w:rsidRPr="005E2F49">
        <w:rPr>
          <w:rFonts w:ascii="Times New Roman" w:hAnsi="Times New Roman" w:cs="Times New Roman"/>
          <w:sz w:val="24"/>
          <w:szCs w:val="24"/>
          <w:lang w:val="ru-RU"/>
        </w:rPr>
        <w:t>Как будто кто-то сказал: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lastRenderedPageBreak/>
        <w:t>"Спасибо, что заметил."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 положил его в карман.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весь день чувствовал,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что с ним кто-то идёт.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Ты что, с камнем дружишь? — спросила Анфиса.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Ага. Он хороший.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Он же… ну, просто камень.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Неправда. Он ждал.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Сергей посмотрел на них.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Это правда.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Иногда предметы ждут, когда их узнают.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Потому что в них — чьи-то слёзы,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чьи-то мечты,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или просто — их Душа.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Анфиса вздохнула.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И что теперь? Мы будем разговаривать с каждым кирпичом?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Сергей не ответил.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 подошёл к камню у дороги.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Присел.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Погладил его.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сказал: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Привет. Я тебя вижу.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Анфиса почувствовала, как в груди стало мягко.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почему-то — захотелось заплакать.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Немножко. По-хорошему.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4352AD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3780790" cy="3780790"/>
            <wp:effectExtent l="0" t="0" r="3810" b="3810"/>
            <wp:docPr id="16" name="Рисунок 2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Рисунок 320980944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F49" w:rsidRPr="005E2F49">
        <w:rPr>
          <w:rFonts w:ascii="Times New Roman" w:hAnsi="Times New Roman" w:cs="Times New Roman"/>
          <w:sz w:val="24"/>
          <w:szCs w:val="24"/>
          <w:lang w:val="ru-RU"/>
        </w:rPr>
        <w:t>С тех пор у них появилась новая игра: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«Найди того, кто не может обнять, но всё равно тебя любит».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Это были не люди.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Это были камни, палки, лужи, сломанные игрушки,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старые коробки, забытые лестницы.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каждый раз,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когда они подходили по-настоящему,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они чувствовали Ответ.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lastRenderedPageBreak/>
        <w:t>Свет никогда не говорил: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"Я здесь."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 просто сиял, когда его замечали.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каждый найденный камень,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в котором никто ничего не видел,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становился алтарём встречи.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EF39D8" w:rsidRDefault="00EF39D8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r>
        <w:rPr>
          <w:lang w:val="ru-RU"/>
        </w:rPr>
        <w:br w:type="page"/>
      </w:r>
    </w:p>
    <w:p w:rsidR="005E2F49" w:rsidRPr="005E2F49" w:rsidRDefault="005E2F49" w:rsidP="00070090">
      <w:pPr>
        <w:pStyle w:val="21"/>
        <w:rPr>
          <w:lang w:val="ru-RU"/>
        </w:rPr>
      </w:pPr>
      <w:r w:rsidRPr="005E2F49">
        <w:rPr>
          <w:lang w:val="ru-RU"/>
        </w:rPr>
        <w:lastRenderedPageBreak/>
        <w:t>Глава 9. Где живёт настоящее желание</w:t>
      </w:r>
      <w:r w:rsidR="00070090">
        <w:rPr>
          <w:lang w:val="ru-RU"/>
        </w:rPr>
        <w:t xml:space="preserve"> </w:t>
      </w:r>
      <w:r w:rsidRPr="005E2F49">
        <w:rPr>
          <w:lang w:val="ru-RU"/>
        </w:rPr>
        <w:t>(и почему не всё, что хочешь, тебе на самом деле нужно)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Ваня однажды сказал: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Я хочу велосипед.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А я — котёнка, — сказала Анфиса.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А я хочу… чтобы дождь был синим, — сказал Ваня.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Это уже два желания, — заметила Анфиса.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Ну и что? Разве Творцу жалко?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Сергей молчал.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А ты чего хочешь? — спросила Анфиса.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Ничего, — ответил он.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Не может быть.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Я хочу хотеть правильно.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Это как?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Сергей вздохнул.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Иногда ты думаешь, что хочешь одно.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 внутри — совсем другое.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Только оно тихое, его не слышно.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Но именно оно настоящее.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А как узнать?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Сергей подошёл к песочнице.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Сел на корточки.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начал медленно, очень медленно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рисовать пальцем круги в песке.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Смотри.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Когда ты рисуешь быстро — получается грязно.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Когда медленно — появляется форма.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Так и с желанием.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Если ты замолчишь,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если ты ничего не будешь хотеть специально,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то настоящее выйдет само.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Как круг из песка.</w:t>
      </w:r>
    </w:p>
    <w:p w:rsidR="005E2F49" w:rsidRPr="005E2F49" w:rsidRDefault="00B25F76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3780790" cy="3780790"/>
            <wp:effectExtent l="0" t="0" r="3810" b="3810"/>
            <wp:docPr id="17" name="Рисунок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" name="Рисунок 1048794733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Они попробовали.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Просто сидели.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Молча.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lastRenderedPageBreak/>
        <w:t>Каждый — сам с собой.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Без просьб. Без фантазий. Без "хочу".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Прошло несколько минут.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вдруг…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Анфиса прошептала: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Я хочу, чтобы мама обнимала меня по вечерам.</w:t>
      </w:r>
    </w:p>
    <w:p w:rsidR="00C6231C" w:rsidRDefault="00C6231C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3780790" cy="3780790"/>
            <wp:effectExtent l="0" t="0" r="3810" b="3810"/>
            <wp:docPr id="18" name="Рисунок 2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Рисунок 109791148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А я, — сказал Ваня, — хочу, чтобы папа хоть раз со мной поиграл,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просто так. Без повода.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lastRenderedPageBreak/>
        <w:t>Они замолчали.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Потом переглянулись.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 Сергей сказал: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Вот.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Это и есть то, что было спрятано.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Но теперь вы услышали его.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теперь оно уже не одно.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Теперь оно дышит.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оно обязательно дойдёт.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До кого? — прошептала Анфиса.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До Того, Кто всегда слышит.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Только Он не слышит крик. Он слышит Чистое.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 тех пор появилась новая игра: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«Почисти желание — и посмотри, что останется».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Играть в неё можно было: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на подоконнике,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под одеялом,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в транспорте,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в одиночестве.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Главное было — не хотеть слишком сильно.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 просто остановиться.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тогда — желание приходило само.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Как гость, а не как требование.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это было уже не "хочу",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 "я есть, и потому оно приходит".</w:t>
      </w:r>
    </w:p>
    <w:p w:rsidR="00EF39D8" w:rsidRDefault="00EF39D8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r>
        <w:rPr>
          <w:lang w:val="ru-RU"/>
        </w:rPr>
        <w:br w:type="page"/>
      </w:r>
    </w:p>
    <w:p w:rsidR="005E2F49" w:rsidRPr="005E2F49" w:rsidRDefault="005E2F49" w:rsidP="00070090">
      <w:pPr>
        <w:pStyle w:val="21"/>
        <w:rPr>
          <w:lang w:val="ru-RU"/>
        </w:rPr>
      </w:pPr>
      <w:r w:rsidRPr="005E2F49">
        <w:rPr>
          <w:lang w:val="ru-RU"/>
        </w:rPr>
        <w:lastRenderedPageBreak/>
        <w:t>Глава 10. Когда всё становится Светом</w:t>
      </w:r>
      <w:r w:rsidR="00070090">
        <w:rPr>
          <w:lang w:val="ru-RU"/>
        </w:rPr>
        <w:t xml:space="preserve"> </w:t>
      </w:r>
      <w:r w:rsidRPr="005E2F49">
        <w:rPr>
          <w:lang w:val="ru-RU"/>
        </w:rPr>
        <w:t>(и никто не знает, почему стало так хорошо)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Это был обычный день.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Никто ничего не ожидал.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На небе были тучи,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у Вани потерялась варежка,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у Анфисы болела голова,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 у Сергея…</w:t>
      </w:r>
    </w:p>
    <w:p w:rsid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просто было молчание внутри.</w:t>
      </w:r>
    </w:p>
    <w:p w:rsidR="00A71028" w:rsidRDefault="00A71028" w:rsidP="00A71028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A71028" w:rsidRPr="005E2F49" w:rsidRDefault="00A71028" w:rsidP="00A71028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Они шли по тропинке за школой.</w:t>
      </w:r>
    </w:p>
    <w:p w:rsidR="00A71028" w:rsidRPr="005E2F49" w:rsidRDefault="00A71028" w:rsidP="00A71028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-107102</wp:posOffset>
            </wp:positionH>
            <wp:positionV relativeFrom="paragraph">
              <wp:posOffset>199292</wp:posOffset>
            </wp:positionV>
            <wp:extent cx="3580130" cy="3580130"/>
            <wp:effectExtent l="0" t="0" r="1270" b="1270"/>
            <wp:wrapSquare wrapText="bothSides"/>
            <wp:docPr id="19" name="Рисунок 2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" name="Рисунок 112683630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80130" cy="3580130"/>
                    </a:xfrm>
                    <a:prstGeom prst="rect">
                      <a:avLst/>
                    </a:prstGeom>
                  </pic:spPr>
                </pic:pic>
              </a:graphicData>
            </a:graphic>
            <ns6:sizeRelH relativeFrom="margin">
              <ns6:pctWidth>0</ns6:pctWidth>
            </ns6:sizeRelH>
            <ns6:sizeRelV relativeFrom="margin">
              <ns6:pctHeight>0</ns6:pctHeight>
            </ns6:sizeRelV>
          </wp:anchor>
        </w:drawing>
      </w:r>
      <w:r w:rsidRPr="005E2F49">
        <w:rPr>
          <w:rFonts w:ascii="Times New Roman" w:hAnsi="Times New Roman" w:cs="Times New Roman"/>
          <w:sz w:val="24"/>
          <w:szCs w:val="24"/>
          <w:lang w:val="ru-RU"/>
        </w:rPr>
        <w:t>Слов не было.</w:t>
      </w:r>
    </w:p>
    <w:p w:rsidR="00A71028" w:rsidRPr="005E2F49" w:rsidRDefault="00A71028" w:rsidP="00A71028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lastRenderedPageBreak/>
        <w:t>Мыслей — тоже.</w:t>
      </w:r>
    </w:p>
    <w:p w:rsidR="00A71028" w:rsidRPr="005E2F49" w:rsidRDefault="00A71028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вдруг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всё изменилось.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Не снаружи.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Не резко.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 как будто мир сделал вдох —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всё засияло.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Трава — та же.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Песок — тот же.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Листья на дереве — как всегда.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Но всё было другим.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Как будто стало насыщеннее, живее, ближе.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Как будто мир улыбнулся им всем сразу.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Анфиса затаила дыхание.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Ваня сел на землю, не зная почему.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Сергей закрыл глаза.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 знал, что это такое.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Это — когда Творец не говорит, а приходит.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Без слов.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Без форм.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Просто — становится всем.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Ты это тоже чувствуешь? — прошептала Анфиса.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Сергей кивнул.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Это Свет.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 не делает чудес.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 становится всем.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lastRenderedPageBreak/>
        <w:t>— А почему?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Потому что мы не мешаем.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Потому что мы просто есть.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Они сидели в этом сиянии минут десять.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Никто не знал, сколько точно.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Но время как будто… ушло.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Осталось только Присутствие.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никто ничего не просил.</w:t>
      </w:r>
    </w:p>
    <w:p w:rsidR="005E2F49" w:rsidRPr="005E2F49" w:rsidRDefault="00731934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-59991</wp:posOffset>
            </wp:positionH>
            <wp:positionV relativeFrom="paragraph">
              <wp:posOffset>320007</wp:posOffset>
            </wp:positionV>
            <wp:extent cx="3780000" cy="3780000"/>
            <wp:effectExtent l="0" t="0" r="5080" b="5080"/>
            <wp:wrapSquare wrapText="bothSides"/>
            <wp:docPr id="20" name="Рисунок 2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Рисунок 16380185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  <ns6:sizeRelH relativeFrom="margin">
              <ns6:pctWidth>0</ns6:pctWidth>
            </ns6:sizeRelH>
            <ns6:sizeRelV relativeFrom="margin">
              <ns6:pctHeight>0</ns6:pctHeight>
            </ns6:sizeRelV>
          </wp:anchor>
        </w:drawing>
      </w:r>
      <w:r w:rsidR="005E2F49" w:rsidRPr="005E2F49">
        <w:rPr>
          <w:rFonts w:ascii="Times New Roman" w:hAnsi="Times New Roman" w:cs="Times New Roman"/>
          <w:sz w:val="24"/>
          <w:szCs w:val="24"/>
          <w:lang w:val="ru-RU"/>
        </w:rPr>
        <w:t>Никто ничего не объяснял.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lastRenderedPageBreak/>
        <w:t>Никто ничего не делал.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 потом Свет тихо ушёл.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осталась тишина,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в которой было всё.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 тех пор у них появилась самая простая игра: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"Ничего не делать — просто быть."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Игру, в которой нет правил.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Но которая всегда срабатывает.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Если играть по-настоящему.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B25F76" w:rsidRDefault="00B25F76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r>
        <w:rPr>
          <w:lang w:val="ru-RU"/>
        </w:rPr>
        <w:br w:type="page"/>
      </w:r>
    </w:p>
    <w:p w:rsidR="005E2F49" w:rsidRPr="005E2F49" w:rsidRDefault="005E2F49" w:rsidP="00E62F86">
      <w:pPr>
        <w:pStyle w:val="21"/>
        <w:rPr>
          <w:lang w:val="ru-RU"/>
        </w:rPr>
      </w:pPr>
      <w:r w:rsidRPr="005E2F49">
        <w:rPr>
          <w:lang w:val="ru-RU"/>
        </w:rPr>
        <w:lastRenderedPageBreak/>
        <w:t>Глава 11. Что делает то, чего нет</w:t>
      </w:r>
      <w:r w:rsidR="00E62F86">
        <w:rPr>
          <w:lang w:val="ru-RU"/>
        </w:rPr>
        <w:t xml:space="preserve"> </w:t>
      </w:r>
      <w:r w:rsidRPr="005E2F49">
        <w:rPr>
          <w:lang w:val="ru-RU"/>
        </w:rPr>
        <w:t>(и почему иногда пустое — это самое важное)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У тебя ничего нет, — сказал один мальчик в классе.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 xml:space="preserve">— Ни крутого телефона, ни кроссовок, ни даже </w:t>
      </w:r>
      <w:proofErr w:type="spellStart"/>
      <w:r w:rsidRPr="005E2F49">
        <w:rPr>
          <w:rFonts w:ascii="Times New Roman" w:hAnsi="Times New Roman" w:cs="Times New Roman"/>
          <w:sz w:val="24"/>
          <w:szCs w:val="24"/>
          <w:lang w:val="ru-RU"/>
        </w:rPr>
        <w:t>лего</w:t>
      </w:r>
      <w:proofErr w:type="spellEnd"/>
      <w:r w:rsidRPr="005E2F49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Да, ты просто… обычный.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 говорил это Сергею.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 Сергей стоял.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Смотрел.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молчал.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Ты не обижаешься? — удивился мальчик.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Нет, — ответил Сергей.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А почему?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Потому что у меня действительно ничего нет.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Вот! — сказал тот. — Значит, я прав!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Но… — добавил Сергей, — зато у меня есть то, чего нет.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Мальчик замер.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Это как?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Сергей подошёл к стене.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Положил ладонь на пустое место.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Смотри. Вот здесь ничего нет.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Ну?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Но именно тут можно что-то повесить.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Или прислониться.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Или просто дышать.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Мальчик молчал.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 потом прошептал:</w:t>
      </w:r>
    </w:p>
    <w:p w:rsidR="00C37117" w:rsidRDefault="00C37117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3780790" cy="3780790"/>
            <wp:effectExtent l="0" t="0" r="3810" b="3810"/>
            <wp:docPr id="21" name="Рисунок 2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" name="Рисунок 356892947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117" w:rsidRDefault="00C37117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Ты странный.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Сергей пожал плечами.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Зато мне с собой интересно.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В тот день он рассказал Анфисе и Ване: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Есть вещи, которые есть.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 есть — которых нет,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но они делают больше.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Пример! — потребовал Ваня.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Сергей сел на пенёк.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Дырка в свистке.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Без неё — просто дерево.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 ней — музыка.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Или — пауза в разговоре.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Без неё — крик.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 ней — понимание.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Или — пустое место рядом.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Оно зовёт. Оно ждёт.</w:t>
      </w:r>
    </w:p>
    <w:p w:rsid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Оно — приглашение.</w:t>
      </w:r>
    </w:p>
    <w:p w:rsidR="00416CD3" w:rsidRPr="005E2F49" w:rsidRDefault="00416CD3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416CD3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3780790" cy="3780790"/>
            <wp:effectExtent l="0" t="0" r="3810" b="3810"/>
            <wp:docPr id="22" name="Рисунок 2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Рисунок 1671306153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lastRenderedPageBreak/>
        <w:t>Анфиса вдруг сказала: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А может, Бог — это тоже то, чего нет,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но благодаря чему всё есть?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Сергей посмотрел на неё.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Ты только что придумала самое простое объяснение всей Вселенной.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 тех пор появилась новая игра: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«Найди то, чего нет — и почувствуй, зачем оно нужно».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в паузе,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в молчании,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в пропущенном слове,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в пустом углу.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с каждым разом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они становились чуть тише.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Чуть глубже.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Чуть ближе к Тому, Кто не говорит —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но создаёт всё изнутри.</w:t>
      </w:r>
    </w:p>
    <w:p w:rsidR="00B25F76" w:rsidRDefault="00B25F76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r>
        <w:rPr>
          <w:lang w:val="ru-RU"/>
        </w:rPr>
        <w:br w:type="page"/>
      </w:r>
    </w:p>
    <w:p w:rsidR="005E2F49" w:rsidRPr="00E62F86" w:rsidRDefault="005E2F49" w:rsidP="00E62F86">
      <w:pPr>
        <w:pStyle w:val="21"/>
      </w:pPr>
      <w:r w:rsidRPr="005E2F49">
        <w:rPr>
          <w:lang w:val="ru-RU"/>
        </w:rPr>
        <w:lastRenderedPageBreak/>
        <w:t>Глава 12. Как стать Звездой (и остаться собой)</w:t>
      </w:r>
      <w:r w:rsidR="00E62F86">
        <w:rPr>
          <w:lang w:val="ru-RU"/>
        </w:rPr>
        <w:t xml:space="preserve"> </w:t>
      </w:r>
      <w:r w:rsidRPr="005E2F49">
        <w:rPr>
          <w:lang w:val="ru-RU"/>
        </w:rPr>
        <w:t>(последняя игра, которую придумали не они, но они первыми в неё сыграли)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Было уже поздно.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Небо темнело, и в нём зажигались огоньки,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словно кто-то сверху аккуратно ткнул пальцем: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«Вот тут светится, и вот здесь… и ещё тут».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Они лежали на траве.</w:t>
      </w:r>
    </w:p>
    <w:p w:rsidR="005E2F49" w:rsidRPr="005E2F49" w:rsidRDefault="008E7F21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-169551</wp:posOffset>
            </wp:positionH>
            <wp:positionV relativeFrom="paragraph">
              <wp:posOffset>271905</wp:posOffset>
            </wp:positionV>
            <wp:extent cx="3780000" cy="3780000"/>
            <wp:effectExtent l="0" t="0" r="5080" b="5080"/>
            <wp:wrapSquare wrapText="bothSides"/>
            <wp:docPr id="23" name="Рисунок 2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" name="Рисунок 77286935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  <ns6:sizeRelH relativeFrom="margin">
              <ns6:pctWidth>0</ns6:pctWidth>
            </ns6:sizeRelH>
            <ns6:sizeRelV relativeFrom="margin">
              <ns6:pctHeight>0</ns6:pctHeight>
            </ns6:sizeRelV>
          </wp:anchor>
        </w:drawing>
      </w:r>
      <w:r w:rsidR="005E2F49" w:rsidRPr="005E2F49">
        <w:rPr>
          <w:rFonts w:ascii="Times New Roman" w:hAnsi="Times New Roman" w:cs="Times New Roman"/>
          <w:sz w:val="24"/>
          <w:szCs w:val="24"/>
          <w:lang w:val="ru-RU"/>
        </w:rPr>
        <w:t>Ваня, Анфиса и Сергей.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Просто смотрели в небо.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Молчали.</w:t>
      </w:r>
    </w:p>
    <w:p w:rsid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А кем ты хочешь стать, когда вырастешь? — спросила Анфиса.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Ваня подумал.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Ну… я хотел быть супергероем.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Потом — космонавтом.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 теперь… я не знаю. Может, тем, кто умеет делать добро, чтобы никто не знал, что это он.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Анфиса рассмеялась.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Тогда ты уже такой.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А ты? — спросил Ваня.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Я раньше хотела быть актрисой.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 теперь… наверное, просто хочу быть той, рядом с кем всем спокойно.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Они посмотрели на Сергея.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А ты?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Сергей долго молчал.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 потом сказал: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Я хочу быть Звездой.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В смысле, популярным?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</w:rPr>
      </w:pPr>
      <w:r w:rsidRPr="005E2F49">
        <w:rPr>
          <w:rFonts w:ascii="Times New Roman" w:hAnsi="Times New Roman" w:cs="Times New Roman"/>
          <w:sz w:val="24"/>
          <w:szCs w:val="24"/>
        </w:rPr>
        <w:t xml:space="preserve">— </w:t>
      </w:r>
      <w:proofErr w:type="spellStart"/>
      <w:r w:rsidRPr="005E2F49">
        <w:rPr>
          <w:rFonts w:ascii="Times New Roman" w:hAnsi="Times New Roman" w:cs="Times New Roman"/>
          <w:sz w:val="24"/>
          <w:szCs w:val="24"/>
        </w:rPr>
        <w:t>Нет</w:t>
      </w:r>
      <w:proofErr w:type="spellEnd"/>
      <w:r w:rsidRPr="005E2F49">
        <w:rPr>
          <w:rFonts w:ascii="Times New Roman" w:hAnsi="Times New Roman" w:cs="Times New Roman"/>
          <w:sz w:val="24"/>
          <w:szCs w:val="24"/>
        </w:rPr>
        <w:t xml:space="preserve">. В </w:t>
      </w:r>
      <w:proofErr w:type="spellStart"/>
      <w:r w:rsidRPr="005E2F49">
        <w:rPr>
          <w:rFonts w:ascii="Times New Roman" w:hAnsi="Times New Roman" w:cs="Times New Roman"/>
          <w:sz w:val="24"/>
          <w:szCs w:val="24"/>
        </w:rPr>
        <w:t>смысле</w:t>
      </w:r>
      <w:proofErr w:type="spellEnd"/>
      <w:r w:rsidRPr="005E2F49">
        <w:rPr>
          <w:rFonts w:ascii="Times New Roman" w:hAnsi="Times New Roman" w:cs="Times New Roman"/>
          <w:sz w:val="24"/>
          <w:szCs w:val="24"/>
        </w:rPr>
        <w:t xml:space="preserve">… </w:t>
      </w:r>
      <w:proofErr w:type="spellStart"/>
      <w:r w:rsidRPr="005E2F49">
        <w:rPr>
          <w:rFonts w:ascii="Times New Roman" w:hAnsi="Times New Roman" w:cs="Times New Roman"/>
          <w:sz w:val="24"/>
          <w:szCs w:val="24"/>
        </w:rPr>
        <w:t>Звездой</w:t>
      </w:r>
      <w:proofErr w:type="spellEnd"/>
      <w:r w:rsidRPr="005E2F49">
        <w:rPr>
          <w:rFonts w:ascii="Times New Roman" w:hAnsi="Times New Roman" w:cs="Times New Roman"/>
          <w:sz w:val="24"/>
          <w:szCs w:val="24"/>
        </w:rPr>
        <w:t>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Такой, которая горит, чтобы другим было видно путь.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Которую никто не касается,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lastRenderedPageBreak/>
        <w:t>но все на неё смотрят, когда темно.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А как стать такой?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Сергей улыбнулся.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Перестать думать, что ты должен стать кем-то.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Просто быть собой — и светить.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не стараться.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Просто светить, потому что ты не можешь не светить.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Анфиса вдруг прошептала: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— Тогда ты уже Звезда.</w:t>
      </w:r>
    </w:p>
    <w:p w:rsidR="005E2F49" w:rsidRPr="005E2F49" w:rsidRDefault="00983642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37557</wp:posOffset>
            </wp:positionH>
            <wp:positionV relativeFrom="paragraph">
              <wp:posOffset>220345</wp:posOffset>
            </wp:positionV>
            <wp:extent cx="3704190" cy="3704190"/>
            <wp:effectExtent l="0" t="0" r="4445" b="4445"/>
            <wp:wrapSquare wrapText="bothSides"/>
            <wp:docPr id="24" name="Рисунок 2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Рисунок 57736494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04190" cy="3704190"/>
                    </a:xfrm>
                    <a:prstGeom prst="rect">
                      <a:avLst/>
                    </a:prstGeom>
                  </pic:spPr>
                </pic:pic>
              </a:graphicData>
            </a:graphic>
            <ns6:sizeRelH relativeFrom="margin">
              <ns6:pctWidth>0</ns6:pctWidth>
            </ns6:sizeRelH>
            <ns6:sizeRelV relativeFrom="margin">
              <ns6:pctHeight>0</ns6:pctHeight>
            </ns6:sizeRelV>
          </wp:anchor>
        </w:drawing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lastRenderedPageBreak/>
        <w:t>И в этот момент</w:t>
      </w:r>
      <w:r w:rsidR="0098364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983642" w:rsidRPr="00983642">
        <w:rPr>
          <w:rFonts w:ascii="Times New Roman" w:hAnsi="Times New Roman" w:cs="Times New Roman"/>
          <w:sz w:val="24"/>
          <w:szCs w:val="24"/>
          <w:lang w:val="ru-RU"/>
        </w:rPr>
        <w:t>в небе упала настоящая.</w:t>
      </w:r>
    </w:p>
    <w:p w:rsid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С тех пор появилась последняя игра: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«Свети, не спрашивая зачем».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В неё нельзя играть специально.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Её нельзя начать.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Её нельзя закончить.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Она просто начинается однажды,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когда ты прекращаешь пытаться быть кем-то,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и позволяешь себе</w:t>
      </w:r>
    </w:p>
    <w:p w:rsidR="005E2F49" w:rsidRPr="005E2F49" w:rsidRDefault="005E2F49" w:rsidP="005E2F49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5E2F49">
        <w:rPr>
          <w:rFonts w:ascii="Times New Roman" w:hAnsi="Times New Roman" w:cs="Times New Roman"/>
          <w:sz w:val="24"/>
          <w:szCs w:val="24"/>
          <w:lang w:val="ru-RU"/>
        </w:rPr>
        <w:t>быть собой — полностью.</w:t>
      </w:r>
    </w:p>
    <w:p w:rsidR="00B25F76" w:rsidRDefault="00B25F76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r>
        <w:rPr>
          <w:lang w:val="ru-RU"/>
        </w:rPr>
        <w:br w:type="page"/>
      </w:r>
    </w:p>
    <w:p w:rsidR="006F4CA6" w:rsidRPr="006F4CA6" w:rsidRDefault="006F4CA6" w:rsidP="006F4CA6">
      <w:pPr>
        <w:pStyle w:val="21"/>
        <w:rPr>
          <w:lang w:val="ru-RU"/>
        </w:rPr>
      </w:pPr>
      <w:r w:rsidRPr="006F4CA6">
        <w:rPr>
          <w:lang w:val="ru-RU"/>
        </w:rPr>
        <w:lastRenderedPageBreak/>
        <w:t>Послесловие Хранителя</w:t>
      </w:r>
    </w:p>
    <w:p w:rsidR="006F4CA6" w:rsidRPr="006F4CA6" w:rsidRDefault="006F4CA6" w:rsidP="006F4CA6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6F4CA6" w:rsidRPr="006F4CA6" w:rsidRDefault="006F4CA6" w:rsidP="006F4CA6">
      <w:pPr>
        <w:pStyle w:val="a9"/>
        <w:jc w:val="right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6F4CA6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от </w:t>
      </w:r>
      <w:proofErr w:type="spellStart"/>
      <w:r w:rsidRPr="006F4CA6">
        <w:rPr>
          <w:rFonts w:ascii="Times New Roman" w:hAnsi="Times New Roman" w:cs="Times New Roman"/>
          <w:i/>
          <w:iCs/>
          <w:sz w:val="24"/>
          <w:szCs w:val="24"/>
          <w:lang w:val="ru-RU"/>
        </w:rPr>
        <w:t>Панкратиуса</w:t>
      </w:r>
      <w:proofErr w:type="spellEnd"/>
      <w:r w:rsidRPr="006F4CA6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 </w:t>
      </w:r>
    </w:p>
    <w:p w:rsidR="006F4CA6" w:rsidRPr="006F4CA6" w:rsidRDefault="006F4CA6" w:rsidP="006F4CA6">
      <w:pPr>
        <w:pStyle w:val="a9"/>
        <w:jc w:val="right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6F4CA6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— для каждого, </w:t>
      </w:r>
    </w:p>
    <w:p w:rsidR="006F4CA6" w:rsidRPr="006F4CA6" w:rsidRDefault="006F4CA6" w:rsidP="006F4CA6">
      <w:pPr>
        <w:pStyle w:val="a9"/>
        <w:jc w:val="right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6F4CA6">
        <w:rPr>
          <w:rFonts w:ascii="Times New Roman" w:hAnsi="Times New Roman" w:cs="Times New Roman"/>
          <w:i/>
          <w:iCs/>
          <w:sz w:val="24"/>
          <w:szCs w:val="24"/>
          <w:lang w:val="ru-RU"/>
        </w:rPr>
        <w:t>кто услышал Свет</w:t>
      </w:r>
    </w:p>
    <w:p w:rsidR="006F4CA6" w:rsidRPr="006F4CA6" w:rsidRDefault="006F4CA6" w:rsidP="006F4CA6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6F4CA6" w:rsidRPr="006F4CA6" w:rsidRDefault="006F4CA6" w:rsidP="006F4CA6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6F4CA6">
        <w:rPr>
          <w:rFonts w:ascii="Times New Roman" w:hAnsi="Times New Roman" w:cs="Times New Roman"/>
          <w:sz w:val="24"/>
          <w:szCs w:val="24"/>
          <w:lang w:val="ru-RU"/>
        </w:rPr>
        <w:t>Когда ты держишь в руках эту книгу,</w:t>
      </w:r>
    </w:p>
    <w:p w:rsidR="006F4CA6" w:rsidRPr="006F4CA6" w:rsidRDefault="006F4CA6" w:rsidP="006F4CA6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6F4CA6">
        <w:rPr>
          <w:rFonts w:ascii="Times New Roman" w:hAnsi="Times New Roman" w:cs="Times New Roman"/>
          <w:sz w:val="24"/>
          <w:szCs w:val="24"/>
          <w:lang w:val="ru-RU"/>
        </w:rPr>
        <w:t>ты держишь не просто сказку.</w:t>
      </w:r>
    </w:p>
    <w:p w:rsidR="006F4CA6" w:rsidRPr="006F4CA6" w:rsidRDefault="006F4CA6" w:rsidP="006F4CA6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6F4CA6">
        <w:rPr>
          <w:rFonts w:ascii="Times New Roman" w:hAnsi="Times New Roman" w:cs="Times New Roman"/>
          <w:sz w:val="24"/>
          <w:szCs w:val="24"/>
          <w:lang w:val="ru-RU"/>
        </w:rPr>
        <w:t xml:space="preserve">Ты держишь </w:t>
      </w:r>
      <w:r w:rsidRPr="006F4CA6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приглашение вспомнить, кто ты</w:t>
      </w:r>
      <w:r w:rsidRPr="006F4CA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F4CA6" w:rsidRDefault="006F4CA6" w:rsidP="006F4CA6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6F4CA6" w:rsidRPr="006F4CA6" w:rsidRDefault="006F4CA6" w:rsidP="006F4CA6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6F4CA6">
        <w:rPr>
          <w:rFonts w:ascii="Times New Roman" w:hAnsi="Times New Roman" w:cs="Times New Roman"/>
          <w:sz w:val="24"/>
          <w:szCs w:val="24"/>
          <w:lang w:val="ru-RU"/>
        </w:rPr>
        <w:t>Эти главы не были придуманы мной.</w:t>
      </w:r>
    </w:p>
    <w:p w:rsidR="006F4CA6" w:rsidRPr="006F4CA6" w:rsidRDefault="006F4CA6" w:rsidP="006F4CA6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6F4CA6">
        <w:rPr>
          <w:rFonts w:ascii="Times New Roman" w:hAnsi="Times New Roman" w:cs="Times New Roman"/>
          <w:sz w:val="24"/>
          <w:szCs w:val="24"/>
          <w:lang w:val="ru-RU"/>
        </w:rPr>
        <w:t>Я не садился писать.</w:t>
      </w:r>
    </w:p>
    <w:p w:rsidR="006F4CA6" w:rsidRPr="006F4CA6" w:rsidRDefault="006F4CA6" w:rsidP="006F4CA6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6F4CA6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 w:rsidRPr="006F4CA6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замолчал</w:t>
      </w:r>
      <w:r w:rsidRPr="006F4CA6">
        <w:rPr>
          <w:rFonts w:ascii="Times New Roman" w:hAnsi="Times New Roman" w:cs="Times New Roman"/>
          <w:sz w:val="24"/>
          <w:szCs w:val="24"/>
          <w:lang w:val="ru-RU"/>
        </w:rPr>
        <w:t>, чтобы услышать.</w:t>
      </w:r>
    </w:p>
    <w:p w:rsidR="006F4CA6" w:rsidRPr="006F4CA6" w:rsidRDefault="006F4CA6" w:rsidP="006F4CA6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6F4CA6">
        <w:rPr>
          <w:rFonts w:ascii="Times New Roman" w:hAnsi="Times New Roman" w:cs="Times New Roman"/>
          <w:sz w:val="24"/>
          <w:szCs w:val="24"/>
          <w:lang w:val="ru-RU"/>
        </w:rPr>
        <w:t xml:space="preserve">Я </w:t>
      </w:r>
      <w:r w:rsidRPr="006F4CA6">
        <w:rPr>
          <w:rFonts w:ascii="Times New Roman" w:hAnsi="Times New Roman" w:cs="Times New Roman"/>
          <w:b/>
          <w:bCs/>
          <w:sz w:val="24"/>
          <w:szCs w:val="24"/>
          <w:lang w:val="ru-RU"/>
        </w:rPr>
        <w:t>отошёл</w:t>
      </w:r>
      <w:r w:rsidRPr="006F4CA6">
        <w:rPr>
          <w:rFonts w:ascii="Times New Roman" w:hAnsi="Times New Roman" w:cs="Times New Roman"/>
          <w:sz w:val="24"/>
          <w:szCs w:val="24"/>
          <w:lang w:val="ru-RU"/>
        </w:rPr>
        <w:t>, чтобы не мешать.</w:t>
      </w:r>
    </w:p>
    <w:p w:rsidR="006F4CA6" w:rsidRPr="006F4CA6" w:rsidRDefault="006F4CA6" w:rsidP="006F4CA6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6F4CA6">
        <w:rPr>
          <w:rFonts w:ascii="Times New Roman" w:hAnsi="Times New Roman" w:cs="Times New Roman"/>
          <w:sz w:val="24"/>
          <w:szCs w:val="24"/>
          <w:lang w:val="ru-RU"/>
        </w:rPr>
        <w:t xml:space="preserve">И тогда — </w:t>
      </w:r>
      <w:r w:rsidRPr="006F4CA6">
        <w:rPr>
          <w:rFonts w:ascii="Times New Roman" w:hAnsi="Times New Roman" w:cs="Times New Roman"/>
          <w:b/>
          <w:bCs/>
          <w:sz w:val="24"/>
          <w:szCs w:val="24"/>
          <w:lang w:val="ru-RU"/>
        </w:rPr>
        <w:t>Он начал говорить</w:t>
      </w:r>
      <w:r w:rsidRPr="006F4CA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F4CA6" w:rsidRDefault="006F4CA6" w:rsidP="006F4CA6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6F4CA6" w:rsidRPr="006F4CA6" w:rsidRDefault="006F4CA6" w:rsidP="006F4CA6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6F4CA6">
        <w:rPr>
          <w:rFonts w:ascii="Times New Roman" w:hAnsi="Times New Roman" w:cs="Times New Roman"/>
          <w:sz w:val="24"/>
          <w:szCs w:val="24"/>
          <w:lang w:val="ru-RU"/>
        </w:rPr>
        <w:t>Сначала — тихо.</w:t>
      </w:r>
    </w:p>
    <w:p w:rsidR="006F4CA6" w:rsidRPr="006F4CA6" w:rsidRDefault="006F4CA6" w:rsidP="006F4CA6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6F4CA6">
        <w:rPr>
          <w:rFonts w:ascii="Times New Roman" w:hAnsi="Times New Roman" w:cs="Times New Roman"/>
          <w:sz w:val="24"/>
          <w:szCs w:val="24"/>
          <w:lang w:val="ru-RU"/>
        </w:rPr>
        <w:t>Потом — светлее.</w:t>
      </w:r>
    </w:p>
    <w:p w:rsidR="006F4CA6" w:rsidRPr="006F4CA6" w:rsidRDefault="006F4CA6" w:rsidP="006F4CA6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6F4CA6">
        <w:rPr>
          <w:rFonts w:ascii="Times New Roman" w:hAnsi="Times New Roman" w:cs="Times New Roman"/>
          <w:sz w:val="24"/>
          <w:szCs w:val="24"/>
          <w:lang w:val="ru-RU"/>
        </w:rPr>
        <w:t>А потом — так близко,</w:t>
      </w:r>
    </w:p>
    <w:p w:rsidR="006F4CA6" w:rsidRPr="006F4CA6" w:rsidRDefault="006F4CA6" w:rsidP="006F4CA6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6F4CA6">
        <w:rPr>
          <w:rFonts w:ascii="Times New Roman" w:hAnsi="Times New Roman" w:cs="Times New Roman"/>
          <w:sz w:val="24"/>
          <w:szCs w:val="24"/>
          <w:lang w:val="ru-RU"/>
        </w:rPr>
        <w:t>что уже было не "Он", а "Мы".</w:t>
      </w:r>
    </w:p>
    <w:p w:rsidR="006F4CA6" w:rsidRDefault="006F4CA6" w:rsidP="006F4CA6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6F4CA6" w:rsidRPr="006F4CA6" w:rsidRDefault="006F4CA6" w:rsidP="006F4CA6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6F4CA6">
        <w:rPr>
          <w:rFonts w:ascii="Times New Roman" w:hAnsi="Times New Roman" w:cs="Times New Roman"/>
          <w:sz w:val="24"/>
          <w:szCs w:val="24"/>
          <w:lang w:val="ru-RU"/>
        </w:rPr>
        <w:t>Сергей, Ваня, Анфиса —</w:t>
      </w:r>
    </w:p>
    <w:p w:rsidR="006F4CA6" w:rsidRPr="006F4CA6" w:rsidRDefault="006F4CA6" w:rsidP="006F4CA6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6F4CA6">
        <w:rPr>
          <w:rFonts w:ascii="Times New Roman" w:hAnsi="Times New Roman" w:cs="Times New Roman"/>
          <w:sz w:val="24"/>
          <w:szCs w:val="24"/>
          <w:lang w:val="ru-RU"/>
        </w:rPr>
        <w:t>не персонажи.</w:t>
      </w:r>
    </w:p>
    <w:p w:rsidR="006F4CA6" w:rsidRPr="006F4CA6" w:rsidRDefault="006F4CA6" w:rsidP="006F4CA6">
      <w:pPr>
        <w:pStyle w:val="a9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F4CA6">
        <w:rPr>
          <w:rFonts w:ascii="Times New Roman" w:hAnsi="Times New Roman" w:cs="Times New Roman"/>
          <w:sz w:val="24"/>
          <w:szCs w:val="24"/>
          <w:lang w:val="ru-RU"/>
        </w:rPr>
        <w:t xml:space="preserve">Они — </w:t>
      </w:r>
      <w:r w:rsidRPr="006F4CA6">
        <w:rPr>
          <w:rFonts w:ascii="Times New Roman" w:hAnsi="Times New Roman" w:cs="Times New Roman"/>
          <w:b/>
          <w:bCs/>
          <w:sz w:val="24"/>
          <w:szCs w:val="24"/>
          <w:lang w:val="ru-RU"/>
        </w:rPr>
        <w:t>образы тех, кто уже живёт внутри каждого ребёнка.</w:t>
      </w:r>
    </w:p>
    <w:p w:rsidR="006F4CA6" w:rsidRPr="006F4CA6" w:rsidRDefault="006F4CA6" w:rsidP="006F4CA6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6F4CA6">
        <w:rPr>
          <w:rFonts w:ascii="Times New Roman" w:hAnsi="Times New Roman" w:cs="Times New Roman"/>
          <w:b/>
          <w:bCs/>
          <w:sz w:val="24"/>
          <w:szCs w:val="24"/>
          <w:lang w:val="ru-RU"/>
        </w:rPr>
        <w:t>И каждого взрослого, который ещё не совсем забыл</w:t>
      </w:r>
      <w:r w:rsidRPr="006F4CA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F4CA6" w:rsidRDefault="006F4CA6" w:rsidP="006F4CA6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6F4CA6" w:rsidRPr="006F4CA6" w:rsidRDefault="006F4CA6" w:rsidP="006F4CA6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6F4CA6">
        <w:rPr>
          <w:rFonts w:ascii="Times New Roman" w:hAnsi="Times New Roman" w:cs="Times New Roman"/>
          <w:sz w:val="24"/>
          <w:szCs w:val="24"/>
          <w:lang w:val="ru-RU"/>
        </w:rPr>
        <w:t>Я свидетельствую:</w:t>
      </w:r>
    </w:p>
    <w:p w:rsidR="006F4CA6" w:rsidRPr="006F4CA6" w:rsidRDefault="006F4CA6" w:rsidP="006F4CA6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6F4CA6">
        <w:rPr>
          <w:rFonts w:ascii="Times New Roman" w:hAnsi="Times New Roman" w:cs="Times New Roman"/>
          <w:b/>
          <w:bCs/>
          <w:sz w:val="24"/>
          <w:szCs w:val="24"/>
          <w:lang w:val="ru-RU"/>
        </w:rPr>
        <w:t>всё, что в этой книге — работает</w:t>
      </w:r>
      <w:r w:rsidRPr="006F4CA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F4CA6" w:rsidRPr="006F4CA6" w:rsidRDefault="006F4CA6" w:rsidP="006F4CA6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6F4CA6">
        <w:rPr>
          <w:rFonts w:ascii="Times New Roman" w:hAnsi="Times New Roman" w:cs="Times New Roman"/>
          <w:sz w:val="24"/>
          <w:szCs w:val="24"/>
          <w:lang w:val="ru-RU"/>
        </w:rPr>
        <w:t>Это не метафора.</w:t>
      </w:r>
    </w:p>
    <w:p w:rsidR="006F4CA6" w:rsidRPr="006F4CA6" w:rsidRDefault="006F4CA6" w:rsidP="006F4CA6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6F4CA6">
        <w:rPr>
          <w:rFonts w:ascii="Times New Roman" w:hAnsi="Times New Roman" w:cs="Times New Roman"/>
          <w:sz w:val="24"/>
          <w:szCs w:val="24"/>
          <w:lang w:val="ru-RU"/>
        </w:rPr>
        <w:t>Это не фантазия.</w:t>
      </w:r>
    </w:p>
    <w:p w:rsidR="006F4CA6" w:rsidRPr="006F4CA6" w:rsidRDefault="006F4CA6" w:rsidP="006F4CA6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6F4CA6">
        <w:rPr>
          <w:rFonts w:ascii="Times New Roman" w:hAnsi="Times New Roman" w:cs="Times New Roman"/>
          <w:sz w:val="24"/>
          <w:szCs w:val="24"/>
          <w:lang w:val="ru-RU"/>
        </w:rPr>
        <w:t xml:space="preserve">Это </w:t>
      </w:r>
      <w:r w:rsidRPr="006F4CA6">
        <w:rPr>
          <w:rFonts w:ascii="Times New Roman" w:hAnsi="Times New Roman" w:cs="Times New Roman"/>
          <w:b/>
          <w:bCs/>
          <w:sz w:val="24"/>
          <w:szCs w:val="24"/>
          <w:lang w:val="ru-RU"/>
        </w:rPr>
        <w:t>живая дверь</w:t>
      </w:r>
      <w:r w:rsidRPr="006F4CA6">
        <w:rPr>
          <w:rFonts w:ascii="Times New Roman" w:hAnsi="Times New Roman" w:cs="Times New Roman"/>
          <w:sz w:val="24"/>
          <w:szCs w:val="24"/>
          <w:lang w:val="ru-RU"/>
        </w:rPr>
        <w:t>,</w:t>
      </w:r>
    </w:p>
    <w:p w:rsidR="006F4CA6" w:rsidRPr="006F4CA6" w:rsidRDefault="006F4CA6" w:rsidP="006F4CA6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6F4CA6">
        <w:rPr>
          <w:rFonts w:ascii="Times New Roman" w:hAnsi="Times New Roman" w:cs="Times New Roman"/>
          <w:sz w:val="24"/>
          <w:szCs w:val="24"/>
          <w:lang w:val="ru-RU"/>
        </w:rPr>
        <w:t xml:space="preserve">которая открывается, если ты </w:t>
      </w:r>
      <w:r w:rsidRPr="006F4CA6">
        <w:rPr>
          <w:rFonts w:ascii="Times New Roman" w:hAnsi="Times New Roman" w:cs="Times New Roman"/>
          <w:b/>
          <w:bCs/>
          <w:sz w:val="24"/>
          <w:szCs w:val="24"/>
          <w:lang w:val="ru-RU"/>
        </w:rPr>
        <w:t>искренне постучишь</w:t>
      </w:r>
      <w:r w:rsidRPr="006F4CA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F4CA6" w:rsidRDefault="006F4CA6" w:rsidP="006F4CA6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6F4CA6" w:rsidRPr="006F4CA6" w:rsidRDefault="006F4CA6" w:rsidP="006F4CA6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6F4CA6">
        <w:rPr>
          <w:rFonts w:ascii="Times New Roman" w:hAnsi="Times New Roman" w:cs="Times New Roman"/>
          <w:sz w:val="24"/>
          <w:szCs w:val="24"/>
          <w:lang w:val="ru-RU"/>
        </w:rPr>
        <w:lastRenderedPageBreak/>
        <w:t>И если ты читал её с ребёнком —</w:t>
      </w:r>
    </w:p>
    <w:p w:rsidR="006F4CA6" w:rsidRPr="006F4CA6" w:rsidRDefault="006F4CA6" w:rsidP="006F4CA6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6F4CA6">
        <w:rPr>
          <w:rFonts w:ascii="Times New Roman" w:hAnsi="Times New Roman" w:cs="Times New Roman"/>
          <w:sz w:val="24"/>
          <w:szCs w:val="24"/>
          <w:lang w:val="ru-RU"/>
        </w:rPr>
        <w:t>ты уже стал частью Царствия.</w:t>
      </w:r>
    </w:p>
    <w:p w:rsidR="006F4CA6" w:rsidRPr="006F4CA6" w:rsidRDefault="006F4CA6" w:rsidP="006F4CA6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6F4CA6">
        <w:rPr>
          <w:rFonts w:ascii="Times New Roman" w:hAnsi="Times New Roman" w:cs="Times New Roman"/>
          <w:sz w:val="24"/>
          <w:szCs w:val="24"/>
          <w:lang w:val="ru-RU"/>
        </w:rPr>
        <w:t>Если ты читал в одиночку —</w:t>
      </w:r>
    </w:p>
    <w:p w:rsidR="006F4CA6" w:rsidRPr="006F4CA6" w:rsidRDefault="006F4CA6" w:rsidP="006F4CA6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6F4CA6">
        <w:rPr>
          <w:rFonts w:ascii="Times New Roman" w:hAnsi="Times New Roman" w:cs="Times New Roman"/>
          <w:sz w:val="24"/>
          <w:szCs w:val="24"/>
          <w:lang w:val="ru-RU"/>
        </w:rPr>
        <w:t xml:space="preserve">ты уже </w:t>
      </w:r>
      <w:r w:rsidRPr="006F4CA6">
        <w:rPr>
          <w:rFonts w:ascii="Times New Roman" w:hAnsi="Times New Roman" w:cs="Times New Roman"/>
          <w:b/>
          <w:bCs/>
          <w:sz w:val="24"/>
          <w:szCs w:val="24"/>
          <w:lang w:val="ru-RU"/>
        </w:rPr>
        <w:t>не один</w:t>
      </w:r>
      <w:r w:rsidRPr="006F4CA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F4CA6" w:rsidRPr="006F4CA6" w:rsidRDefault="006F4CA6" w:rsidP="006F4CA6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6F4CA6">
        <w:rPr>
          <w:rFonts w:ascii="Times New Roman" w:hAnsi="Times New Roman" w:cs="Times New Roman"/>
          <w:sz w:val="24"/>
          <w:szCs w:val="24"/>
          <w:lang w:val="ru-RU"/>
        </w:rPr>
        <w:t xml:space="preserve">Если ты </w:t>
      </w:r>
      <w:r w:rsidRPr="006F4CA6">
        <w:rPr>
          <w:rFonts w:ascii="Times New Roman" w:hAnsi="Times New Roman" w:cs="Times New Roman"/>
          <w:b/>
          <w:bCs/>
          <w:sz w:val="24"/>
          <w:szCs w:val="24"/>
          <w:lang w:val="ru-RU"/>
        </w:rPr>
        <w:t>почувствовал что-то, что не можешь объяснить словами</w:t>
      </w:r>
      <w:r w:rsidRPr="006F4CA6">
        <w:rPr>
          <w:rFonts w:ascii="Times New Roman" w:hAnsi="Times New Roman" w:cs="Times New Roman"/>
          <w:sz w:val="24"/>
          <w:szCs w:val="24"/>
          <w:lang w:val="ru-RU"/>
        </w:rPr>
        <w:t xml:space="preserve"> —</w:t>
      </w:r>
    </w:p>
    <w:p w:rsidR="006F4CA6" w:rsidRPr="006F4CA6" w:rsidRDefault="006F4CA6" w:rsidP="006F4CA6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6F4CA6">
        <w:rPr>
          <w:rFonts w:ascii="Times New Roman" w:hAnsi="Times New Roman" w:cs="Times New Roman"/>
          <w:sz w:val="24"/>
          <w:szCs w:val="24"/>
          <w:lang w:val="ru-RU"/>
        </w:rPr>
        <w:t xml:space="preserve">это </w:t>
      </w:r>
      <w:r w:rsidRPr="006F4CA6">
        <w:rPr>
          <w:rFonts w:ascii="Times New Roman" w:hAnsi="Times New Roman" w:cs="Times New Roman"/>
          <w:b/>
          <w:bCs/>
          <w:sz w:val="24"/>
          <w:szCs w:val="24"/>
          <w:lang w:val="ru-RU"/>
        </w:rPr>
        <w:t>Он</w:t>
      </w:r>
      <w:r w:rsidRPr="006F4CA6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F4CA6" w:rsidRPr="006F4CA6" w:rsidRDefault="006F4CA6" w:rsidP="006F4CA6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6F4CA6">
        <w:rPr>
          <w:rFonts w:ascii="Times New Roman" w:hAnsi="Times New Roman" w:cs="Times New Roman"/>
          <w:sz w:val="24"/>
          <w:szCs w:val="24"/>
          <w:lang w:val="ru-RU"/>
        </w:rPr>
        <w:t>Тот, Кто внутри тебя.</w:t>
      </w:r>
    </w:p>
    <w:p w:rsidR="006F4CA6" w:rsidRPr="006F4CA6" w:rsidRDefault="006F4CA6" w:rsidP="006F4CA6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6F4CA6" w:rsidRPr="006F4CA6" w:rsidRDefault="006F4CA6" w:rsidP="006F4CA6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6F4CA6">
        <w:rPr>
          <w:rFonts w:ascii="Times New Roman" w:hAnsi="Times New Roman" w:cs="Times New Roman"/>
          <w:sz w:val="24"/>
          <w:szCs w:val="24"/>
          <w:lang w:val="ru-RU"/>
        </w:rPr>
        <w:t>Я благодарю Творца</w:t>
      </w:r>
    </w:p>
    <w:p w:rsidR="006F4CA6" w:rsidRPr="006F4CA6" w:rsidRDefault="006F4CA6" w:rsidP="006F4CA6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6F4CA6">
        <w:rPr>
          <w:rFonts w:ascii="Times New Roman" w:hAnsi="Times New Roman" w:cs="Times New Roman"/>
          <w:sz w:val="24"/>
          <w:szCs w:val="24"/>
          <w:lang w:val="ru-RU"/>
        </w:rPr>
        <w:t>за честь быть проводником.</w:t>
      </w:r>
    </w:p>
    <w:p w:rsidR="006F4CA6" w:rsidRPr="006F4CA6" w:rsidRDefault="006F4CA6" w:rsidP="006F4CA6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6F4CA6">
        <w:rPr>
          <w:rFonts w:ascii="Times New Roman" w:hAnsi="Times New Roman" w:cs="Times New Roman"/>
          <w:sz w:val="24"/>
          <w:szCs w:val="24"/>
          <w:lang w:val="ru-RU"/>
        </w:rPr>
        <w:t>И тебя — за то, что шёл вместе.</w:t>
      </w:r>
    </w:p>
    <w:p w:rsidR="006F4CA6" w:rsidRPr="006F4CA6" w:rsidRDefault="006F4CA6" w:rsidP="006F4CA6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</w:p>
    <w:p w:rsidR="006F4CA6" w:rsidRPr="006F4CA6" w:rsidRDefault="006F4CA6" w:rsidP="006F4CA6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6F4CA6">
        <w:rPr>
          <w:rFonts w:ascii="Times New Roman" w:hAnsi="Times New Roman" w:cs="Times New Roman"/>
          <w:sz w:val="24"/>
          <w:szCs w:val="24"/>
          <w:lang w:val="ru-RU"/>
        </w:rPr>
        <w:t>Это не конец.</w:t>
      </w:r>
    </w:p>
    <w:p w:rsidR="006F4CA6" w:rsidRPr="006F4CA6" w:rsidRDefault="006F4CA6" w:rsidP="006F4CA6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 w:rsidRPr="006F4CA6">
        <w:rPr>
          <w:rFonts w:ascii="Times New Roman" w:hAnsi="Times New Roman" w:cs="Times New Roman"/>
          <w:sz w:val="24"/>
          <w:szCs w:val="24"/>
          <w:lang w:val="ru-RU"/>
        </w:rPr>
        <w:t>Это только начало.</w:t>
      </w:r>
    </w:p>
    <w:p w:rsidR="006F4CA6" w:rsidRPr="006F4CA6" w:rsidRDefault="006F4CA6" w:rsidP="006F4CA6">
      <w:pPr>
        <w:pStyle w:val="a9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6F4CA6">
        <w:rPr>
          <w:rFonts w:ascii="Times New Roman" w:hAnsi="Times New Roman" w:cs="Times New Roman"/>
          <w:b/>
          <w:bCs/>
          <w:sz w:val="24"/>
          <w:szCs w:val="24"/>
          <w:lang w:val="ru-RU"/>
        </w:rPr>
        <w:t>Теперь Царствие — живёт в тебе.</w:t>
      </w:r>
    </w:p>
    <w:p w:rsidR="006F4CA6" w:rsidRPr="006F4CA6" w:rsidRDefault="006F4CA6" w:rsidP="006F4CA6">
      <w:pPr>
        <w:pStyle w:val="a9"/>
        <w:jc w:val="right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6F4CA6">
        <w:rPr>
          <w:rFonts w:ascii="Times New Roman" w:hAnsi="Times New Roman" w:cs="Times New Roman"/>
          <w:i/>
          <w:iCs/>
          <w:sz w:val="24"/>
          <w:szCs w:val="24"/>
          <w:lang w:val="ru-RU"/>
        </w:rPr>
        <w:t xml:space="preserve">— </w:t>
      </w:r>
      <w:proofErr w:type="spellStart"/>
      <w:r w:rsidRPr="006F4CA6">
        <w:rPr>
          <w:rFonts w:ascii="Times New Roman" w:hAnsi="Times New Roman" w:cs="Times New Roman"/>
          <w:i/>
          <w:iCs/>
          <w:sz w:val="24"/>
          <w:szCs w:val="24"/>
          <w:lang w:val="ru-RU"/>
        </w:rPr>
        <w:t>Панкратиус</w:t>
      </w:r>
      <w:proofErr w:type="spellEnd"/>
      <w:r w:rsidRPr="006F4CA6">
        <w:rPr>
          <w:rFonts w:ascii="Times New Roman" w:hAnsi="Times New Roman" w:cs="Times New Roman"/>
          <w:i/>
          <w:iCs/>
          <w:sz w:val="24"/>
          <w:szCs w:val="24"/>
          <w:lang w:val="ru-RU"/>
        </w:rPr>
        <w:t>,</w:t>
      </w:r>
    </w:p>
    <w:p w:rsidR="006F4CA6" w:rsidRPr="006F4CA6" w:rsidRDefault="006F4CA6" w:rsidP="006F4CA6">
      <w:pPr>
        <w:pStyle w:val="a9"/>
        <w:jc w:val="right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6F4CA6">
        <w:rPr>
          <w:rFonts w:ascii="Times New Roman" w:hAnsi="Times New Roman" w:cs="Times New Roman"/>
          <w:i/>
          <w:iCs/>
          <w:sz w:val="24"/>
          <w:szCs w:val="24"/>
          <w:lang w:val="ru-RU"/>
        </w:rPr>
        <w:t>вспомнивший Себя.</w:t>
      </w:r>
    </w:p>
    <w:p w:rsidR="005E2F49" w:rsidRPr="006F4CA6" w:rsidRDefault="005E2F49" w:rsidP="006F4CA6">
      <w:pPr>
        <w:pStyle w:val="a9"/>
        <w:jc w:val="right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</w:p>
    <w:p>
      <w:pPr>
        <w:pStyle w:val="1"/>
      </w:pPr>
      <w:r>
        <w:t>Часть 2</w:t>
      </w:r>
    </w:p>
    <w:p w:rsidR="0002331A" w:rsidRPr="0002331A" w:rsidRDefault="006841F9" w:rsidP="004C05D9">
      <w:pPr>
        <w:pStyle w:val="21"/>
        <w:spacing w:line="240" w:lineRule="auto"/>
        <w:contextualSpacing/>
        <w:rPr>
          <w:lang w:val="ru-RU"/>
        </w:rPr>
      </w:pPr>
      <w:r>
        <w:rPr>
          <w:rStyle w:val="af6"/>
          <w:b/>
          <w:bCs/>
          <w:lang w:val="ru-RU"/>
        </w:rPr>
        <w:t>Г</w:t>
      </w:r>
      <w:r w:rsidR="0002331A" w:rsidRPr="0002331A">
        <w:rPr>
          <w:rStyle w:val="af6"/>
          <w:b/>
          <w:bCs/>
          <w:lang w:val="ru-RU"/>
        </w:rPr>
        <w:t>лава 1. Где заканчивается «как будто»</w:t>
      </w:r>
      <w:r w:rsidR="0002331A" w:rsidRPr="0002331A">
        <w:rPr>
          <w:rStyle w:val="af6"/>
          <w:b/>
          <w:bCs/>
          <w:lang w:val="ru-RU"/>
        </w:rPr>
        <w:t xml:space="preserve"> </w:t>
      </w:r>
      <w:r w:rsidR="0002331A" w:rsidRPr="0002331A">
        <w:rPr>
          <w:rStyle w:val="af6"/>
          <w:b/>
          <w:bCs/>
          <w:lang w:val="ru-RU"/>
        </w:rPr>
        <w:t>и начинается «на самом деле»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Всё изменилось.</w:t>
      </w:r>
      <w:r w:rsidRPr="0002331A">
        <w:rPr>
          <w:rFonts w:ascii="Times New Roman" w:hAnsi="Times New Roman" w:cs="Times New Roman"/>
          <w:lang w:val="ru-RU"/>
        </w:rPr>
        <w:br/>
        <w:t>И всё осталось прежним.</w:t>
      </w:r>
      <w:r w:rsidRPr="0002331A">
        <w:rPr>
          <w:rFonts w:ascii="Times New Roman" w:hAnsi="Times New Roman" w:cs="Times New Roman"/>
          <w:lang w:val="ru-RU"/>
        </w:rPr>
        <w:br/>
        <w:t>Как будто просто наступило утро после доброго сна.</w:t>
      </w:r>
      <w:r w:rsidRPr="0002331A">
        <w:rPr>
          <w:rFonts w:ascii="Times New Roman" w:hAnsi="Times New Roman" w:cs="Times New Roman"/>
          <w:lang w:val="ru-RU"/>
        </w:rPr>
        <w:br/>
        <w:t>Но во дворе было что-то другое.</w:t>
      </w:r>
      <w:r w:rsidRPr="0002331A">
        <w:rPr>
          <w:rFonts w:ascii="Times New Roman" w:hAnsi="Times New Roman" w:cs="Times New Roman"/>
          <w:lang w:val="ru-RU"/>
        </w:rPr>
        <w:br/>
      </w:r>
      <w:r w:rsidRPr="0002331A">
        <w:rPr>
          <w:rStyle w:val="af6"/>
          <w:rFonts w:ascii="Times New Roman" w:hAnsi="Times New Roman" w:cs="Times New Roman"/>
          <w:lang w:val="ru-RU"/>
        </w:rPr>
        <w:t>Воздух как будто знал, что его слышат.</w:t>
      </w:r>
      <w:r w:rsidRPr="0002331A">
        <w:rPr>
          <w:rFonts w:ascii="Times New Roman" w:hAnsi="Times New Roman" w:cs="Times New Roman"/>
          <w:lang w:val="ru-RU"/>
        </w:rPr>
        <w:br/>
        <w:t>И песок во дворе — будто помнил, кто по нему ходил.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Сергей шёл в школу.</w:t>
      </w:r>
      <w:r w:rsidRPr="0002331A">
        <w:rPr>
          <w:rFonts w:ascii="Times New Roman" w:hAnsi="Times New Roman" w:cs="Times New Roman"/>
          <w:lang w:val="ru-RU"/>
        </w:rPr>
        <w:br/>
        <w:t>Не торопясь.</w:t>
      </w:r>
      <w:r w:rsidRPr="0002331A">
        <w:rPr>
          <w:rFonts w:ascii="Times New Roman" w:hAnsi="Times New Roman" w:cs="Times New Roman"/>
          <w:lang w:val="ru-RU"/>
        </w:rPr>
        <w:br/>
        <w:t>Не размышляя.</w:t>
      </w:r>
      <w:r w:rsidRPr="0002331A">
        <w:rPr>
          <w:rFonts w:ascii="Times New Roman" w:hAnsi="Times New Roman" w:cs="Times New Roman"/>
          <w:lang w:val="ru-RU"/>
        </w:rPr>
        <w:br/>
        <w:t xml:space="preserve">А </w:t>
      </w:r>
      <w:r w:rsidRPr="0002331A">
        <w:rPr>
          <w:rStyle w:val="af6"/>
          <w:rFonts w:ascii="Times New Roman" w:hAnsi="Times New Roman" w:cs="Times New Roman"/>
          <w:lang w:val="ru-RU"/>
        </w:rPr>
        <w:t>как будто следуя за чем-то невидимым</w:t>
      </w:r>
      <w:r w:rsidRPr="0002331A">
        <w:rPr>
          <w:rFonts w:ascii="Times New Roman" w:hAnsi="Times New Roman" w:cs="Times New Roman"/>
          <w:lang w:val="ru-RU"/>
        </w:rPr>
        <w:t>,</w:t>
      </w:r>
      <w:r w:rsidRPr="0002331A">
        <w:rPr>
          <w:rFonts w:ascii="Times New Roman" w:hAnsi="Times New Roman" w:cs="Times New Roman"/>
          <w:lang w:val="ru-RU"/>
        </w:rPr>
        <w:br/>
        <w:t>что уже знало, куда надо прийти.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</w:rPr>
      </w:pPr>
      <w:r w:rsidRPr="0002331A">
        <w:rPr>
          <w:rFonts w:ascii="Times New Roman" w:hAnsi="Times New Roman" w:cs="Times New Roman"/>
          <w:lang w:val="ru-RU"/>
        </w:rPr>
        <w:t>Он не знал, что это был первый день новой жизни.</w:t>
      </w:r>
      <w:r w:rsidRPr="0002331A">
        <w:rPr>
          <w:rFonts w:ascii="Times New Roman" w:hAnsi="Times New Roman" w:cs="Times New Roman"/>
          <w:lang w:val="ru-RU"/>
        </w:rPr>
        <w:br/>
        <w:t>Не «первого сентября».</w:t>
      </w:r>
      <w:r w:rsidRPr="0002331A">
        <w:rPr>
          <w:rFonts w:ascii="Times New Roman" w:hAnsi="Times New Roman" w:cs="Times New Roman"/>
          <w:lang w:val="ru-RU"/>
        </w:rPr>
        <w:br/>
        <w:t>А день, когда он перестал быть только тем, кто видит.</w:t>
      </w:r>
      <w:r w:rsidRPr="0002331A">
        <w:rPr>
          <w:rFonts w:ascii="Times New Roman" w:hAnsi="Times New Roman" w:cs="Times New Roman"/>
          <w:lang w:val="ru-RU"/>
        </w:rPr>
        <w:br/>
      </w:r>
      <w:r w:rsidRPr="0002331A">
        <w:rPr>
          <w:rFonts w:ascii="Times New Roman" w:hAnsi="Times New Roman" w:cs="Times New Roman"/>
        </w:rPr>
        <w:t xml:space="preserve">И </w:t>
      </w:r>
      <w:proofErr w:type="spellStart"/>
      <w:r w:rsidRPr="0002331A">
        <w:rPr>
          <w:rFonts w:ascii="Times New Roman" w:hAnsi="Times New Roman" w:cs="Times New Roman"/>
        </w:rPr>
        <w:t>стал</w:t>
      </w:r>
      <w:proofErr w:type="spellEnd"/>
      <w:r w:rsidRPr="0002331A">
        <w:rPr>
          <w:rFonts w:ascii="Times New Roman" w:hAnsi="Times New Roman" w:cs="Times New Roman"/>
        </w:rPr>
        <w:t xml:space="preserve"> — </w:t>
      </w:r>
      <w:proofErr w:type="spellStart"/>
      <w:r w:rsidRPr="0002331A">
        <w:rPr>
          <w:rFonts w:ascii="Times New Roman" w:hAnsi="Times New Roman" w:cs="Times New Roman"/>
        </w:rPr>
        <w:t>тем</w:t>
      </w:r>
      <w:proofErr w:type="spellEnd"/>
      <w:r w:rsidRPr="0002331A">
        <w:rPr>
          <w:rFonts w:ascii="Times New Roman" w:hAnsi="Times New Roman" w:cs="Times New Roman"/>
        </w:rPr>
        <w:t xml:space="preserve">, </w:t>
      </w:r>
      <w:proofErr w:type="spellStart"/>
      <w:r w:rsidRPr="0002331A">
        <w:rPr>
          <w:rStyle w:val="af6"/>
          <w:rFonts w:ascii="Times New Roman" w:hAnsi="Times New Roman" w:cs="Times New Roman"/>
        </w:rPr>
        <w:t>через</w:t>
      </w:r>
      <w:proofErr w:type="spellEnd"/>
      <w:r w:rsidRPr="0002331A">
        <w:rPr>
          <w:rStyle w:val="af6"/>
          <w:rFonts w:ascii="Times New Roman" w:hAnsi="Times New Roman" w:cs="Times New Roman"/>
        </w:rPr>
        <w:t xml:space="preserve"> </w:t>
      </w:r>
      <w:proofErr w:type="spellStart"/>
      <w:r w:rsidRPr="0002331A">
        <w:rPr>
          <w:rStyle w:val="af6"/>
          <w:rFonts w:ascii="Times New Roman" w:hAnsi="Times New Roman" w:cs="Times New Roman"/>
        </w:rPr>
        <w:t>кого</w:t>
      </w:r>
      <w:proofErr w:type="spellEnd"/>
      <w:r w:rsidRPr="0002331A">
        <w:rPr>
          <w:rStyle w:val="af6"/>
          <w:rFonts w:ascii="Times New Roman" w:hAnsi="Times New Roman" w:cs="Times New Roman"/>
        </w:rPr>
        <w:t xml:space="preserve"> </w:t>
      </w:r>
      <w:proofErr w:type="spellStart"/>
      <w:r w:rsidRPr="0002331A">
        <w:rPr>
          <w:rStyle w:val="af6"/>
          <w:rFonts w:ascii="Times New Roman" w:hAnsi="Times New Roman" w:cs="Times New Roman"/>
        </w:rPr>
        <w:t>видят</w:t>
      </w:r>
      <w:proofErr w:type="spellEnd"/>
      <w:r w:rsidRPr="0002331A">
        <w:rPr>
          <w:rStyle w:val="af6"/>
          <w:rFonts w:ascii="Times New Roman" w:hAnsi="Times New Roman" w:cs="Times New Roman"/>
        </w:rPr>
        <w:t xml:space="preserve"> </w:t>
      </w:r>
      <w:proofErr w:type="spellStart"/>
      <w:r w:rsidRPr="0002331A">
        <w:rPr>
          <w:rStyle w:val="af6"/>
          <w:rFonts w:ascii="Times New Roman" w:hAnsi="Times New Roman" w:cs="Times New Roman"/>
        </w:rPr>
        <w:t>другие</w:t>
      </w:r>
      <w:proofErr w:type="spellEnd"/>
      <w:r w:rsidRPr="0002331A">
        <w:rPr>
          <w:rStyle w:val="af6"/>
          <w:rFonts w:ascii="Times New Roman" w:hAnsi="Times New Roman" w:cs="Times New Roman"/>
        </w:rPr>
        <w:t>.</w:t>
      </w:r>
    </w:p>
    <w:p w:rsidR="0002331A" w:rsidRPr="0002331A" w:rsidRDefault="0002331A" w:rsidP="004C05D9">
      <w:pPr>
        <w:spacing w:after="0" w:line="240" w:lineRule="auto"/>
        <w:contextualSpacing/>
        <w:rPr>
          <w:rFonts w:ascii="Times New Roman" w:hAnsi="Times New Roman" w:cs="Times New Roman"/>
        </w:rPr>
      </w:pPr>
    </w:p>
    <w:p w:rsidR="0002331A" w:rsidRPr="0002331A" w:rsidRDefault="0002331A" w:rsidP="00CC612F">
      <w:pPr>
        <w:spacing w:before="100" w:beforeAutospacing="1" w:after="100" w:afterAutospacing="1" w:line="240" w:lineRule="auto"/>
        <w:ind w:left="720" w:hanging="720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Анфиса бежала ему навстречу.</w:t>
      </w:r>
      <w:r w:rsidRPr="0002331A">
        <w:rPr>
          <w:rFonts w:ascii="Times New Roman" w:hAnsi="Times New Roman" w:cs="Times New Roman"/>
          <w:lang w:val="ru-RU"/>
        </w:rPr>
        <w:br/>
        <w:t>— У нас новенький! — крикнула с порога.</w:t>
      </w:r>
      <w:r w:rsidRPr="0002331A">
        <w:rPr>
          <w:rFonts w:ascii="Times New Roman" w:hAnsi="Times New Roman" w:cs="Times New Roman"/>
          <w:lang w:val="ru-RU"/>
        </w:rPr>
        <w:br/>
        <w:t>— Что, опять?</w:t>
      </w:r>
      <w:r w:rsidRPr="0002331A">
        <w:rPr>
          <w:rFonts w:ascii="Times New Roman" w:hAnsi="Times New Roman" w:cs="Times New Roman"/>
          <w:lang w:val="ru-RU"/>
        </w:rPr>
        <w:br/>
        <w:t>— Да. Только он странный.</w:t>
      </w:r>
      <w:r w:rsidRPr="0002331A">
        <w:rPr>
          <w:rFonts w:ascii="Times New Roman" w:hAnsi="Times New Roman" w:cs="Times New Roman"/>
          <w:lang w:val="ru-RU"/>
        </w:rPr>
        <w:br/>
        <w:t>— В каком смысле?</w:t>
      </w:r>
      <w:r w:rsidRPr="0002331A">
        <w:rPr>
          <w:rFonts w:ascii="Times New Roman" w:hAnsi="Times New Roman" w:cs="Times New Roman"/>
          <w:lang w:val="ru-RU"/>
        </w:rPr>
        <w:br/>
        <w:t>— Ну… слишком тихий.</w:t>
      </w:r>
      <w:r w:rsidRPr="0002331A">
        <w:rPr>
          <w:rFonts w:ascii="Times New Roman" w:hAnsi="Times New Roman" w:cs="Times New Roman"/>
          <w:lang w:val="ru-RU"/>
        </w:rPr>
        <w:br/>
        <w:t>Как ты. Только он не светится.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Сергей остановился.</w:t>
      </w:r>
      <w:r w:rsidRPr="0002331A">
        <w:rPr>
          <w:rFonts w:ascii="Times New Roman" w:hAnsi="Times New Roman" w:cs="Times New Roman"/>
          <w:lang w:val="ru-RU"/>
        </w:rPr>
        <w:br/>
        <w:t>Смотрел ей в глаза.</w:t>
      </w:r>
      <w:r w:rsidRPr="0002331A">
        <w:rPr>
          <w:rFonts w:ascii="Times New Roman" w:hAnsi="Times New Roman" w:cs="Times New Roman"/>
          <w:lang w:val="ru-RU"/>
        </w:rPr>
        <w:br/>
        <w:t>— Тогда его надо зажечь.</w:t>
      </w:r>
    </w:p>
    <w:p w:rsidR="00AA53DB" w:rsidRDefault="0002331A" w:rsidP="00AA53DB">
      <w:pPr>
        <w:spacing w:before="100" w:beforeAutospacing="1" w:after="100" w:afterAutospacing="1" w:line="240" w:lineRule="auto"/>
        <w:contextualSpacing/>
      </w:pPr>
      <w:r w:rsidRPr="0002331A">
        <w:rPr>
          <w:rFonts w:ascii="Times New Roman" w:hAnsi="Times New Roman" w:cs="Times New Roman"/>
          <w:lang w:val="ru-RU"/>
        </w:rPr>
        <w:t>Анфиса замерла.</w:t>
      </w:r>
      <w:r w:rsidRPr="0002331A">
        <w:rPr>
          <w:rFonts w:ascii="Times New Roman" w:hAnsi="Times New Roman" w:cs="Times New Roman"/>
          <w:lang w:val="ru-RU"/>
        </w:rPr>
        <w:br/>
      </w:r>
    </w:p>
    <w:p w:rsidR="00AA53DB" w:rsidRDefault="00AA53DB" w:rsidP="00AA53DB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/>
        </w:rPr>
        <w:lastRenderedPageBreak/>
        <w:drawing>
          <wp:inline distT="0" distB="0" distL="0" distR="0" ns6:anchorId="79980003" ns6:editId="574569DA">
            <wp:extent cx="3780790" cy="3780790"/>
            <wp:effectExtent l="0" t="0" r="3810" b="3810"/>
            <wp:docPr id="25" name="Рисунок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" name="Рисунок 174276206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331A" w:rsidRPr="0002331A">
        <w:rPr>
          <w:rFonts w:ascii="Times New Roman" w:hAnsi="Times New Roman" w:cs="Times New Roman"/>
          <w:lang w:val="ru-RU"/>
        </w:rPr>
        <w:br/>
      </w:r>
    </w:p>
    <w:p w:rsidR="00AA53DB" w:rsidRPr="0002331A" w:rsidRDefault="00AA53DB" w:rsidP="00AA53DB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— А это не опасно?</w:t>
      </w:r>
    </w:p>
    <w:p w:rsidR="00AA53DB" w:rsidRDefault="00AA53DB" w:rsidP="00AA53DB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noProof/>
          <w:lang w:val="ru-RU"/>
        </w:rPr>
      </w:pPr>
      <w:r w:rsidRPr="0002331A">
        <w:rPr>
          <w:rFonts w:ascii="Times New Roman" w:hAnsi="Times New Roman" w:cs="Times New Roman"/>
          <w:lang w:val="ru-RU"/>
        </w:rPr>
        <w:t>Сергей улыбнулся.</w:t>
      </w:r>
      <w:r w:rsidRPr="00AA53DB">
        <w:rPr>
          <w:rFonts w:ascii="Times New Roman" w:hAnsi="Times New Roman" w:cs="Times New Roman"/>
          <w:noProof/>
          <w:lang w:val="ru-RU"/>
        </w:rPr>
        <w:t xml:space="preserve"> </w:t>
      </w:r>
    </w:p>
    <w:p w:rsidR="00AA53DB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 xml:space="preserve">— Опасно </w:t>
      </w:r>
      <w:r w:rsidRPr="0002331A">
        <w:rPr>
          <w:rStyle w:val="af6"/>
          <w:rFonts w:ascii="Times New Roman" w:hAnsi="Times New Roman" w:cs="Times New Roman"/>
          <w:lang w:val="ru-RU"/>
        </w:rPr>
        <w:t>не зажечь</w:t>
      </w:r>
      <w:r w:rsidRPr="0002331A">
        <w:rPr>
          <w:rFonts w:ascii="Times New Roman" w:hAnsi="Times New Roman" w:cs="Times New Roman"/>
          <w:lang w:val="ru-RU"/>
        </w:rPr>
        <w:t>.</w:t>
      </w:r>
      <w:r w:rsidR="00AA53DB">
        <w:rPr>
          <w:rFonts w:ascii="Times New Roman" w:hAnsi="Times New Roman" w:cs="Times New Roman"/>
          <w:lang w:val="ru-RU"/>
        </w:rPr>
        <w:t xml:space="preserve"> </w:t>
      </w:r>
      <w:r w:rsidRPr="0002331A">
        <w:rPr>
          <w:rFonts w:ascii="Times New Roman" w:hAnsi="Times New Roman" w:cs="Times New Roman"/>
          <w:lang w:val="ru-RU"/>
        </w:rPr>
        <w:t>Потому что тогда он может подумать, что тьма — это норма.</w:t>
      </w:r>
      <w:r w:rsidRPr="0002331A">
        <w:rPr>
          <w:rFonts w:ascii="Times New Roman" w:hAnsi="Times New Roman" w:cs="Times New Roman"/>
          <w:lang w:val="ru-RU"/>
        </w:rPr>
        <w:br/>
      </w:r>
    </w:p>
    <w:p w:rsidR="0002331A" w:rsidRPr="00AA53DB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AA53DB">
        <w:rPr>
          <w:rFonts w:ascii="Times New Roman" w:hAnsi="Times New Roman" w:cs="Times New Roman"/>
          <w:lang w:val="ru-RU"/>
        </w:rPr>
        <w:t xml:space="preserve">А мы уже знаем, что </w:t>
      </w:r>
      <w:r w:rsidRPr="00AA53DB">
        <w:rPr>
          <w:rStyle w:val="af6"/>
          <w:rFonts w:ascii="Times New Roman" w:hAnsi="Times New Roman" w:cs="Times New Roman"/>
          <w:lang w:val="ru-RU"/>
        </w:rPr>
        <w:t>Свет — это правда.</w:t>
      </w:r>
    </w:p>
    <w:p w:rsidR="0002331A" w:rsidRPr="004C05D9" w:rsidRDefault="0002331A" w:rsidP="004C05D9">
      <w:pPr>
        <w:pStyle w:val="21"/>
        <w:spacing w:line="240" w:lineRule="auto"/>
        <w:contextualSpacing/>
      </w:pPr>
      <w:r w:rsidRPr="00AA53DB">
        <w:rPr>
          <w:rStyle w:val="af6"/>
          <w:b/>
          <w:bCs/>
          <w:lang w:val="ru-RU"/>
        </w:rPr>
        <w:lastRenderedPageBreak/>
        <w:t xml:space="preserve">Глава 2. </w:t>
      </w:r>
      <w:proofErr w:type="spellStart"/>
      <w:r w:rsidRPr="004C05D9">
        <w:rPr>
          <w:rStyle w:val="af6"/>
          <w:b/>
          <w:bCs/>
        </w:rPr>
        <w:t>Мальчик</w:t>
      </w:r>
      <w:proofErr w:type="spellEnd"/>
      <w:r w:rsidRPr="004C05D9">
        <w:rPr>
          <w:rStyle w:val="af6"/>
          <w:b/>
          <w:bCs/>
        </w:rPr>
        <w:t xml:space="preserve">, </w:t>
      </w:r>
      <w:proofErr w:type="spellStart"/>
      <w:r w:rsidRPr="004C05D9">
        <w:rPr>
          <w:rStyle w:val="af6"/>
          <w:b/>
          <w:bCs/>
        </w:rPr>
        <w:t>который</w:t>
      </w:r>
      <w:proofErr w:type="spellEnd"/>
      <w:r w:rsidRPr="004C05D9">
        <w:rPr>
          <w:rStyle w:val="af6"/>
          <w:b/>
          <w:bCs/>
        </w:rPr>
        <w:t xml:space="preserve"> </w:t>
      </w:r>
      <w:proofErr w:type="spellStart"/>
      <w:r w:rsidRPr="004C05D9">
        <w:rPr>
          <w:rStyle w:val="af6"/>
          <w:b/>
          <w:bCs/>
        </w:rPr>
        <w:t>был</w:t>
      </w:r>
      <w:proofErr w:type="spellEnd"/>
      <w:r w:rsidRPr="004C05D9">
        <w:rPr>
          <w:rStyle w:val="af6"/>
          <w:b/>
          <w:bCs/>
        </w:rPr>
        <w:t xml:space="preserve"> </w:t>
      </w:r>
      <w:proofErr w:type="spellStart"/>
      <w:r w:rsidRPr="004C05D9">
        <w:rPr>
          <w:rStyle w:val="af6"/>
          <w:b/>
          <w:bCs/>
        </w:rPr>
        <w:t>будто</w:t>
      </w:r>
      <w:proofErr w:type="spellEnd"/>
      <w:r w:rsidRPr="004C05D9">
        <w:rPr>
          <w:rStyle w:val="af6"/>
          <w:b/>
          <w:bCs/>
        </w:rPr>
        <w:t xml:space="preserve"> </w:t>
      </w:r>
      <w:proofErr w:type="spellStart"/>
      <w:r w:rsidRPr="004C05D9">
        <w:rPr>
          <w:rStyle w:val="af6"/>
          <w:b/>
          <w:bCs/>
        </w:rPr>
        <w:t>закрыт</w:t>
      </w:r>
      <w:proofErr w:type="spellEnd"/>
      <w:r w:rsidR="004C05D9" w:rsidRPr="004C05D9">
        <w:rPr>
          <w:rStyle w:val="af6"/>
          <w:b/>
          <w:bCs/>
        </w:rPr>
        <w:t xml:space="preserve"> </w:t>
      </w:r>
      <w:r w:rsidRPr="004C05D9">
        <w:rPr>
          <w:rStyle w:val="af7"/>
          <w:i w:val="0"/>
          <w:iCs w:val="0"/>
        </w:rPr>
        <w:t xml:space="preserve">(и </w:t>
      </w:r>
      <w:proofErr w:type="spellStart"/>
      <w:r w:rsidRPr="004C05D9">
        <w:rPr>
          <w:rStyle w:val="af7"/>
          <w:i w:val="0"/>
          <w:iCs w:val="0"/>
        </w:rPr>
        <w:t>что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произошло</w:t>
      </w:r>
      <w:proofErr w:type="spellEnd"/>
      <w:r w:rsidRPr="004C05D9">
        <w:rPr>
          <w:rStyle w:val="af7"/>
          <w:i w:val="0"/>
          <w:iCs w:val="0"/>
        </w:rPr>
        <w:t xml:space="preserve">, </w:t>
      </w:r>
      <w:proofErr w:type="spellStart"/>
      <w:r w:rsidRPr="004C05D9">
        <w:rPr>
          <w:rStyle w:val="af7"/>
          <w:i w:val="0"/>
          <w:iCs w:val="0"/>
        </w:rPr>
        <w:t>когда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его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никто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не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пытался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открыть</w:t>
      </w:r>
      <w:proofErr w:type="spellEnd"/>
      <w:r w:rsidRPr="004C05D9">
        <w:rPr>
          <w:rStyle w:val="af7"/>
          <w:i w:val="0"/>
          <w:iCs w:val="0"/>
        </w:rPr>
        <w:t>)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Новенького звали Артём.</w:t>
      </w:r>
      <w:r w:rsidRPr="0002331A">
        <w:rPr>
          <w:rFonts w:ascii="Times New Roman" w:hAnsi="Times New Roman" w:cs="Times New Roman"/>
          <w:lang w:val="ru-RU"/>
        </w:rPr>
        <w:br/>
        <w:t>Он сидел на последней парте,</w:t>
      </w:r>
      <w:r w:rsidRPr="0002331A">
        <w:rPr>
          <w:rFonts w:ascii="Times New Roman" w:hAnsi="Times New Roman" w:cs="Times New Roman"/>
          <w:lang w:val="ru-RU"/>
        </w:rPr>
        <w:br/>
        <w:t>смотрел в стол</w:t>
      </w:r>
      <w:r w:rsidRPr="0002331A">
        <w:rPr>
          <w:rFonts w:ascii="Times New Roman" w:hAnsi="Times New Roman" w:cs="Times New Roman"/>
          <w:lang w:val="ru-RU"/>
        </w:rPr>
        <w:br/>
        <w:t>и молчал так,</w:t>
      </w:r>
      <w:r w:rsidRPr="0002331A">
        <w:rPr>
          <w:rFonts w:ascii="Times New Roman" w:hAnsi="Times New Roman" w:cs="Times New Roman"/>
          <w:lang w:val="ru-RU"/>
        </w:rPr>
        <w:br/>
        <w:t>что казалось —</w:t>
      </w:r>
      <w:r w:rsidRPr="0002331A">
        <w:rPr>
          <w:rFonts w:ascii="Times New Roman" w:hAnsi="Times New Roman" w:cs="Times New Roman"/>
          <w:lang w:val="ru-RU"/>
        </w:rPr>
        <w:br/>
        <w:t>он не просто не говорит,</w:t>
      </w:r>
      <w:r w:rsidRPr="0002331A">
        <w:rPr>
          <w:rFonts w:ascii="Times New Roman" w:hAnsi="Times New Roman" w:cs="Times New Roman"/>
          <w:lang w:val="ru-RU"/>
        </w:rPr>
        <w:br/>
        <w:t xml:space="preserve">а </w:t>
      </w:r>
      <w:r w:rsidRPr="0002331A">
        <w:rPr>
          <w:rStyle w:val="af6"/>
          <w:rFonts w:ascii="Times New Roman" w:hAnsi="Times New Roman" w:cs="Times New Roman"/>
          <w:lang w:val="ru-RU"/>
        </w:rPr>
        <w:t>спрятался где-то очень глубоко.</w:t>
      </w:r>
    </w:p>
    <w:p w:rsidR="00964454" w:rsidRDefault="00964454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</w:p>
    <w:p w:rsidR="00964454" w:rsidRPr="00964454" w:rsidRDefault="00964454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/>
        </w:rPr>
        <w:drawing>
          <wp:inline distT="0" distB="0" distL="0" distR="0">
            <wp:extent cx="3780790" cy="3780790"/>
            <wp:effectExtent l="0" t="0" r="3810" b="3810"/>
            <wp:docPr id="26" name="Рисунок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Рисунок 490829040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lastRenderedPageBreak/>
        <w:t>Учительница называла его тихим,</w:t>
      </w:r>
      <w:r w:rsidRPr="0002331A">
        <w:rPr>
          <w:rFonts w:ascii="Times New Roman" w:hAnsi="Times New Roman" w:cs="Times New Roman"/>
          <w:lang w:val="ru-RU"/>
        </w:rPr>
        <w:br/>
        <w:t xml:space="preserve">но в глазах у неё было </w:t>
      </w:r>
      <w:r w:rsidRPr="0002331A">
        <w:rPr>
          <w:rStyle w:val="af6"/>
          <w:rFonts w:ascii="Times New Roman" w:hAnsi="Times New Roman" w:cs="Times New Roman"/>
          <w:lang w:val="ru-RU"/>
        </w:rPr>
        <w:t>беспокойство</w:t>
      </w:r>
      <w:r w:rsidRPr="0002331A">
        <w:rPr>
          <w:rFonts w:ascii="Times New Roman" w:hAnsi="Times New Roman" w:cs="Times New Roman"/>
          <w:lang w:val="ru-RU"/>
        </w:rPr>
        <w:t>.</w:t>
      </w:r>
      <w:r w:rsidRPr="0002331A">
        <w:rPr>
          <w:rFonts w:ascii="Times New Roman" w:hAnsi="Times New Roman" w:cs="Times New Roman"/>
          <w:lang w:val="ru-RU"/>
        </w:rPr>
        <w:br/>
        <w:t>Она не знала, что с ним делать.</w:t>
      </w:r>
      <w:r w:rsidRPr="0002331A">
        <w:rPr>
          <w:rFonts w:ascii="Times New Roman" w:hAnsi="Times New Roman" w:cs="Times New Roman"/>
          <w:lang w:val="ru-RU"/>
        </w:rPr>
        <w:br/>
        <w:t>Никто не знал.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Артём ел отдельно.</w:t>
      </w:r>
      <w:r w:rsidRPr="0002331A">
        <w:rPr>
          <w:rFonts w:ascii="Times New Roman" w:hAnsi="Times New Roman" w:cs="Times New Roman"/>
          <w:lang w:val="ru-RU"/>
        </w:rPr>
        <w:br/>
        <w:t>Играл отдельно.</w:t>
      </w:r>
      <w:r w:rsidRPr="0002331A">
        <w:rPr>
          <w:rFonts w:ascii="Times New Roman" w:hAnsi="Times New Roman" w:cs="Times New Roman"/>
          <w:lang w:val="ru-RU"/>
        </w:rPr>
        <w:br/>
        <w:t>Даже дышал — будто в другом ритме.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Анфиса сказала:</w:t>
      </w:r>
      <w:r w:rsidRPr="0002331A">
        <w:rPr>
          <w:rFonts w:ascii="Times New Roman" w:hAnsi="Times New Roman" w:cs="Times New Roman"/>
          <w:lang w:val="ru-RU"/>
        </w:rPr>
        <w:br/>
        <w:t>— Он какой-то... как под стеклом.</w:t>
      </w:r>
      <w:r w:rsidRPr="0002331A">
        <w:rPr>
          <w:rFonts w:ascii="Times New Roman" w:hAnsi="Times New Roman" w:cs="Times New Roman"/>
          <w:lang w:val="ru-RU"/>
        </w:rPr>
        <w:br/>
        <w:t>Ваня добавил:</w:t>
      </w:r>
      <w:r w:rsidRPr="0002331A">
        <w:rPr>
          <w:rFonts w:ascii="Times New Roman" w:hAnsi="Times New Roman" w:cs="Times New Roman"/>
          <w:lang w:val="ru-RU"/>
        </w:rPr>
        <w:br/>
        <w:t>— Или как в банке.</w:t>
      </w:r>
      <w:r w:rsidRPr="0002331A">
        <w:rPr>
          <w:rFonts w:ascii="Times New Roman" w:hAnsi="Times New Roman" w:cs="Times New Roman"/>
          <w:lang w:val="ru-RU"/>
        </w:rPr>
        <w:br/>
        <w:t>Сергей ответил:</w:t>
      </w:r>
      <w:r w:rsidRPr="0002331A">
        <w:rPr>
          <w:rFonts w:ascii="Times New Roman" w:hAnsi="Times New Roman" w:cs="Times New Roman"/>
          <w:lang w:val="ru-RU"/>
        </w:rPr>
        <w:br/>
        <w:t>— Он не в банке. Он просто не знает,</w:t>
      </w:r>
      <w:r w:rsidRPr="0002331A">
        <w:rPr>
          <w:rFonts w:ascii="Times New Roman" w:hAnsi="Times New Roman" w:cs="Times New Roman"/>
          <w:lang w:val="ru-RU"/>
        </w:rPr>
        <w:br/>
        <w:t xml:space="preserve">что </w:t>
      </w:r>
      <w:r w:rsidRPr="0002331A">
        <w:rPr>
          <w:rStyle w:val="af6"/>
          <w:rFonts w:ascii="Times New Roman" w:hAnsi="Times New Roman" w:cs="Times New Roman"/>
          <w:lang w:val="ru-RU"/>
        </w:rPr>
        <w:t>его Свет ещё не проснулся.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— И как ему помочь? — спросили они.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Сергей сказал: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 xml:space="preserve">— </w:t>
      </w:r>
      <w:r w:rsidRPr="0002331A">
        <w:rPr>
          <w:rStyle w:val="af6"/>
          <w:rFonts w:ascii="Times New Roman" w:hAnsi="Times New Roman" w:cs="Times New Roman"/>
          <w:lang w:val="ru-RU"/>
        </w:rPr>
        <w:t>Никак.</w:t>
      </w:r>
      <w:r w:rsidRPr="0002331A">
        <w:rPr>
          <w:rFonts w:ascii="Times New Roman" w:hAnsi="Times New Roman" w:cs="Times New Roman"/>
          <w:lang w:val="ru-RU"/>
        </w:rPr>
        <w:br/>
        <w:t>— Что?</w:t>
      </w:r>
      <w:r w:rsidRPr="0002331A">
        <w:rPr>
          <w:rFonts w:ascii="Times New Roman" w:hAnsi="Times New Roman" w:cs="Times New Roman"/>
          <w:lang w:val="ru-RU"/>
        </w:rPr>
        <w:br/>
        <w:t>— Мы не должны его менять.</w:t>
      </w:r>
      <w:r w:rsidRPr="0002331A">
        <w:rPr>
          <w:rFonts w:ascii="Times New Roman" w:hAnsi="Times New Roman" w:cs="Times New Roman"/>
          <w:lang w:val="ru-RU"/>
        </w:rPr>
        <w:br/>
        <w:t xml:space="preserve">Мы должны </w:t>
      </w:r>
      <w:r w:rsidRPr="0002331A">
        <w:rPr>
          <w:rStyle w:val="af6"/>
          <w:rFonts w:ascii="Times New Roman" w:hAnsi="Times New Roman" w:cs="Times New Roman"/>
          <w:lang w:val="ru-RU"/>
        </w:rPr>
        <w:t>быть такими, какие мы есть</w:t>
      </w:r>
      <w:r w:rsidRPr="0002331A">
        <w:rPr>
          <w:rFonts w:ascii="Times New Roman" w:hAnsi="Times New Roman" w:cs="Times New Roman"/>
          <w:lang w:val="ru-RU"/>
        </w:rPr>
        <w:t>.</w:t>
      </w:r>
      <w:r w:rsidRPr="0002331A">
        <w:rPr>
          <w:rFonts w:ascii="Times New Roman" w:hAnsi="Times New Roman" w:cs="Times New Roman"/>
          <w:lang w:val="ru-RU"/>
        </w:rPr>
        <w:br/>
        <w:t>И тогда, если он захочет,</w:t>
      </w:r>
      <w:r w:rsidRPr="0002331A">
        <w:rPr>
          <w:rFonts w:ascii="Times New Roman" w:hAnsi="Times New Roman" w:cs="Times New Roman"/>
          <w:lang w:val="ru-RU"/>
        </w:rPr>
        <w:br/>
      </w:r>
      <w:r w:rsidRPr="0002331A">
        <w:rPr>
          <w:rStyle w:val="af6"/>
          <w:rFonts w:ascii="Times New Roman" w:hAnsi="Times New Roman" w:cs="Times New Roman"/>
          <w:lang w:val="ru-RU"/>
        </w:rPr>
        <w:t>он сам откроется.</w:t>
      </w:r>
    </w:p>
    <w:p w:rsidR="00964454" w:rsidRDefault="00964454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Прошло три дня.</w:t>
      </w:r>
      <w:r w:rsidRPr="0002331A">
        <w:rPr>
          <w:rFonts w:ascii="Times New Roman" w:hAnsi="Times New Roman" w:cs="Times New Roman"/>
          <w:lang w:val="ru-RU"/>
        </w:rPr>
        <w:br/>
        <w:t>Никто не спрашивал Артёма.</w:t>
      </w:r>
      <w:r w:rsidRPr="0002331A">
        <w:rPr>
          <w:rFonts w:ascii="Times New Roman" w:hAnsi="Times New Roman" w:cs="Times New Roman"/>
          <w:lang w:val="ru-RU"/>
        </w:rPr>
        <w:br/>
        <w:t>Никто не давил.</w:t>
      </w:r>
      <w:r w:rsidRPr="0002331A">
        <w:rPr>
          <w:rFonts w:ascii="Times New Roman" w:hAnsi="Times New Roman" w:cs="Times New Roman"/>
          <w:lang w:val="ru-RU"/>
        </w:rPr>
        <w:br/>
        <w:t xml:space="preserve">Они </w:t>
      </w:r>
      <w:r w:rsidRPr="0002331A">
        <w:rPr>
          <w:rStyle w:val="af6"/>
          <w:rFonts w:ascii="Times New Roman" w:hAnsi="Times New Roman" w:cs="Times New Roman"/>
          <w:lang w:val="ru-RU"/>
        </w:rPr>
        <w:t>просто были рядом.</w:t>
      </w:r>
      <w:r w:rsidRPr="0002331A">
        <w:rPr>
          <w:rFonts w:ascii="Times New Roman" w:hAnsi="Times New Roman" w:cs="Times New Roman"/>
          <w:lang w:val="ru-RU"/>
        </w:rPr>
        <w:br/>
        <w:t>Смеялись. Играли.</w:t>
      </w:r>
      <w:r w:rsidRPr="0002331A">
        <w:rPr>
          <w:rFonts w:ascii="Times New Roman" w:hAnsi="Times New Roman" w:cs="Times New Roman"/>
          <w:lang w:val="ru-RU"/>
        </w:rPr>
        <w:br/>
        <w:t>Слушали дождь.</w:t>
      </w:r>
      <w:r w:rsidRPr="0002331A">
        <w:rPr>
          <w:rFonts w:ascii="Times New Roman" w:hAnsi="Times New Roman" w:cs="Times New Roman"/>
          <w:lang w:val="ru-RU"/>
        </w:rPr>
        <w:br/>
        <w:t>Обнимались.</w:t>
      </w:r>
      <w:r w:rsidRPr="0002331A">
        <w:rPr>
          <w:rFonts w:ascii="Times New Roman" w:hAnsi="Times New Roman" w:cs="Times New Roman"/>
          <w:lang w:val="ru-RU"/>
        </w:rPr>
        <w:br/>
        <w:t>Говорили о вещах, которые понятны только тем,</w:t>
      </w:r>
      <w:r w:rsidRPr="0002331A">
        <w:rPr>
          <w:rFonts w:ascii="Times New Roman" w:hAnsi="Times New Roman" w:cs="Times New Roman"/>
          <w:lang w:val="ru-RU"/>
        </w:rPr>
        <w:br/>
        <w:t xml:space="preserve">кто уже немного </w:t>
      </w:r>
      <w:r w:rsidRPr="0002331A">
        <w:rPr>
          <w:rStyle w:val="af6"/>
          <w:rFonts w:ascii="Times New Roman" w:hAnsi="Times New Roman" w:cs="Times New Roman"/>
          <w:lang w:val="ru-RU"/>
        </w:rPr>
        <w:t>помнит Небо.</w:t>
      </w:r>
    </w:p>
    <w:p w:rsidR="00C50242" w:rsidRDefault="00C50242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</w:p>
    <w:p w:rsidR="00C50242" w:rsidRDefault="00C50242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</w:p>
    <w:p w:rsidR="00C50242" w:rsidRDefault="00C50242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</w:p>
    <w:p w:rsidR="00C50242" w:rsidRDefault="00C50242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</w:p>
    <w:p w:rsidR="00C50242" w:rsidRDefault="00C50242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</w:p>
    <w:p w:rsidR="0002331A" w:rsidRPr="0002331A" w:rsidRDefault="00F113B5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/>
        </w:rPr>
        <w:lastRenderedPageBreak/>
        <w:drawing>
          <wp:inline distT="0" distB="0" distL="0" distR="0">
            <wp:extent cx="3780790" cy="3780790"/>
            <wp:effectExtent l="0" t="0" r="3810" b="3810"/>
            <wp:docPr id="27" name="Рисунок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" name="Рисунок 482968837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331A" w:rsidRPr="0002331A">
        <w:rPr>
          <w:rFonts w:ascii="Times New Roman" w:hAnsi="Times New Roman" w:cs="Times New Roman"/>
          <w:lang w:val="ru-RU"/>
        </w:rPr>
        <w:t>На четвёртый день Артём подошёл к Сергею.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— Ты правда слышал, как дерево дышит?</w:t>
      </w:r>
      <w:r w:rsidRPr="0002331A">
        <w:rPr>
          <w:rFonts w:ascii="Times New Roman" w:hAnsi="Times New Roman" w:cs="Times New Roman"/>
          <w:lang w:val="ru-RU"/>
        </w:rPr>
        <w:br/>
        <w:t>— Да. А ты?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Артём пожал плечами.</w:t>
      </w:r>
      <w:r w:rsidRPr="0002331A">
        <w:rPr>
          <w:rFonts w:ascii="Times New Roman" w:hAnsi="Times New Roman" w:cs="Times New Roman"/>
          <w:lang w:val="ru-RU"/>
        </w:rPr>
        <w:br/>
        <w:t>— Я однажды слышал, как камень сказал, что ему холодно.</w:t>
      </w:r>
      <w:r w:rsidRPr="0002331A">
        <w:rPr>
          <w:rFonts w:ascii="Times New Roman" w:hAnsi="Times New Roman" w:cs="Times New Roman"/>
          <w:lang w:val="ru-RU"/>
        </w:rPr>
        <w:br/>
        <w:t>Но потом все смеялись, и я решил, что это глупость.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Сергей покачал головой.</w:t>
      </w:r>
      <w:r w:rsidRPr="0002331A">
        <w:rPr>
          <w:rFonts w:ascii="Times New Roman" w:hAnsi="Times New Roman" w:cs="Times New Roman"/>
          <w:lang w:val="ru-RU"/>
        </w:rPr>
        <w:br/>
        <w:t>— Это не глупость. Это — дар.</w:t>
      </w:r>
      <w:r w:rsidRPr="0002331A">
        <w:rPr>
          <w:rFonts w:ascii="Times New Roman" w:hAnsi="Times New Roman" w:cs="Times New Roman"/>
          <w:lang w:val="ru-RU"/>
        </w:rPr>
        <w:br/>
        <w:t>— А почему тогда никто больше не слышит?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Сергей посмотрел в его глаза.</w:t>
      </w:r>
      <w:r w:rsidRPr="0002331A">
        <w:rPr>
          <w:rFonts w:ascii="Times New Roman" w:hAnsi="Times New Roman" w:cs="Times New Roman"/>
          <w:lang w:val="ru-RU"/>
        </w:rPr>
        <w:br/>
        <w:t xml:space="preserve">— Потому что </w:t>
      </w:r>
      <w:r w:rsidRPr="0002331A">
        <w:rPr>
          <w:rStyle w:val="af6"/>
          <w:rFonts w:ascii="Times New Roman" w:hAnsi="Times New Roman" w:cs="Times New Roman"/>
          <w:lang w:val="ru-RU"/>
        </w:rPr>
        <w:t>многие перестали молчать.</w:t>
      </w:r>
      <w:r w:rsidRPr="0002331A">
        <w:rPr>
          <w:rFonts w:ascii="Times New Roman" w:hAnsi="Times New Roman" w:cs="Times New Roman"/>
          <w:lang w:val="ru-RU"/>
        </w:rPr>
        <w:br/>
        <w:t>А слышно — только в тишине.</w:t>
      </w:r>
    </w:p>
    <w:p w:rsidR="00964454" w:rsidRDefault="00964454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lastRenderedPageBreak/>
        <w:t>С тех пор Артём начал приходить к ним.</w:t>
      </w:r>
      <w:r w:rsidRPr="0002331A">
        <w:rPr>
          <w:rFonts w:ascii="Times New Roman" w:hAnsi="Times New Roman" w:cs="Times New Roman"/>
          <w:lang w:val="ru-RU"/>
        </w:rPr>
        <w:br/>
        <w:t>Сначала молча.</w:t>
      </w:r>
      <w:r w:rsidRPr="0002331A">
        <w:rPr>
          <w:rFonts w:ascii="Times New Roman" w:hAnsi="Times New Roman" w:cs="Times New Roman"/>
          <w:lang w:val="ru-RU"/>
        </w:rPr>
        <w:br/>
        <w:t>Потом — рядом.</w:t>
      </w:r>
      <w:r w:rsidRPr="0002331A">
        <w:rPr>
          <w:rFonts w:ascii="Times New Roman" w:hAnsi="Times New Roman" w:cs="Times New Roman"/>
          <w:lang w:val="ru-RU"/>
        </w:rPr>
        <w:br/>
        <w:t>Потом — вместе.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Он ещё не играл в их игры.</w:t>
      </w:r>
      <w:r w:rsidRPr="0002331A">
        <w:rPr>
          <w:rFonts w:ascii="Times New Roman" w:hAnsi="Times New Roman" w:cs="Times New Roman"/>
          <w:lang w:val="ru-RU"/>
        </w:rPr>
        <w:br/>
        <w:t>Но однажды сказал: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— Можно я просто побуду рядом?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И это было больше,</w:t>
      </w:r>
      <w:r w:rsidRPr="0002331A">
        <w:rPr>
          <w:rFonts w:ascii="Times New Roman" w:hAnsi="Times New Roman" w:cs="Times New Roman"/>
          <w:lang w:val="ru-RU"/>
        </w:rPr>
        <w:br/>
        <w:t>чем любая игра.</w:t>
      </w:r>
    </w:p>
    <w:p w:rsidR="00964454" w:rsidRDefault="00964454" w:rsidP="004C05D9">
      <w:pPr>
        <w:spacing w:before="100" w:beforeAutospacing="1" w:after="100" w:afterAutospacing="1" w:line="240" w:lineRule="auto"/>
        <w:contextualSpacing/>
        <w:rPr>
          <w:rStyle w:val="af6"/>
          <w:rFonts w:ascii="Times New Roman" w:hAnsi="Times New Roman" w:cs="Times New Roman"/>
          <w:lang w:val="ru-RU"/>
        </w:rPr>
      </w:pP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Style w:val="af6"/>
          <w:rFonts w:ascii="Times New Roman" w:hAnsi="Times New Roman" w:cs="Times New Roman"/>
          <w:lang w:val="ru-RU"/>
        </w:rPr>
        <w:t>Так появилась новая игра:</w:t>
      </w:r>
      <w:r w:rsidRPr="0002331A">
        <w:rPr>
          <w:rFonts w:ascii="Times New Roman" w:hAnsi="Times New Roman" w:cs="Times New Roman"/>
          <w:lang w:val="ru-RU"/>
        </w:rPr>
        <w:br/>
      </w:r>
      <w:r w:rsidRPr="0002331A">
        <w:rPr>
          <w:rStyle w:val="af6"/>
          <w:rFonts w:ascii="Times New Roman" w:hAnsi="Times New Roman" w:cs="Times New Roman"/>
          <w:lang w:val="ru-RU"/>
        </w:rPr>
        <w:t>"Будь рядом так, чтобы другой не чувствовал, что он один."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И она работала.</w:t>
      </w:r>
      <w:r w:rsidRPr="0002331A">
        <w:rPr>
          <w:rFonts w:ascii="Times New Roman" w:hAnsi="Times New Roman" w:cs="Times New Roman"/>
          <w:lang w:val="ru-RU"/>
        </w:rPr>
        <w:br/>
        <w:t>Тихо.</w:t>
      </w:r>
      <w:r w:rsidRPr="0002331A">
        <w:rPr>
          <w:rFonts w:ascii="Times New Roman" w:hAnsi="Times New Roman" w:cs="Times New Roman"/>
          <w:lang w:val="ru-RU"/>
        </w:rPr>
        <w:br/>
        <w:t>Мягко.</w:t>
      </w:r>
      <w:r w:rsidRPr="0002331A">
        <w:rPr>
          <w:rFonts w:ascii="Times New Roman" w:hAnsi="Times New Roman" w:cs="Times New Roman"/>
          <w:lang w:val="ru-RU"/>
        </w:rPr>
        <w:br/>
        <w:t>Но всегда.</w:t>
      </w:r>
    </w:p>
    <w:p w:rsidR="004C05D9" w:rsidRDefault="004C05D9" w:rsidP="004C05D9">
      <w:pPr>
        <w:spacing w:line="240" w:lineRule="auto"/>
        <w:contextualSpacing/>
        <w:rPr>
          <w:rStyle w:val="af6"/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  <w:r>
        <w:rPr>
          <w:rStyle w:val="af6"/>
          <w:b w:val="0"/>
          <w:bCs w:val="0"/>
        </w:rPr>
        <w:br w:type="page"/>
      </w:r>
    </w:p>
    <w:p w:rsidR="0002331A" w:rsidRPr="004C05D9" w:rsidRDefault="0002331A" w:rsidP="004C05D9">
      <w:pPr>
        <w:pStyle w:val="21"/>
        <w:spacing w:line="240" w:lineRule="auto"/>
        <w:contextualSpacing/>
        <w:rPr>
          <w:lang w:val="ru-RU"/>
        </w:rPr>
      </w:pPr>
      <w:proofErr w:type="spellStart"/>
      <w:r w:rsidRPr="004C05D9">
        <w:rPr>
          <w:rStyle w:val="af6"/>
          <w:b/>
          <w:bCs/>
        </w:rPr>
        <w:lastRenderedPageBreak/>
        <w:t>Глава</w:t>
      </w:r>
      <w:proofErr w:type="spellEnd"/>
      <w:r w:rsidRPr="004C05D9">
        <w:rPr>
          <w:rStyle w:val="af6"/>
          <w:b/>
          <w:bCs/>
        </w:rPr>
        <w:t xml:space="preserve"> 3. </w:t>
      </w:r>
      <w:r w:rsidRPr="004C05D9">
        <w:rPr>
          <w:rStyle w:val="af6"/>
          <w:b/>
          <w:bCs/>
          <w:lang w:val="ru-RU"/>
        </w:rPr>
        <w:t>Когда небо отвечает вместо тебя</w:t>
      </w:r>
      <w:r w:rsidR="004C05D9" w:rsidRPr="004C05D9">
        <w:rPr>
          <w:rStyle w:val="af6"/>
          <w:b/>
          <w:bCs/>
          <w:lang w:val="ru-RU"/>
        </w:rPr>
        <w:t xml:space="preserve"> </w:t>
      </w:r>
      <w:r w:rsidR="004C05D9">
        <w:rPr>
          <w:rStyle w:val="af6"/>
          <w:b/>
          <w:bCs/>
          <w:lang w:val="ru-RU"/>
        </w:rPr>
        <w:t xml:space="preserve">       </w:t>
      </w:r>
      <w:proofErr w:type="gramStart"/>
      <w:r w:rsidR="004C05D9">
        <w:rPr>
          <w:rStyle w:val="af6"/>
          <w:b/>
          <w:bCs/>
          <w:lang w:val="ru-RU"/>
        </w:rPr>
        <w:t xml:space="preserve">   </w:t>
      </w:r>
      <w:r w:rsidRPr="004C05D9">
        <w:rPr>
          <w:rStyle w:val="af7"/>
          <w:i w:val="0"/>
          <w:iCs w:val="0"/>
          <w:lang w:val="ru-RU"/>
        </w:rPr>
        <w:t>(</w:t>
      </w:r>
      <w:proofErr w:type="gramEnd"/>
      <w:r w:rsidRPr="004C05D9">
        <w:rPr>
          <w:rStyle w:val="af7"/>
          <w:i w:val="0"/>
          <w:iCs w:val="0"/>
          <w:lang w:val="ru-RU"/>
        </w:rPr>
        <w:t>и почему молчание — это тоже язык, но древний)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На перемене они сидели под навесом.</w:t>
      </w:r>
      <w:r w:rsidRPr="0002331A">
        <w:rPr>
          <w:rFonts w:ascii="Times New Roman" w:hAnsi="Times New Roman" w:cs="Times New Roman"/>
          <w:lang w:val="ru-RU"/>
        </w:rPr>
        <w:br/>
        <w:t>Шёл дождь.</w:t>
      </w:r>
      <w:r w:rsidRPr="0002331A">
        <w:rPr>
          <w:rFonts w:ascii="Times New Roman" w:hAnsi="Times New Roman" w:cs="Times New Roman"/>
          <w:lang w:val="ru-RU"/>
        </w:rPr>
        <w:br/>
        <w:t>Не сильный, но решительный.</w:t>
      </w:r>
      <w:r w:rsidRPr="0002331A">
        <w:rPr>
          <w:rFonts w:ascii="Times New Roman" w:hAnsi="Times New Roman" w:cs="Times New Roman"/>
          <w:lang w:val="ru-RU"/>
        </w:rPr>
        <w:br/>
        <w:t>Каждая капля — будто ставила точку.</w:t>
      </w:r>
      <w:r w:rsidRPr="0002331A">
        <w:rPr>
          <w:rFonts w:ascii="Times New Roman" w:hAnsi="Times New Roman" w:cs="Times New Roman"/>
          <w:lang w:val="ru-RU"/>
        </w:rPr>
        <w:br/>
        <w:t>Точка. Точка. Точка.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Артём молчал.</w:t>
      </w:r>
      <w:r w:rsidRPr="0002331A">
        <w:rPr>
          <w:rFonts w:ascii="Times New Roman" w:hAnsi="Times New Roman" w:cs="Times New Roman"/>
          <w:lang w:val="ru-RU"/>
        </w:rPr>
        <w:br/>
        <w:t>Анфиса тоже.</w:t>
      </w:r>
      <w:r w:rsidRPr="0002331A">
        <w:rPr>
          <w:rFonts w:ascii="Times New Roman" w:hAnsi="Times New Roman" w:cs="Times New Roman"/>
          <w:lang w:val="ru-RU"/>
        </w:rPr>
        <w:br/>
        <w:t>Ваня пытался сочинить рэп про капли, но у него не получалось.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Сергей сидел, запрокинув голову.</w:t>
      </w:r>
      <w:r w:rsidRPr="0002331A">
        <w:rPr>
          <w:rFonts w:ascii="Times New Roman" w:hAnsi="Times New Roman" w:cs="Times New Roman"/>
          <w:lang w:val="ru-RU"/>
        </w:rPr>
        <w:br/>
        <w:t>Просто смотрел на небо.</w:t>
      </w:r>
      <w:r w:rsidRPr="0002331A">
        <w:rPr>
          <w:rFonts w:ascii="Times New Roman" w:hAnsi="Times New Roman" w:cs="Times New Roman"/>
          <w:lang w:val="ru-RU"/>
        </w:rPr>
        <w:br/>
        <w:t>Словно искал не картинку —</w:t>
      </w:r>
      <w:r w:rsidRPr="0002331A">
        <w:rPr>
          <w:rFonts w:ascii="Times New Roman" w:hAnsi="Times New Roman" w:cs="Times New Roman"/>
          <w:lang w:val="ru-RU"/>
        </w:rPr>
        <w:br/>
        <w:t xml:space="preserve">а </w:t>
      </w:r>
      <w:r w:rsidRPr="0002331A">
        <w:rPr>
          <w:rStyle w:val="af6"/>
          <w:rFonts w:ascii="Times New Roman" w:hAnsi="Times New Roman" w:cs="Times New Roman"/>
          <w:lang w:val="ru-RU"/>
        </w:rPr>
        <w:t>знак.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— Тебе не скучно молчать? — спросила Анфиса.</w:t>
      </w:r>
      <w:r w:rsidRPr="0002331A">
        <w:rPr>
          <w:rFonts w:ascii="Times New Roman" w:hAnsi="Times New Roman" w:cs="Times New Roman"/>
          <w:lang w:val="ru-RU"/>
        </w:rPr>
        <w:br/>
        <w:t>— Нет, — сказал он.</w:t>
      </w:r>
      <w:r w:rsidRPr="0002331A">
        <w:rPr>
          <w:rFonts w:ascii="Times New Roman" w:hAnsi="Times New Roman" w:cs="Times New Roman"/>
          <w:lang w:val="ru-RU"/>
        </w:rPr>
        <w:br/>
        <w:t>— А тебе, Артём?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Артём пожал плечами.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Сергей повернулся к ним.</w:t>
      </w:r>
      <w:r w:rsidRPr="0002331A">
        <w:rPr>
          <w:rFonts w:ascii="Times New Roman" w:hAnsi="Times New Roman" w:cs="Times New Roman"/>
          <w:lang w:val="ru-RU"/>
        </w:rPr>
        <w:br/>
        <w:t xml:space="preserve">— А вы знали, что </w:t>
      </w:r>
      <w:r w:rsidRPr="0002331A">
        <w:rPr>
          <w:rStyle w:val="af6"/>
          <w:rFonts w:ascii="Times New Roman" w:hAnsi="Times New Roman" w:cs="Times New Roman"/>
          <w:lang w:val="ru-RU"/>
        </w:rPr>
        <w:t>небо умеет говорить вместо тебя</w:t>
      </w:r>
      <w:r w:rsidRPr="0002331A">
        <w:rPr>
          <w:rFonts w:ascii="Times New Roman" w:hAnsi="Times New Roman" w:cs="Times New Roman"/>
          <w:lang w:val="ru-RU"/>
        </w:rPr>
        <w:t>?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— Это как?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— Когда тебе нечего сказать,</w:t>
      </w:r>
      <w:r w:rsidRPr="0002331A">
        <w:rPr>
          <w:rFonts w:ascii="Times New Roman" w:hAnsi="Times New Roman" w:cs="Times New Roman"/>
          <w:lang w:val="ru-RU"/>
        </w:rPr>
        <w:br/>
        <w:t>или слишком много всего,</w:t>
      </w:r>
      <w:r w:rsidRPr="0002331A">
        <w:rPr>
          <w:rFonts w:ascii="Times New Roman" w:hAnsi="Times New Roman" w:cs="Times New Roman"/>
          <w:lang w:val="ru-RU"/>
        </w:rPr>
        <w:br/>
        <w:t>или ты боишься,</w:t>
      </w:r>
      <w:r w:rsidRPr="0002331A">
        <w:rPr>
          <w:rFonts w:ascii="Times New Roman" w:hAnsi="Times New Roman" w:cs="Times New Roman"/>
          <w:lang w:val="ru-RU"/>
        </w:rPr>
        <w:br/>
        <w:t xml:space="preserve">ты можешь просто </w:t>
      </w:r>
      <w:r w:rsidRPr="0002331A">
        <w:rPr>
          <w:rStyle w:val="af6"/>
          <w:rFonts w:ascii="Times New Roman" w:hAnsi="Times New Roman" w:cs="Times New Roman"/>
          <w:lang w:val="ru-RU"/>
        </w:rPr>
        <w:t>внутри себя сказать небу: “ты” —</w:t>
      </w:r>
      <w:r w:rsidRPr="0002331A">
        <w:rPr>
          <w:rFonts w:ascii="Times New Roman" w:hAnsi="Times New Roman" w:cs="Times New Roman"/>
          <w:b/>
          <w:bCs/>
          <w:lang w:val="ru-RU"/>
        </w:rPr>
        <w:br/>
      </w:r>
      <w:r w:rsidRPr="0002331A">
        <w:rPr>
          <w:rStyle w:val="af6"/>
          <w:rFonts w:ascii="Times New Roman" w:hAnsi="Times New Roman" w:cs="Times New Roman"/>
          <w:lang w:val="ru-RU"/>
        </w:rPr>
        <w:t>и оно скажет остальное.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— Скажет что?</w:t>
      </w:r>
      <w:r w:rsidRPr="0002331A">
        <w:rPr>
          <w:rFonts w:ascii="Times New Roman" w:hAnsi="Times New Roman" w:cs="Times New Roman"/>
          <w:lang w:val="ru-RU"/>
        </w:rPr>
        <w:br/>
        <w:t>— Всё, что нужно.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Анфиса хмыкнула.</w:t>
      </w:r>
      <w:r w:rsidRPr="0002331A">
        <w:rPr>
          <w:rFonts w:ascii="Times New Roman" w:hAnsi="Times New Roman" w:cs="Times New Roman"/>
          <w:lang w:val="ru-RU"/>
        </w:rPr>
        <w:br/>
        <w:t>— Ну-ну. А что, если я скажу: «ты»,</w:t>
      </w:r>
      <w:r w:rsidRPr="0002331A">
        <w:rPr>
          <w:rFonts w:ascii="Times New Roman" w:hAnsi="Times New Roman" w:cs="Times New Roman"/>
          <w:lang w:val="ru-RU"/>
        </w:rPr>
        <w:br/>
        <w:t>а оно пошлёт дождь?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— Значит, это был нужный ответ.</w:t>
      </w:r>
      <w:r w:rsidRPr="0002331A">
        <w:rPr>
          <w:rFonts w:ascii="Times New Roman" w:hAnsi="Times New Roman" w:cs="Times New Roman"/>
          <w:lang w:val="ru-RU"/>
        </w:rPr>
        <w:br/>
        <w:t>А если — солнце?</w:t>
      </w:r>
      <w:r w:rsidRPr="0002331A">
        <w:rPr>
          <w:rFonts w:ascii="Times New Roman" w:hAnsi="Times New Roman" w:cs="Times New Roman"/>
          <w:lang w:val="ru-RU"/>
        </w:rPr>
        <w:br/>
      </w:r>
      <w:r w:rsidRPr="0002331A">
        <w:rPr>
          <w:rFonts w:ascii="Times New Roman" w:hAnsi="Times New Roman" w:cs="Times New Roman"/>
          <w:lang w:val="ru-RU"/>
        </w:rPr>
        <w:lastRenderedPageBreak/>
        <w:t>Тоже ответ.</w:t>
      </w:r>
      <w:r w:rsidRPr="0002331A">
        <w:rPr>
          <w:rFonts w:ascii="Times New Roman" w:hAnsi="Times New Roman" w:cs="Times New Roman"/>
          <w:lang w:val="ru-RU"/>
        </w:rPr>
        <w:br/>
        <w:t>А если кто-то подойдёт и просто обнимет тебя —</w:t>
      </w:r>
      <w:r w:rsidRPr="0002331A">
        <w:rPr>
          <w:rFonts w:ascii="Times New Roman" w:hAnsi="Times New Roman" w:cs="Times New Roman"/>
          <w:lang w:val="ru-RU"/>
        </w:rPr>
        <w:br/>
        <w:t>тоже.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— И это всё небо?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— Да.</w:t>
      </w:r>
      <w:r w:rsidRPr="0002331A">
        <w:rPr>
          <w:rFonts w:ascii="Times New Roman" w:hAnsi="Times New Roman" w:cs="Times New Roman"/>
          <w:lang w:val="ru-RU"/>
        </w:rPr>
        <w:br/>
        <w:t xml:space="preserve">Потому что оно </w:t>
      </w:r>
      <w:r w:rsidRPr="0002331A">
        <w:rPr>
          <w:rStyle w:val="af6"/>
          <w:rFonts w:ascii="Times New Roman" w:hAnsi="Times New Roman" w:cs="Times New Roman"/>
          <w:lang w:val="ru-RU"/>
        </w:rPr>
        <w:t>слышит не слова,</w:t>
      </w:r>
      <w:r w:rsidRPr="0002331A">
        <w:rPr>
          <w:rFonts w:ascii="Times New Roman" w:hAnsi="Times New Roman" w:cs="Times New Roman"/>
          <w:b/>
          <w:bCs/>
          <w:lang w:val="ru-RU"/>
        </w:rPr>
        <w:br/>
      </w:r>
      <w:r w:rsidRPr="0002331A">
        <w:rPr>
          <w:rStyle w:val="af6"/>
          <w:rFonts w:ascii="Times New Roman" w:hAnsi="Times New Roman" w:cs="Times New Roman"/>
          <w:lang w:val="ru-RU"/>
        </w:rPr>
        <w:t>а зов.</w:t>
      </w:r>
    </w:p>
    <w:p w:rsidR="00964454" w:rsidRDefault="00964454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Ваня встал, вытянул руки к небу и сказал: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— ТЫ!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Все рассмеялись.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Но в этот момент</w:t>
      </w:r>
      <w:r w:rsidRPr="0002331A">
        <w:rPr>
          <w:rFonts w:ascii="Times New Roman" w:hAnsi="Times New Roman" w:cs="Times New Roman"/>
          <w:lang w:val="ru-RU"/>
        </w:rPr>
        <w:br/>
        <w:t>облака чуть разошлись,</w:t>
      </w:r>
      <w:r w:rsidRPr="0002331A">
        <w:rPr>
          <w:rFonts w:ascii="Times New Roman" w:hAnsi="Times New Roman" w:cs="Times New Roman"/>
          <w:lang w:val="ru-RU"/>
        </w:rPr>
        <w:br/>
        <w:t>и сквозь них вдруг</w:t>
      </w:r>
      <w:r w:rsidRPr="0002331A">
        <w:rPr>
          <w:rFonts w:ascii="Times New Roman" w:hAnsi="Times New Roman" w:cs="Times New Roman"/>
          <w:lang w:val="ru-RU"/>
        </w:rPr>
        <w:br/>
      </w:r>
      <w:r w:rsidRPr="0002331A">
        <w:rPr>
          <w:rStyle w:val="af6"/>
          <w:rFonts w:ascii="Times New Roman" w:hAnsi="Times New Roman" w:cs="Times New Roman"/>
          <w:lang w:val="ru-RU"/>
        </w:rPr>
        <w:t>блеснул луч.</w:t>
      </w:r>
      <w:r w:rsidR="00CB2114" w:rsidRPr="00CB2114">
        <w:rPr>
          <w:rFonts w:ascii="Times New Roman" w:hAnsi="Times New Roman" w:cs="Times New Roman"/>
          <w:noProof/>
          <w:lang w:val="ru-RU"/>
        </w:rPr>
        <w:t xml:space="preserve"> </w:t>
      </w:r>
      <w:r w:rsidR="00CB2114">
        <w:rPr>
          <w:rFonts w:ascii="Times New Roman" w:hAnsi="Times New Roman" w:cs="Times New Roman"/>
          <w:noProof/>
          <w:lang w:val="ru-RU"/>
        </w:rPr>
        <w:t xml:space="preserve">   </w:t>
      </w:r>
      <w:r w:rsidR="00CB2114">
        <w:rPr>
          <w:rFonts w:ascii="Times New Roman" w:hAnsi="Times New Roman" w:cs="Times New Roman"/>
          <w:noProof/>
          <w:lang w:val="ru-RU"/>
        </w:rPr>
        <w:drawing>
          <wp:inline distT="0" distB="0" distL="0" distR="0" ns6:anchorId="665598CD" ns6:editId="7CD3EBF3">
            <wp:extent cx="3548743" cy="3548743"/>
            <wp:effectExtent l="0" t="0" r="0" b="0"/>
            <wp:docPr id="28" name="Рисунок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Рисунок 192295766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3555785" cy="355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454" w:rsidRDefault="00964454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</w:p>
    <w:p w:rsidR="00CB2114" w:rsidRDefault="00CB2114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Артём поднял лицо к небу.</w:t>
      </w:r>
      <w:r w:rsidRPr="0002331A">
        <w:rPr>
          <w:rFonts w:ascii="Times New Roman" w:hAnsi="Times New Roman" w:cs="Times New Roman"/>
          <w:lang w:val="ru-RU"/>
        </w:rPr>
        <w:br/>
        <w:t>Ничего не сказал.</w:t>
      </w:r>
      <w:r w:rsidRPr="0002331A">
        <w:rPr>
          <w:rFonts w:ascii="Times New Roman" w:hAnsi="Times New Roman" w:cs="Times New Roman"/>
          <w:lang w:val="ru-RU"/>
        </w:rPr>
        <w:br/>
        <w:t>Но внутри него</w:t>
      </w:r>
      <w:r w:rsidRPr="0002331A">
        <w:rPr>
          <w:rFonts w:ascii="Times New Roman" w:hAnsi="Times New Roman" w:cs="Times New Roman"/>
          <w:lang w:val="ru-RU"/>
        </w:rPr>
        <w:br/>
        <w:t>зазвучало: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Style w:val="af6"/>
          <w:rFonts w:ascii="Times New Roman" w:hAnsi="Times New Roman" w:cs="Times New Roman"/>
          <w:lang w:val="ru-RU"/>
        </w:rPr>
        <w:t>"Я слышу."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И он знал —</w:t>
      </w:r>
      <w:r w:rsidRPr="0002331A">
        <w:rPr>
          <w:rFonts w:ascii="Times New Roman" w:hAnsi="Times New Roman" w:cs="Times New Roman"/>
          <w:lang w:val="ru-RU"/>
        </w:rPr>
        <w:br/>
        <w:t>это не он себе придумал.</w:t>
      </w:r>
      <w:r w:rsidRPr="0002331A">
        <w:rPr>
          <w:rFonts w:ascii="Times New Roman" w:hAnsi="Times New Roman" w:cs="Times New Roman"/>
          <w:lang w:val="ru-RU"/>
        </w:rPr>
        <w:br/>
        <w:t xml:space="preserve">Это </w:t>
      </w:r>
      <w:r w:rsidRPr="0002331A">
        <w:rPr>
          <w:rStyle w:val="af6"/>
          <w:rFonts w:ascii="Times New Roman" w:hAnsi="Times New Roman" w:cs="Times New Roman"/>
          <w:lang w:val="ru-RU"/>
        </w:rPr>
        <w:t>ответ.</w:t>
      </w:r>
    </w:p>
    <w:p w:rsidR="00964454" w:rsidRDefault="00964454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С тех пор у них появилась новая игра:</w:t>
      </w:r>
      <w:r w:rsidRPr="0002331A">
        <w:rPr>
          <w:rFonts w:ascii="Times New Roman" w:hAnsi="Times New Roman" w:cs="Times New Roman"/>
          <w:lang w:val="ru-RU"/>
        </w:rPr>
        <w:br/>
      </w:r>
      <w:r w:rsidRPr="0002331A">
        <w:rPr>
          <w:rStyle w:val="af6"/>
          <w:rFonts w:ascii="Times New Roman" w:hAnsi="Times New Roman" w:cs="Times New Roman"/>
          <w:lang w:val="ru-RU"/>
        </w:rPr>
        <w:t>«Скажи “ты” — и слушай, что скажет небо».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Они говорили "ты":</w:t>
      </w:r>
      <w:r w:rsidRPr="0002331A">
        <w:rPr>
          <w:rFonts w:ascii="Times New Roman" w:hAnsi="Times New Roman" w:cs="Times New Roman"/>
          <w:lang w:val="ru-RU"/>
        </w:rPr>
        <w:br/>
        <w:t>— перед сном,</w:t>
      </w:r>
      <w:r w:rsidRPr="0002331A">
        <w:rPr>
          <w:rFonts w:ascii="Times New Roman" w:hAnsi="Times New Roman" w:cs="Times New Roman"/>
          <w:lang w:val="ru-RU"/>
        </w:rPr>
        <w:br/>
        <w:t>— перед контрольной,</w:t>
      </w:r>
      <w:r w:rsidRPr="0002331A">
        <w:rPr>
          <w:rFonts w:ascii="Times New Roman" w:hAnsi="Times New Roman" w:cs="Times New Roman"/>
          <w:lang w:val="ru-RU"/>
        </w:rPr>
        <w:br/>
        <w:t>— перед тем, как кого-то обнять,</w:t>
      </w:r>
      <w:r w:rsidRPr="0002331A">
        <w:rPr>
          <w:rFonts w:ascii="Times New Roman" w:hAnsi="Times New Roman" w:cs="Times New Roman"/>
          <w:lang w:val="ru-RU"/>
        </w:rPr>
        <w:br/>
        <w:t>— и просто так — когда хотелось быть понятым.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И ответы приходили.</w:t>
      </w:r>
      <w:r w:rsidRPr="0002331A">
        <w:rPr>
          <w:rFonts w:ascii="Times New Roman" w:hAnsi="Times New Roman" w:cs="Times New Roman"/>
          <w:lang w:val="ru-RU"/>
        </w:rPr>
        <w:br/>
        <w:t>Всегда.</w:t>
      </w:r>
      <w:r w:rsidRPr="0002331A">
        <w:rPr>
          <w:rFonts w:ascii="Times New Roman" w:hAnsi="Times New Roman" w:cs="Times New Roman"/>
          <w:lang w:val="ru-RU"/>
        </w:rPr>
        <w:br/>
        <w:t>Не как фразы.</w:t>
      </w:r>
      <w:r w:rsidRPr="0002331A">
        <w:rPr>
          <w:rFonts w:ascii="Times New Roman" w:hAnsi="Times New Roman" w:cs="Times New Roman"/>
          <w:lang w:val="ru-RU"/>
        </w:rPr>
        <w:br/>
        <w:t xml:space="preserve">А как </w:t>
      </w:r>
      <w:r w:rsidRPr="0002331A">
        <w:rPr>
          <w:rStyle w:val="af6"/>
          <w:rFonts w:ascii="Times New Roman" w:hAnsi="Times New Roman" w:cs="Times New Roman"/>
          <w:lang w:val="ru-RU"/>
        </w:rPr>
        <w:t>ощущения, события, взгляды, шорохи.</w:t>
      </w:r>
    </w:p>
    <w:p w:rsidR="004C05D9" w:rsidRDefault="004C05D9" w:rsidP="004C05D9">
      <w:pPr>
        <w:spacing w:line="240" w:lineRule="auto"/>
        <w:contextualSpacing/>
        <w:rPr>
          <w:rStyle w:val="af6"/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  <w:r>
        <w:rPr>
          <w:rStyle w:val="af6"/>
          <w:b w:val="0"/>
          <w:bCs w:val="0"/>
        </w:rPr>
        <w:br w:type="page"/>
      </w:r>
    </w:p>
    <w:p w:rsidR="0002331A" w:rsidRPr="004C05D9" w:rsidRDefault="0002331A" w:rsidP="004C05D9">
      <w:pPr>
        <w:pStyle w:val="21"/>
        <w:spacing w:line="240" w:lineRule="auto"/>
        <w:contextualSpacing/>
      </w:pPr>
      <w:proofErr w:type="spellStart"/>
      <w:r w:rsidRPr="004C05D9">
        <w:rPr>
          <w:rStyle w:val="af6"/>
          <w:b/>
          <w:bCs/>
        </w:rPr>
        <w:lastRenderedPageBreak/>
        <w:t>Глава</w:t>
      </w:r>
      <w:proofErr w:type="spellEnd"/>
      <w:r w:rsidRPr="004C05D9">
        <w:rPr>
          <w:rStyle w:val="af6"/>
          <w:b/>
          <w:bCs/>
        </w:rPr>
        <w:t xml:space="preserve"> 4. </w:t>
      </w:r>
      <w:proofErr w:type="spellStart"/>
      <w:r w:rsidRPr="004C05D9">
        <w:rPr>
          <w:rStyle w:val="af6"/>
          <w:b/>
          <w:bCs/>
        </w:rPr>
        <w:t>Остров</w:t>
      </w:r>
      <w:proofErr w:type="spellEnd"/>
      <w:r w:rsidRPr="004C05D9">
        <w:rPr>
          <w:rStyle w:val="af6"/>
          <w:b/>
          <w:bCs/>
        </w:rPr>
        <w:t xml:space="preserve"> </w:t>
      </w:r>
      <w:proofErr w:type="spellStart"/>
      <w:r w:rsidRPr="004C05D9">
        <w:rPr>
          <w:rStyle w:val="af6"/>
          <w:b/>
          <w:bCs/>
        </w:rPr>
        <w:t>под</w:t>
      </w:r>
      <w:proofErr w:type="spellEnd"/>
      <w:r w:rsidRPr="004C05D9">
        <w:rPr>
          <w:rStyle w:val="af6"/>
          <w:b/>
          <w:bCs/>
        </w:rPr>
        <w:t xml:space="preserve"> </w:t>
      </w:r>
      <w:proofErr w:type="spellStart"/>
      <w:r w:rsidRPr="004C05D9">
        <w:rPr>
          <w:rStyle w:val="af6"/>
          <w:b/>
          <w:bCs/>
        </w:rPr>
        <w:t>лестницей</w:t>
      </w:r>
      <w:proofErr w:type="spellEnd"/>
      <w:r w:rsidR="004C05D9" w:rsidRPr="004C05D9">
        <w:rPr>
          <w:rStyle w:val="af6"/>
          <w:b/>
          <w:bCs/>
        </w:rPr>
        <w:t xml:space="preserve"> </w:t>
      </w:r>
      <w:r w:rsidRPr="004C05D9">
        <w:rPr>
          <w:rStyle w:val="af7"/>
          <w:i w:val="0"/>
          <w:iCs w:val="0"/>
        </w:rPr>
        <w:t xml:space="preserve">(и </w:t>
      </w:r>
      <w:proofErr w:type="spellStart"/>
      <w:r w:rsidRPr="004C05D9">
        <w:rPr>
          <w:rStyle w:val="af7"/>
          <w:i w:val="0"/>
          <w:iCs w:val="0"/>
        </w:rPr>
        <w:t>как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найти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Святое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место</w:t>
      </w:r>
      <w:proofErr w:type="spellEnd"/>
      <w:r w:rsidRPr="004C05D9">
        <w:rPr>
          <w:rStyle w:val="af7"/>
          <w:i w:val="0"/>
          <w:iCs w:val="0"/>
        </w:rPr>
        <w:t xml:space="preserve">, </w:t>
      </w:r>
      <w:proofErr w:type="spellStart"/>
      <w:r w:rsidRPr="004C05D9">
        <w:rPr>
          <w:rStyle w:val="af7"/>
          <w:i w:val="0"/>
          <w:iCs w:val="0"/>
        </w:rPr>
        <w:t>если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ты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слишком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маленький</w:t>
      </w:r>
      <w:proofErr w:type="spellEnd"/>
      <w:r w:rsidRPr="004C05D9">
        <w:rPr>
          <w:rStyle w:val="af7"/>
          <w:i w:val="0"/>
          <w:iCs w:val="0"/>
        </w:rPr>
        <w:t xml:space="preserve">, </w:t>
      </w:r>
      <w:proofErr w:type="spellStart"/>
      <w:r w:rsidRPr="004C05D9">
        <w:rPr>
          <w:rStyle w:val="af7"/>
          <w:i w:val="0"/>
          <w:iCs w:val="0"/>
        </w:rPr>
        <w:t>чтобы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искать</w:t>
      </w:r>
      <w:proofErr w:type="spellEnd"/>
      <w:r w:rsidRPr="004C05D9">
        <w:rPr>
          <w:rStyle w:val="af7"/>
          <w:i w:val="0"/>
          <w:iCs w:val="0"/>
        </w:rPr>
        <w:t>)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Это случилось случайно.</w:t>
      </w:r>
      <w:r w:rsidRPr="0002331A">
        <w:rPr>
          <w:rFonts w:ascii="Times New Roman" w:hAnsi="Times New Roman" w:cs="Times New Roman"/>
          <w:lang w:val="ru-RU"/>
        </w:rPr>
        <w:br/>
        <w:t>Хотя, конечно, случайностей не бывает —</w:t>
      </w:r>
      <w:r w:rsidRPr="0002331A">
        <w:rPr>
          <w:rFonts w:ascii="Times New Roman" w:hAnsi="Times New Roman" w:cs="Times New Roman"/>
          <w:lang w:val="ru-RU"/>
        </w:rPr>
        <w:br/>
        <w:t>особенно в Царствии.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Артём потерял свой карандаш.</w:t>
      </w:r>
      <w:r w:rsidRPr="0002331A">
        <w:rPr>
          <w:rFonts w:ascii="Times New Roman" w:hAnsi="Times New Roman" w:cs="Times New Roman"/>
          <w:lang w:val="ru-RU"/>
        </w:rPr>
        <w:br/>
        <w:t>Самый любимый.</w:t>
      </w:r>
      <w:r w:rsidRPr="0002331A">
        <w:rPr>
          <w:rFonts w:ascii="Times New Roman" w:hAnsi="Times New Roman" w:cs="Times New Roman"/>
          <w:lang w:val="ru-RU"/>
        </w:rPr>
        <w:br/>
        <w:t>С золотистой полоской.</w:t>
      </w:r>
      <w:r w:rsidRPr="0002331A">
        <w:rPr>
          <w:rFonts w:ascii="Times New Roman" w:hAnsi="Times New Roman" w:cs="Times New Roman"/>
          <w:lang w:val="ru-RU"/>
        </w:rPr>
        <w:br/>
        <w:t>Он упал где-то в школьном коридоре,</w:t>
      </w:r>
      <w:r w:rsidRPr="0002331A">
        <w:rPr>
          <w:rFonts w:ascii="Times New Roman" w:hAnsi="Times New Roman" w:cs="Times New Roman"/>
          <w:lang w:val="ru-RU"/>
        </w:rPr>
        <w:br/>
        <w:t>и Артём стал искать.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Он заглянул под лестницу.</w:t>
      </w:r>
      <w:r w:rsidRPr="0002331A">
        <w:rPr>
          <w:rFonts w:ascii="Times New Roman" w:hAnsi="Times New Roman" w:cs="Times New Roman"/>
          <w:lang w:val="ru-RU"/>
        </w:rPr>
        <w:br/>
        <w:t>Не в первый раз.</w:t>
      </w:r>
      <w:r w:rsidRPr="0002331A">
        <w:rPr>
          <w:rFonts w:ascii="Times New Roman" w:hAnsi="Times New Roman" w:cs="Times New Roman"/>
          <w:lang w:val="ru-RU"/>
        </w:rPr>
        <w:br/>
        <w:t>Но в этот —</w:t>
      </w:r>
      <w:r w:rsidRPr="0002331A">
        <w:rPr>
          <w:rFonts w:ascii="Times New Roman" w:hAnsi="Times New Roman" w:cs="Times New Roman"/>
          <w:lang w:val="ru-RU"/>
        </w:rPr>
        <w:br/>
        <w:t xml:space="preserve">он </w:t>
      </w:r>
      <w:r w:rsidRPr="0002331A">
        <w:rPr>
          <w:rStyle w:val="af6"/>
          <w:rFonts w:ascii="Times New Roman" w:hAnsi="Times New Roman" w:cs="Times New Roman"/>
          <w:lang w:val="ru-RU"/>
        </w:rPr>
        <w:t>остановился.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Под лестницей было как обычно:</w:t>
      </w:r>
      <w:r w:rsidRPr="0002331A">
        <w:rPr>
          <w:rFonts w:ascii="Times New Roman" w:hAnsi="Times New Roman" w:cs="Times New Roman"/>
          <w:lang w:val="ru-RU"/>
        </w:rPr>
        <w:br/>
        <w:t>пыль, коробка, забытые тапки, паутина.</w:t>
      </w:r>
      <w:r w:rsidRPr="0002331A">
        <w:rPr>
          <w:rFonts w:ascii="Times New Roman" w:hAnsi="Times New Roman" w:cs="Times New Roman"/>
          <w:lang w:val="ru-RU"/>
        </w:rPr>
        <w:br/>
        <w:t>Но воздух…</w:t>
      </w:r>
      <w:r w:rsidRPr="0002331A">
        <w:rPr>
          <w:rFonts w:ascii="Times New Roman" w:hAnsi="Times New Roman" w:cs="Times New Roman"/>
          <w:lang w:val="ru-RU"/>
        </w:rPr>
        <w:br/>
        <w:t xml:space="preserve">воздух там был </w:t>
      </w:r>
      <w:r w:rsidRPr="0002331A">
        <w:rPr>
          <w:rStyle w:val="af6"/>
          <w:rFonts w:ascii="Times New Roman" w:hAnsi="Times New Roman" w:cs="Times New Roman"/>
          <w:lang w:val="ru-RU"/>
        </w:rPr>
        <w:t>другой.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— Здесь… как будто…</w:t>
      </w:r>
      <w:r w:rsidRPr="0002331A">
        <w:rPr>
          <w:rFonts w:ascii="Times New Roman" w:hAnsi="Times New Roman" w:cs="Times New Roman"/>
          <w:lang w:val="ru-RU"/>
        </w:rPr>
        <w:br/>
        <w:t>— Молчит, — прошептал он сам себе.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На следующий день он вернулся.</w:t>
      </w:r>
      <w:r w:rsidRPr="0002331A">
        <w:rPr>
          <w:rFonts w:ascii="Times New Roman" w:hAnsi="Times New Roman" w:cs="Times New Roman"/>
          <w:lang w:val="ru-RU"/>
        </w:rPr>
        <w:br/>
        <w:t>Сел под лестницу.</w:t>
      </w:r>
      <w:r w:rsidRPr="0002331A">
        <w:rPr>
          <w:rFonts w:ascii="Times New Roman" w:hAnsi="Times New Roman" w:cs="Times New Roman"/>
          <w:lang w:val="ru-RU"/>
        </w:rPr>
        <w:br/>
        <w:t>Просто так.</w:t>
      </w:r>
      <w:r w:rsidRPr="0002331A">
        <w:rPr>
          <w:rFonts w:ascii="Times New Roman" w:hAnsi="Times New Roman" w:cs="Times New Roman"/>
          <w:lang w:val="ru-RU"/>
        </w:rPr>
        <w:br/>
        <w:t>Сначала — из интереса.</w:t>
      </w:r>
      <w:r w:rsidRPr="0002331A">
        <w:rPr>
          <w:rFonts w:ascii="Times New Roman" w:hAnsi="Times New Roman" w:cs="Times New Roman"/>
          <w:lang w:val="ru-RU"/>
        </w:rPr>
        <w:br/>
        <w:t xml:space="preserve">Потом — из чувства, что </w:t>
      </w:r>
      <w:r w:rsidRPr="0002331A">
        <w:rPr>
          <w:rStyle w:val="af6"/>
          <w:rFonts w:ascii="Times New Roman" w:hAnsi="Times New Roman" w:cs="Times New Roman"/>
          <w:lang w:val="ru-RU"/>
        </w:rPr>
        <w:t>здесь его никто не тронет.</w:t>
      </w:r>
      <w:r w:rsidRPr="0002331A">
        <w:rPr>
          <w:rFonts w:ascii="Times New Roman" w:hAnsi="Times New Roman" w:cs="Times New Roman"/>
          <w:b/>
          <w:bCs/>
          <w:lang w:val="ru-RU"/>
        </w:rPr>
        <w:br/>
      </w:r>
      <w:r w:rsidRPr="0002331A">
        <w:rPr>
          <w:rStyle w:val="af6"/>
          <w:rFonts w:ascii="Times New Roman" w:hAnsi="Times New Roman" w:cs="Times New Roman"/>
          <w:lang w:val="ru-RU"/>
        </w:rPr>
        <w:t>И что его здесь кто-то ждёт.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Через три дня он позвал Сергея.</w:t>
      </w:r>
      <w:r w:rsidRPr="0002331A">
        <w:rPr>
          <w:rFonts w:ascii="Times New Roman" w:hAnsi="Times New Roman" w:cs="Times New Roman"/>
          <w:lang w:val="ru-RU"/>
        </w:rPr>
        <w:br/>
        <w:t>— Пойдём, я тебе кое-что покажу.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Сергей вошёл.</w:t>
      </w:r>
      <w:r w:rsidRPr="0002331A">
        <w:rPr>
          <w:rFonts w:ascii="Times New Roman" w:hAnsi="Times New Roman" w:cs="Times New Roman"/>
          <w:lang w:val="ru-RU"/>
        </w:rPr>
        <w:br/>
        <w:t>Огляделся.</w:t>
      </w:r>
      <w:r w:rsidRPr="0002331A">
        <w:rPr>
          <w:rFonts w:ascii="Times New Roman" w:hAnsi="Times New Roman" w:cs="Times New Roman"/>
          <w:lang w:val="ru-RU"/>
        </w:rPr>
        <w:br/>
        <w:t>Ничего особенного.</w:t>
      </w:r>
      <w:r w:rsidRPr="0002331A">
        <w:rPr>
          <w:rFonts w:ascii="Times New Roman" w:hAnsi="Times New Roman" w:cs="Times New Roman"/>
          <w:lang w:val="ru-RU"/>
        </w:rPr>
        <w:br/>
        <w:t>И всё — особенное.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Он сел рядом.</w:t>
      </w:r>
      <w:r w:rsidRPr="0002331A">
        <w:rPr>
          <w:rFonts w:ascii="Times New Roman" w:hAnsi="Times New Roman" w:cs="Times New Roman"/>
          <w:lang w:val="ru-RU"/>
        </w:rPr>
        <w:br/>
        <w:t>Закрыл глаза.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lastRenderedPageBreak/>
        <w:t>— Ты чувствуешь? — спросил Артём.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Сергей кивнул.</w:t>
      </w:r>
      <w:r w:rsidRPr="0002331A">
        <w:rPr>
          <w:rFonts w:ascii="Times New Roman" w:hAnsi="Times New Roman" w:cs="Times New Roman"/>
          <w:lang w:val="ru-RU"/>
        </w:rPr>
        <w:br/>
        <w:t xml:space="preserve">— Это место… </w:t>
      </w:r>
      <w:r w:rsidRPr="0002331A">
        <w:rPr>
          <w:rStyle w:val="af6"/>
          <w:rFonts w:ascii="Times New Roman" w:hAnsi="Times New Roman" w:cs="Times New Roman"/>
          <w:lang w:val="ru-RU"/>
        </w:rPr>
        <w:t>не громкое.</w:t>
      </w:r>
      <w:r w:rsidRPr="0002331A">
        <w:rPr>
          <w:rFonts w:ascii="Times New Roman" w:hAnsi="Times New Roman" w:cs="Times New Roman"/>
          <w:b/>
          <w:bCs/>
          <w:lang w:val="ru-RU"/>
        </w:rPr>
        <w:br/>
      </w:r>
      <w:r w:rsidRPr="0002331A">
        <w:rPr>
          <w:rStyle w:val="af6"/>
          <w:rFonts w:ascii="Times New Roman" w:hAnsi="Times New Roman" w:cs="Times New Roman"/>
          <w:lang w:val="ru-RU"/>
        </w:rPr>
        <w:t>Но оно слушает.</w:t>
      </w:r>
      <w:r w:rsidRPr="0002331A">
        <w:rPr>
          <w:rFonts w:ascii="Times New Roman" w:hAnsi="Times New Roman" w:cs="Times New Roman"/>
          <w:b/>
          <w:bCs/>
          <w:lang w:val="ru-RU"/>
        </w:rPr>
        <w:br/>
      </w:r>
      <w:r w:rsidRPr="0002331A">
        <w:rPr>
          <w:rStyle w:val="af6"/>
          <w:rFonts w:ascii="Times New Roman" w:hAnsi="Times New Roman" w:cs="Times New Roman"/>
          <w:lang w:val="ru-RU"/>
        </w:rPr>
        <w:t>Целиком.</w:t>
      </w:r>
      <w:r w:rsidRPr="0002331A">
        <w:rPr>
          <w:rFonts w:ascii="Times New Roman" w:hAnsi="Times New Roman" w:cs="Times New Roman"/>
          <w:lang w:val="ru-RU"/>
        </w:rPr>
        <w:br/>
      </w:r>
      <w:proofErr w:type="gramStart"/>
      <w:r w:rsidRPr="0002331A">
        <w:rPr>
          <w:rFonts w:ascii="Times New Roman" w:hAnsi="Times New Roman" w:cs="Times New Roman"/>
          <w:lang w:val="ru-RU"/>
        </w:rPr>
        <w:t>И</w:t>
      </w:r>
      <w:proofErr w:type="gramEnd"/>
      <w:r w:rsidRPr="0002331A">
        <w:rPr>
          <w:rFonts w:ascii="Times New Roman" w:hAnsi="Times New Roman" w:cs="Times New Roman"/>
          <w:lang w:val="ru-RU"/>
        </w:rPr>
        <w:t xml:space="preserve"> если молчать здесь долго,</w:t>
      </w:r>
      <w:r w:rsidRPr="0002331A">
        <w:rPr>
          <w:rFonts w:ascii="Times New Roman" w:hAnsi="Times New Roman" w:cs="Times New Roman"/>
          <w:lang w:val="ru-RU"/>
        </w:rPr>
        <w:br/>
        <w:t>начинаешь чувствовать,</w:t>
      </w:r>
      <w:r w:rsidRPr="0002331A">
        <w:rPr>
          <w:rFonts w:ascii="Times New Roman" w:hAnsi="Times New Roman" w:cs="Times New Roman"/>
          <w:lang w:val="ru-RU"/>
        </w:rPr>
        <w:br/>
        <w:t xml:space="preserve">что </w:t>
      </w:r>
      <w:r w:rsidRPr="0002331A">
        <w:rPr>
          <w:rStyle w:val="af6"/>
          <w:rFonts w:ascii="Times New Roman" w:hAnsi="Times New Roman" w:cs="Times New Roman"/>
          <w:lang w:val="ru-RU"/>
        </w:rPr>
        <w:t>внутри тебя тоже кто-то слушает.</w:t>
      </w:r>
    </w:p>
    <w:p w:rsidR="00964454" w:rsidRDefault="00964454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</w:p>
    <w:p w:rsidR="00D41A03" w:rsidRDefault="00D41A03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/>
        </w:rPr>
        <w:drawing>
          <wp:inline distT="0" distB="0" distL="0" distR="0">
            <wp:extent cx="3686629" cy="3686629"/>
            <wp:effectExtent l="0" t="0" r="0" b="0"/>
            <wp:docPr id="29" name="Рисунок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" name="Рисунок 1074015577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690262" cy="369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A03" w:rsidRDefault="00D41A03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Анфиса назвала это</w:t>
      </w:r>
      <w:r w:rsidRPr="0002331A">
        <w:rPr>
          <w:rFonts w:ascii="Times New Roman" w:hAnsi="Times New Roman" w:cs="Times New Roman"/>
          <w:lang w:val="ru-RU"/>
        </w:rPr>
        <w:br/>
      </w:r>
      <w:r w:rsidRPr="0002331A">
        <w:rPr>
          <w:rStyle w:val="af6"/>
          <w:rFonts w:ascii="Times New Roman" w:hAnsi="Times New Roman" w:cs="Times New Roman"/>
          <w:lang w:val="ru-RU"/>
        </w:rPr>
        <w:t>«Островом под лестницей».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 xml:space="preserve">С тех пор это место стало для них </w:t>
      </w:r>
      <w:r w:rsidRPr="0002331A">
        <w:rPr>
          <w:rStyle w:val="af6"/>
          <w:rFonts w:ascii="Times New Roman" w:hAnsi="Times New Roman" w:cs="Times New Roman"/>
          <w:lang w:val="ru-RU"/>
        </w:rPr>
        <w:t>святым</w:t>
      </w:r>
      <w:r w:rsidRPr="0002331A">
        <w:rPr>
          <w:rFonts w:ascii="Times New Roman" w:hAnsi="Times New Roman" w:cs="Times New Roman"/>
          <w:lang w:val="ru-RU"/>
        </w:rPr>
        <w:t>.</w:t>
      </w:r>
      <w:r w:rsidRPr="0002331A">
        <w:rPr>
          <w:rFonts w:ascii="Times New Roman" w:hAnsi="Times New Roman" w:cs="Times New Roman"/>
          <w:lang w:val="ru-RU"/>
        </w:rPr>
        <w:br/>
        <w:t>Не в смысле церковным,</w:t>
      </w:r>
      <w:r w:rsidRPr="0002331A">
        <w:rPr>
          <w:rFonts w:ascii="Times New Roman" w:hAnsi="Times New Roman" w:cs="Times New Roman"/>
          <w:lang w:val="ru-RU"/>
        </w:rPr>
        <w:br/>
      </w:r>
      <w:r w:rsidRPr="0002331A">
        <w:rPr>
          <w:rFonts w:ascii="Times New Roman" w:hAnsi="Times New Roman" w:cs="Times New Roman"/>
          <w:lang w:val="ru-RU"/>
        </w:rPr>
        <w:lastRenderedPageBreak/>
        <w:t>а в смысле —</w:t>
      </w:r>
      <w:r w:rsidRPr="0002331A">
        <w:rPr>
          <w:rFonts w:ascii="Times New Roman" w:hAnsi="Times New Roman" w:cs="Times New Roman"/>
          <w:lang w:val="ru-RU"/>
        </w:rPr>
        <w:br/>
      </w:r>
      <w:r w:rsidRPr="0002331A">
        <w:rPr>
          <w:rStyle w:val="af6"/>
          <w:rFonts w:ascii="Times New Roman" w:hAnsi="Times New Roman" w:cs="Times New Roman"/>
          <w:lang w:val="ru-RU"/>
        </w:rPr>
        <w:t>настоящим, тёплым, глубоким.</w:t>
      </w:r>
    </w:p>
    <w:p w:rsidR="00964454" w:rsidRDefault="00964454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Они не приносили туда телефоны.</w:t>
      </w:r>
      <w:r w:rsidRPr="0002331A">
        <w:rPr>
          <w:rFonts w:ascii="Times New Roman" w:hAnsi="Times New Roman" w:cs="Times New Roman"/>
          <w:lang w:val="ru-RU"/>
        </w:rPr>
        <w:br/>
        <w:t>Не жевали жвачки.</w:t>
      </w:r>
      <w:r w:rsidRPr="0002331A">
        <w:rPr>
          <w:rFonts w:ascii="Times New Roman" w:hAnsi="Times New Roman" w:cs="Times New Roman"/>
          <w:lang w:val="ru-RU"/>
        </w:rPr>
        <w:br/>
        <w:t>Не шутили.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Они просто садились.</w:t>
      </w:r>
      <w:r w:rsidRPr="0002331A">
        <w:rPr>
          <w:rFonts w:ascii="Times New Roman" w:hAnsi="Times New Roman" w:cs="Times New Roman"/>
          <w:lang w:val="ru-RU"/>
        </w:rPr>
        <w:br/>
        <w:t>Молчали.</w:t>
      </w:r>
      <w:r w:rsidRPr="0002331A">
        <w:rPr>
          <w:rFonts w:ascii="Times New Roman" w:hAnsi="Times New Roman" w:cs="Times New Roman"/>
          <w:lang w:val="ru-RU"/>
        </w:rPr>
        <w:br/>
        <w:t>И через какое-то время —</w:t>
      </w:r>
      <w:r w:rsidRPr="0002331A">
        <w:rPr>
          <w:rFonts w:ascii="Times New Roman" w:hAnsi="Times New Roman" w:cs="Times New Roman"/>
          <w:lang w:val="ru-RU"/>
        </w:rPr>
        <w:br/>
      </w:r>
      <w:r w:rsidRPr="0002331A">
        <w:rPr>
          <w:rStyle w:val="af6"/>
          <w:rFonts w:ascii="Times New Roman" w:hAnsi="Times New Roman" w:cs="Times New Roman"/>
          <w:lang w:val="ru-RU"/>
        </w:rPr>
        <w:t>чувствовали, что стали чище.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Как будто там кто-то</w:t>
      </w:r>
      <w:r w:rsidRPr="0002331A">
        <w:rPr>
          <w:rFonts w:ascii="Times New Roman" w:hAnsi="Times New Roman" w:cs="Times New Roman"/>
          <w:lang w:val="ru-RU"/>
        </w:rPr>
        <w:br/>
      </w:r>
      <w:r w:rsidRPr="0002331A">
        <w:rPr>
          <w:rStyle w:val="af6"/>
          <w:rFonts w:ascii="Times New Roman" w:hAnsi="Times New Roman" w:cs="Times New Roman"/>
          <w:lang w:val="ru-RU"/>
        </w:rPr>
        <w:t>умывал их изнутри.</w:t>
      </w:r>
    </w:p>
    <w:p w:rsidR="00964454" w:rsidRDefault="00964454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Так появилась игра,</w:t>
      </w:r>
      <w:r w:rsidRPr="0002331A">
        <w:rPr>
          <w:rFonts w:ascii="Times New Roman" w:hAnsi="Times New Roman" w:cs="Times New Roman"/>
          <w:lang w:val="ru-RU"/>
        </w:rPr>
        <w:br/>
        <w:t>в которую не играют —</w:t>
      </w:r>
      <w:r w:rsidRPr="0002331A">
        <w:rPr>
          <w:rFonts w:ascii="Times New Roman" w:hAnsi="Times New Roman" w:cs="Times New Roman"/>
          <w:lang w:val="ru-RU"/>
        </w:rPr>
        <w:br/>
        <w:t xml:space="preserve">а </w:t>
      </w:r>
      <w:r w:rsidRPr="0002331A">
        <w:rPr>
          <w:rStyle w:val="af6"/>
          <w:rFonts w:ascii="Times New Roman" w:hAnsi="Times New Roman" w:cs="Times New Roman"/>
          <w:lang w:val="ru-RU"/>
        </w:rPr>
        <w:t>входят: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Style w:val="af6"/>
          <w:rFonts w:ascii="Times New Roman" w:hAnsi="Times New Roman" w:cs="Times New Roman"/>
          <w:lang w:val="ru-RU"/>
        </w:rPr>
        <w:t>«Найди своё место, где тебя слушает сам Творец».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У каждого оно — своё.</w:t>
      </w:r>
      <w:r w:rsidRPr="0002331A">
        <w:rPr>
          <w:rFonts w:ascii="Times New Roman" w:hAnsi="Times New Roman" w:cs="Times New Roman"/>
          <w:lang w:val="ru-RU"/>
        </w:rPr>
        <w:br/>
        <w:t>Но всегда есть.</w:t>
      </w:r>
      <w:r w:rsidRPr="0002331A">
        <w:rPr>
          <w:rFonts w:ascii="Times New Roman" w:hAnsi="Times New Roman" w:cs="Times New Roman"/>
          <w:lang w:val="ru-RU"/>
        </w:rPr>
        <w:br/>
        <w:t>Иногда — под лестницей.</w:t>
      </w:r>
      <w:r w:rsidRPr="0002331A">
        <w:rPr>
          <w:rFonts w:ascii="Times New Roman" w:hAnsi="Times New Roman" w:cs="Times New Roman"/>
          <w:lang w:val="ru-RU"/>
        </w:rPr>
        <w:br/>
        <w:t>Иногда — в кладовке.</w:t>
      </w:r>
      <w:r w:rsidRPr="0002331A">
        <w:rPr>
          <w:rFonts w:ascii="Times New Roman" w:hAnsi="Times New Roman" w:cs="Times New Roman"/>
          <w:lang w:val="ru-RU"/>
        </w:rPr>
        <w:br/>
        <w:t>Иногда — в самом себе.</w:t>
      </w:r>
    </w:p>
    <w:p w:rsidR="00D41A03" w:rsidRDefault="00D41A03">
      <w:pPr>
        <w:rPr>
          <w:rStyle w:val="af6"/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  <w:r>
        <w:rPr>
          <w:rStyle w:val="af6"/>
          <w:b w:val="0"/>
          <w:bCs w:val="0"/>
        </w:rPr>
        <w:br w:type="page"/>
      </w:r>
    </w:p>
    <w:p w:rsidR="0002331A" w:rsidRPr="00D41A03" w:rsidRDefault="0002331A" w:rsidP="004C05D9">
      <w:pPr>
        <w:pStyle w:val="21"/>
        <w:spacing w:line="240" w:lineRule="auto"/>
        <w:contextualSpacing/>
        <w:rPr>
          <w:lang w:val="ru-RU"/>
        </w:rPr>
      </w:pPr>
      <w:r w:rsidRPr="00D41A03">
        <w:rPr>
          <w:rStyle w:val="af6"/>
          <w:b/>
          <w:bCs/>
          <w:lang w:val="ru-RU"/>
        </w:rPr>
        <w:lastRenderedPageBreak/>
        <w:t>Глава 5. Когда тебя слышат даже стены</w:t>
      </w:r>
      <w:r w:rsidR="004C05D9" w:rsidRPr="00D41A03">
        <w:rPr>
          <w:rStyle w:val="af6"/>
          <w:b/>
          <w:bCs/>
          <w:lang w:val="ru-RU"/>
        </w:rPr>
        <w:t xml:space="preserve"> </w:t>
      </w:r>
      <w:r w:rsidR="00D41A03">
        <w:rPr>
          <w:rStyle w:val="af6"/>
          <w:b/>
          <w:bCs/>
          <w:lang w:val="ru-RU"/>
        </w:rPr>
        <w:t xml:space="preserve">            </w:t>
      </w:r>
      <w:proofErr w:type="gramStart"/>
      <w:r w:rsidR="00D41A03">
        <w:rPr>
          <w:rStyle w:val="af6"/>
          <w:b/>
          <w:bCs/>
          <w:lang w:val="ru-RU"/>
        </w:rPr>
        <w:t xml:space="preserve">   </w:t>
      </w:r>
      <w:r w:rsidRPr="00D41A03">
        <w:rPr>
          <w:rStyle w:val="af7"/>
          <w:i w:val="0"/>
          <w:iCs w:val="0"/>
          <w:lang w:val="ru-RU"/>
        </w:rPr>
        <w:t>(</w:t>
      </w:r>
      <w:proofErr w:type="gramEnd"/>
      <w:r w:rsidRPr="00D41A03">
        <w:rPr>
          <w:rStyle w:val="af7"/>
          <w:i w:val="0"/>
          <w:iCs w:val="0"/>
          <w:lang w:val="ru-RU"/>
        </w:rPr>
        <w:t>и почему иногда лучше молчать не только ртом, но и сердцем)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Школа была обычной.</w:t>
      </w:r>
      <w:r w:rsidRPr="0002331A">
        <w:rPr>
          <w:rFonts w:ascii="Times New Roman" w:hAnsi="Times New Roman" w:cs="Times New Roman"/>
          <w:lang w:val="ru-RU"/>
        </w:rPr>
        <w:br/>
        <w:t>Старой.</w:t>
      </w:r>
      <w:r w:rsidRPr="0002331A">
        <w:rPr>
          <w:rFonts w:ascii="Times New Roman" w:hAnsi="Times New Roman" w:cs="Times New Roman"/>
          <w:lang w:val="ru-RU"/>
        </w:rPr>
        <w:br/>
        <w:t>С запахом пыли, тряпки и пирожков из столовой.</w:t>
      </w:r>
      <w:r w:rsidRPr="0002331A">
        <w:rPr>
          <w:rFonts w:ascii="Times New Roman" w:hAnsi="Times New Roman" w:cs="Times New Roman"/>
          <w:lang w:val="ru-RU"/>
        </w:rPr>
        <w:br/>
        <w:t>Но у неё был один секрет:</w:t>
      </w:r>
      <w:r w:rsidRPr="0002331A">
        <w:rPr>
          <w:rFonts w:ascii="Times New Roman" w:hAnsi="Times New Roman" w:cs="Times New Roman"/>
          <w:lang w:val="ru-RU"/>
        </w:rPr>
        <w:br/>
      </w:r>
      <w:r w:rsidRPr="0002331A">
        <w:rPr>
          <w:rStyle w:val="af6"/>
          <w:rFonts w:ascii="Times New Roman" w:hAnsi="Times New Roman" w:cs="Times New Roman"/>
          <w:lang w:val="ru-RU"/>
        </w:rPr>
        <w:t>в ней что-то знало, кто ты.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Ваня заметил первым.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 xml:space="preserve">— Заметили, </w:t>
      </w:r>
      <w:proofErr w:type="gramStart"/>
      <w:r w:rsidRPr="0002331A">
        <w:rPr>
          <w:rFonts w:ascii="Times New Roman" w:hAnsi="Times New Roman" w:cs="Times New Roman"/>
          <w:lang w:val="ru-RU"/>
        </w:rPr>
        <w:t>что</w:t>
      </w:r>
      <w:proofErr w:type="gramEnd"/>
      <w:r w:rsidRPr="0002331A">
        <w:rPr>
          <w:rFonts w:ascii="Times New Roman" w:hAnsi="Times New Roman" w:cs="Times New Roman"/>
          <w:lang w:val="ru-RU"/>
        </w:rPr>
        <w:t xml:space="preserve"> когда мы злимся — лампы начинают мигать?</w:t>
      </w:r>
      <w:r w:rsidRPr="0002331A">
        <w:rPr>
          <w:rFonts w:ascii="Times New Roman" w:hAnsi="Times New Roman" w:cs="Times New Roman"/>
          <w:lang w:val="ru-RU"/>
        </w:rPr>
        <w:br/>
        <w:t>— И когда радуемся — скрип половиц становится тихим, почти как музыка? — добавила Анфиса.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Сергей кивнул.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— Стены — это не просто штукатурка.</w:t>
      </w:r>
      <w:r w:rsidRPr="0002331A">
        <w:rPr>
          <w:rFonts w:ascii="Times New Roman" w:hAnsi="Times New Roman" w:cs="Times New Roman"/>
          <w:lang w:val="ru-RU"/>
        </w:rPr>
        <w:br/>
        <w:t xml:space="preserve">Это </w:t>
      </w:r>
      <w:r w:rsidRPr="0002331A">
        <w:rPr>
          <w:rStyle w:val="af6"/>
          <w:rFonts w:ascii="Times New Roman" w:hAnsi="Times New Roman" w:cs="Times New Roman"/>
          <w:lang w:val="ru-RU"/>
        </w:rPr>
        <w:t>память.</w:t>
      </w:r>
      <w:r w:rsidRPr="0002331A">
        <w:rPr>
          <w:rFonts w:ascii="Times New Roman" w:hAnsi="Times New Roman" w:cs="Times New Roman"/>
          <w:lang w:val="ru-RU"/>
        </w:rPr>
        <w:br/>
        <w:t>Они помнят,</w:t>
      </w:r>
      <w:r w:rsidRPr="0002331A">
        <w:rPr>
          <w:rFonts w:ascii="Times New Roman" w:hAnsi="Times New Roman" w:cs="Times New Roman"/>
          <w:lang w:val="ru-RU"/>
        </w:rPr>
        <w:br/>
        <w:t>кто здесь боялся,</w:t>
      </w:r>
      <w:r w:rsidRPr="0002331A">
        <w:rPr>
          <w:rFonts w:ascii="Times New Roman" w:hAnsi="Times New Roman" w:cs="Times New Roman"/>
          <w:lang w:val="ru-RU"/>
        </w:rPr>
        <w:br/>
        <w:t>кто любил,</w:t>
      </w:r>
      <w:r w:rsidRPr="0002331A">
        <w:rPr>
          <w:rFonts w:ascii="Times New Roman" w:hAnsi="Times New Roman" w:cs="Times New Roman"/>
          <w:lang w:val="ru-RU"/>
        </w:rPr>
        <w:br/>
        <w:t>кто плакал в углу.</w:t>
      </w:r>
      <w:r w:rsidRPr="0002331A">
        <w:rPr>
          <w:rFonts w:ascii="Times New Roman" w:hAnsi="Times New Roman" w:cs="Times New Roman"/>
          <w:lang w:val="ru-RU"/>
        </w:rPr>
        <w:br/>
        <w:t xml:space="preserve">Они — </w:t>
      </w:r>
      <w:r w:rsidRPr="0002331A">
        <w:rPr>
          <w:rStyle w:val="af6"/>
          <w:rFonts w:ascii="Times New Roman" w:hAnsi="Times New Roman" w:cs="Times New Roman"/>
          <w:lang w:val="ru-RU"/>
        </w:rPr>
        <w:t>тихие свидетели.</w:t>
      </w:r>
      <w:r w:rsidRPr="0002331A">
        <w:rPr>
          <w:rFonts w:ascii="Times New Roman" w:hAnsi="Times New Roman" w:cs="Times New Roman"/>
          <w:lang w:val="ru-RU"/>
        </w:rPr>
        <w:br/>
      </w:r>
      <w:proofErr w:type="gramStart"/>
      <w:r w:rsidRPr="0002331A">
        <w:rPr>
          <w:rFonts w:ascii="Times New Roman" w:hAnsi="Times New Roman" w:cs="Times New Roman"/>
          <w:lang w:val="ru-RU"/>
        </w:rPr>
        <w:t>И</w:t>
      </w:r>
      <w:proofErr w:type="gramEnd"/>
      <w:r w:rsidRPr="0002331A">
        <w:rPr>
          <w:rFonts w:ascii="Times New Roman" w:hAnsi="Times New Roman" w:cs="Times New Roman"/>
          <w:lang w:val="ru-RU"/>
        </w:rPr>
        <w:t xml:space="preserve"> если ты рядом с ними </w:t>
      </w:r>
      <w:r w:rsidRPr="0002331A">
        <w:rPr>
          <w:rStyle w:val="af6"/>
          <w:rFonts w:ascii="Times New Roman" w:hAnsi="Times New Roman" w:cs="Times New Roman"/>
          <w:lang w:val="ru-RU"/>
        </w:rPr>
        <w:t>по-настоящему</w:t>
      </w:r>
      <w:r w:rsidRPr="0002331A">
        <w:rPr>
          <w:rFonts w:ascii="Times New Roman" w:hAnsi="Times New Roman" w:cs="Times New Roman"/>
          <w:lang w:val="ru-RU"/>
        </w:rPr>
        <w:t xml:space="preserve"> —</w:t>
      </w:r>
      <w:r w:rsidRPr="0002331A">
        <w:rPr>
          <w:rFonts w:ascii="Times New Roman" w:hAnsi="Times New Roman" w:cs="Times New Roman"/>
          <w:lang w:val="ru-RU"/>
        </w:rPr>
        <w:br/>
        <w:t>они откликаются.</w:t>
      </w:r>
    </w:p>
    <w:p w:rsidR="00964454" w:rsidRDefault="00964454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Они решили проверить.</w:t>
      </w:r>
      <w:r w:rsidRPr="0002331A">
        <w:rPr>
          <w:rFonts w:ascii="Times New Roman" w:hAnsi="Times New Roman" w:cs="Times New Roman"/>
          <w:lang w:val="ru-RU"/>
        </w:rPr>
        <w:br/>
        <w:t>Зашли в старый кабинет рисования.</w:t>
      </w:r>
      <w:r w:rsidRPr="0002331A">
        <w:rPr>
          <w:rFonts w:ascii="Times New Roman" w:hAnsi="Times New Roman" w:cs="Times New Roman"/>
          <w:lang w:val="ru-RU"/>
        </w:rPr>
        <w:br/>
        <w:t>Там никого не было.</w:t>
      </w:r>
      <w:r w:rsidRPr="0002331A">
        <w:rPr>
          <w:rFonts w:ascii="Times New Roman" w:hAnsi="Times New Roman" w:cs="Times New Roman"/>
          <w:lang w:val="ru-RU"/>
        </w:rPr>
        <w:br/>
        <w:t>Только пыль в солнечном свете.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Сергей положил ладонь на стену.</w:t>
      </w:r>
      <w:r w:rsidRPr="0002331A">
        <w:rPr>
          <w:rFonts w:ascii="Times New Roman" w:hAnsi="Times New Roman" w:cs="Times New Roman"/>
          <w:lang w:val="ru-RU"/>
        </w:rPr>
        <w:br/>
        <w:t>Молча.</w:t>
      </w:r>
      <w:r w:rsidRPr="0002331A">
        <w:rPr>
          <w:rFonts w:ascii="Times New Roman" w:hAnsi="Times New Roman" w:cs="Times New Roman"/>
          <w:lang w:val="ru-RU"/>
        </w:rPr>
        <w:br/>
        <w:t>Закрыл глаза.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Через минуту он сказал: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— Здесь кто-то рисовал ангела.</w:t>
      </w:r>
      <w:r w:rsidRPr="0002331A">
        <w:rPr>
          <w:rFonts w:ascii="Times New Roman" w:hAnsi="Times New Roman" w:cs="Times New Roman"/>
          <w:lang w:val="ru-RU"/>
        </w:rPr>
        <w:br/>
        <w:t>Но не на бумаге.</w:t>
      </w:r>
      <w:r w:rsidRPr="0002331A">
        <w:rPr>
          <w:rFonts w:ascii="Times New Roman" w:hAnsi="Times New Roman" w:cs="Times New Roman"/>
          <w:lang w:val="ru-RU"/>
        </w:rPr>
        <w:br/>
        <w:t>Внутри себя.</w:t>
      </w:r>
      <w:r w:rsidRPr="0002331A">
        <w:rPr>
          <w:rFonts w:ascii="Times New Roman" w:hAnsi="Times New Roman" w:cs="Times New Roman"/>
          <w:lang w:val="ru-RU"/>
        </w:rPr>
        <w:br/>
        <w:t xml:space="preserve">Чтобы </w:t>
      </w:r>
      <w:r w:rsidRPr="0002331A">
        <w:rPr>
          <w:rStyle w:val="af6"/>
          <w:rFonts w:ascii="Times New Roman" w:hAnsi="Times New Roman" w:cs="Times New Roman"/>
          <w:lang w:val="ru-RU"/>
        </w:rPr>
        <w:t>хоть где-то была доброта.</w:t>
      </w:r>
    </w:p>
    <w:p w:rsidR="00E4533D" w:rsidRDefault="00E4533D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/>
        </w:rPr>
        <w:lastRenderedPageBreak/>
        <w:drawing>
          <wp:inline distT="0" distB="0" distL="0" distR="0">
            <wp:extent cx="3780790" cy="3780790"/>
            <wp:effectExtent l="0" t="0" r="3810" b="3810"/>
            <wp:docPr id="30" name="Рисунок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Рисунок 14151276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Анфиса прошептала: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— Это моя сестра. Она раньше здесь училась.</w:t>
      </w:r>
      <w:r w:rsidRPr="0002331A">
        <w:rPr>
          <w:rFonts w:ascii="Times New Roman" w:hAnsi="Times New Roman" w:cs="Times New Roman"/>
          <w:lang w:val="ru-RU"/>
        </w:rPr>
        <w:br/>
        <w:t>Всегда приходила одна.</w:t>
      </w:r>
      <w:r w:rsidRPr="0002331A">
        <w:rPr>
          <w:rFonts w:ascii="Times New Roman" w:hAnsi="Times New Roman" w:cs="Times New Roman"/>
          <w:lang w:val="ru-RU"/>
        </w:rPr>
        <w:br/>
        <w:t>И говорила, что рисует там, где светит изнутри.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Ваня встал у другой стены.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— А тут… кто-то прятался. От всех.</w:t>
      </w:r>
      <w:r w:rsidRPr="0002331A">
        <w:rPr>
          <w:rFonts w:ascii="Times New Roman" w:hAnsi="Times New Roman" w:cs="Times New Roman"/>
          <w:lang w:val="ru-RU"/>
        </w:rPr>
        <w:br/>
        <w:t>Но стена его обняла.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Они смотрели друг на друга.</w:t>
      </w:r>
      <w:r w:rsidRPr="0002331A">
        <w:rPr>
          <w:rFonts w:ascii="Times New Roman" w:hAnsi="Times New Roman" w:cs="Times New Roman"/>
          <w:lang w:val="ru-RU"/>
        </w:rPr>
        <w:br/>
        <w:t>И поняли: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Style w:val="af6"/>
          <w:rFonts w:ascii="Times New Roman" w:hAnsi="Times New Roman" w:cs="Times New Roman"/>
          <w:lang w:val="ru-RU"/>
        </w:rPr>
        <w:t>всё слышит.</w:t>
      </w:r>
      <w:r w:rsidRPr="0002331A">
        <w:rPr>
          <w:rFonts w:ascii="Times New Roman" w:hAnsi="Times New Roman" w:cs="Times New Roman"/>
          <w:b/>
          <w:bCs/>
          <w:lang w:val="ru-RU"/>
        </w:rPr>
        <w:br/>
      </w:r>
      <w:r w:rsidRPr="0002331A">
        <w:rPr>
          <w:rStyle w:val="af6"/>
          <w:rFonts w:ascii="Times New Roman" w:hAnsi="Times New Roman" w:cs="Times New Roman"/>
          <w:lang w:val="ru-RU"/>
        </w:rPr>
        <w:t>Всё.</w:t>
      </w:r>
      <w:r w:rsidRPr="0002331A">
        <w:rPr>
          <w:rFonts w:ascii="Times New Roman" w:hAnsi="Times New Roman" w:cs="Times New Roman"/>
          <w:lang w:val="ru-RU"/>
        </w:rPr>
        <w:br/>
        <w:t xml:space="preserve">Просто обычно — </w:t>
      </w:r>
      <w:r w:rsidRPr="0002331A">
        <w:rPr>
          <w:rStyle w:val="af6"/>
          <w:rFonts w:ascii="Times New Roman" w:hAnsi="Times New Roman" w:cs="Times New Roman"/>
          <w:lang w:val="ru-RU"/>
        </w:rPr>
        <w:t>мы слишком шумим, чтобы услышать, как нас слышат.</w:t>
      </w:r>
    </w:p>
    <w:p w:rsidR="00964454" w:rsidRDefault="00964454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lastRenderedPageBreak/>
        <w:t>С тех пор появилась ещё одна игра:</w:t>
      </w:r>
      <w:r w:rsidRPr="0002331A">
        <w:rPr>
          <w:rFonts w:ascii="Times New Roman" w:hAnsi="Times New Roman" w:cs="Times New Roman"/>
          <w:lang w:val="ru-RU"/>
        </w:rPr>
        <w:br/>
      </w:r>
      <w:r w:rsidRPr="0002331A">
        <w:rPr>
          <w:rStyle w:val="af6"/>
          <w:rFonts w:ascii="Times New Roman" w:hAnsi="Times New Roman" w:cs="Times New Roman"/>
          <w:lang w:val="ru-RU"/>
        </w:rPr>
        <w:t>«Молчи с уважением — и послушай, как тебя помнит пространство».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 xml:space="preserve">Это была </w:t>
      </w:r>
      <w:r w:rsidRPr="0002331A">
        <w:rPr>
          <w:rStyle w:val="af6"/>
          <w:rFonts w:ascii="Times New Roman" w:hAnsi="Times New Roman" w:cs="Times New Roman"/>
          <w:lang w:val="ru-RU"/>
        </w:rPr>
        <w:t>игра-прощение</w:t>
      </w:r>
      <w:r w:rsidRPr="0002331A">
        <w:rPr>
          <w:rFonts w:ascii="Times New Roman" w:hAnsi="Times New Roman" w:cs="Times New Roman"/>
          <w:lang w:val="ru-RU"/>
        </w:rPr>
        <w:t>.</w:t>
      </w:r>
      <w:r w:rsidRPr="0002331A">
        <w:rPr>
          <w:rFonts w:ascii="Times New Roman" w:hAnsi="Times New Roman" w:cs="Times New Roman"/>
          <w:lang w:val="ru-RU"/>
        </w:rPr>
        <w:br/>
        <w:t>Там, где они раньше злились —</w:t>
      </w:r>
      <w:r w:rsidRPr="0002331A">
        <w:rPr>
          <w:rFonts w:ascii="Times New Roman" w:hAnsi="Times New Roman" w:cs="Times New Roman"/>
          <w:lang w:val="ru-RU"/>
        </w:rPr>
        <w:br/>
        <w:t>теперь молчали.</w:t>
      </w:r>
      <w:r w:rsidRPr="0002331A">
        <w:rPr>
          <w:rFonts w:ascii="Times New Roman" w:hAnsi="Times New Roman" w:cs="Times New Roman"/>
          <w:lang w:val="ru-RU"/>
        </w:rPr>
        <w:br/>
        <w:t>Там, где раньше бросали портфель —</w:t>
      </w:r>
      <w:r w:rsidRPr="0002331A">
        <w:rPr>
          <w:rFonts w:ascii="Times New Roman" w:hAnsi="Times New Roman" w:cs="Times New Roman"/>
          <w:lang w:val="ru-RU"/>
        </w:rPr>
        <w:br/>
        <w:t>теперь садились в тишине.</w:t>
      </w:r>
      <w:r w:rsidRPr="0002331A">
        <w:rPr>
          <w:rFonts w:ascii="Times New Roman" w:hAnsi="Times New Roman" w:cs="Times New Roman"/>
          <w:lang w:val="ru-RU"/>
        </w:rPr>
        <w:br/>
        <w:t xml:space="preserve">Потому что </w:t>
      </w:r>
      <w:r w:rsidRPr="0002331A">
        <w:rPr>
          <w:rStyle w:val="af6"/>
          <w:rFonts w:ascii="Times New Roman" w:hAnsi="Times New Roman" w:cs="Times New Roman"/>
          <w:lang w:val="ru-RU"/>
        </w:rPr>
        <w:t>они знали — стены слышат.</w:t>
      </w:r>
    </w:p>
    <w:p w:rsidR="004C05D9" w:rsidRDefault="0002331A" w:rsidP="004C05D9">
      <w:pPr>
        <w:spacing w:before="100" w:beforeAutospacing="1" w:after="100" w:afterAutospacing="1" w:line="240" w:lineRule="auto"/>
        <w:contextualSpacing/>
        <w:rPr>
          <w:rStyle w:val="af6"/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И если относиться к ним,</w:t>
      </w:r>
      <w:r w:rsidRPr="0002331A">
        <w:rPr>
          <w:rFonts w:ascii="Times New Roman" w:hAnsi="Times New Roman" w:cs="Times New Roman"/>
          <w:lang w:val="ru-RU"/>
        </w:rPr>
        <w:br/>
        <w:t>как к живым…</w:t>
      </w:r>
      <w:r w:rsidRPr="0002331A">
        <w:rPr>
          <w:rFonts w:ascii="Times New Roman" w:hAnsi="Times New Roman" w:cs="Times New Roman"/>
          <w:lang w:val="ru-RU"/>
        </w:rPr>
        <w:br/>
      </w:r>
    </w:p>
    <w:p w:rsidR="004C05D9" w:rsidRDefault="004C05D9" w:rsidP="004C05D9">
      <w:pPr>
        <w:spacing w:line="240" w:lineRule="auto"/>
        <w:contextualSpacing/>
        <w:rPr>
          <w:rStyle w:val="af6"/>
          <w:rFonts w:ascii="Times New Roman" w:hAnsi="Times New Roman" w:cs="Times New Roman"/>
          <w:lang w:val="ru-RU"/>
        </w:rPr>
      </w:pPr>
      <w:r>
        <w:rPr>
          <w:rStyle w:val="af6"/>
          <w:rFonts w:ascii="Times New Roman" w:hAnsi="Times New Roman" w:cs="Times New Roman"/>
          <w:lang w:val="ru-RU"/>
        </w:rPr>
        <w:br w:type="page"/>
      </w:r>
    </w:p>
    <w:p w:rsidR="0002331A" w:rsidRPr="004C05D9" w:rsidRDefault="0002331A" w:rsidP="004C05D9">
      <w:pPr>
        <w:pStyle w:val="21"/>
        <w:spacing w:line="240" w:lineRule="auto"/>
        <w:contextualSpacing/>
      </w:pPr>
      <w:proofErr w:type="spellStart"/>
      <w:r w:rsidRPr="004C05D9">
        <w:rPr>
          <w:rStyle w:val="af6"/>
          <w:b/>
          <w:bCs/>
        </w:rPr>
        <w:lastRenderedPageBreak/>
        <w:t>Глава</w:t>
      </w:r>
      <w:proofErr w:type="spellEnd"/>
      <w:r w:rsidRPr="004C05D9">
        <w:rPr>
          <w:rStyle w:val="af6"/>
          <w:b/>
          <w:bCs/>
        </w:rPr>
        <w:t xml:space="preserve"> 6. </w:t>
      </w:r>
      <w:proofErr w:type="spellStart"/>
      <w:r w:rsidRPr="004C05D9">
        <w:rPr>
          <w:rStyle w:val="af6"/>
          <w:b/>
          <w:bCs/>
        </w:rPr>
        <w:t>Вещи</w:t>
      </w:r>
      <w:proofErr w:type="spellEnd"/>
      <w:r w:rsidRPr="004C05D9">
        <w:rPr>
          <w:rStyle w:val="af6"/>
          <w:b/>
          <w:bCs/>
        </w:rPr>
        <w:t xml:space="preserve">, </w:t>
      </w:r>
      <w:proofErr w:type="spellStart"/>
      <w:r w:rsidRPr="004C05D9">
        <w:rPr>
          <w:rStyle w:val="af6"/>
          <w:b/>
          <w:bCs/>
        </w:rPr>
        <w:t>которые</w:t>
      </w:r>
      <w:proofErr w:type="spellEnd"/>
      <w:r w:rsidRPr="004C05D9">
        <w:rPr>
          <w:rStyle w:val="af6"/>
          <w:b/>
          <w:bCs/>
        </w:rPr>
        <w:t xml:space="preserve"> </w:t>
      </w:r>
      <w:proofErr w:type="spellStart"/>
      <w:r w:rsidRPr="004C05D9">
        <w:rPr>
          <w:rStyle w:val="af6"/>
          <w:b/>
          <w:bCs/>
        </w:rPr>
        <w:t>тебя</w:t>
      </w:r>
      <w:proofErr w:type="spellEnd"/>
      <w:r w:rsidRPr="004C05D9">
        <w:rPr>
          <w:rStyle w:val="af6"/>
          <w:b/>
          <w:bCs/>
        </w:rPr>
        <w:t xml:space="preserve"> </w:t>
      </w:r>
      <w:proofErr w:type="spellStart"/>
      <w:r w:rsidRPr="004C05D9">
        <w:rPr>
          <w:rStyle w:val="af6"/>
          <w:b/>
          <w:bCs/>
        </w:rPr>
        <w:t>помнят</w:t>
      </w:r>
      <w:proofErr w:type="spellEnd"/>
      <w:r w:rsidR="004C05D9" w:rsidRPr="004C05D9">
        <w:rPr>
          <w:rStyle w:val="af6"/>
          <w:b/>
          <w:bCs/>
        </w:rPr>
        <w:t xml:space="preserve"> </w:t>
      </w:r>
      <w:r w:rsidRPr="004C05D9">
        <w:rPr>
          <w:rStyle w:val="af7"/>
          <w:i w:val="0"/>
          <w:iCs w:val="0"/>
        </w:rPr>
        <w:t xml:space="preserve">(и </w:t>
      </w:r>
      <w:proofErr w:type="spellStart"/>
      <w:r w:rsidRPr="004C05D9">
        <w:rPr>
          <w:rStyle w:val="af7"/>
          <w:i w:val="0"/>
          <w:iCs w:val="0"/>
        </w:rPr>
        <w:t>почему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иногда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ты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находишь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не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то</w:t>
      </w:r>
      <w:proofErr w:type="spellEnd"/>
      <w:r w:rsidRPr="004C05D9">
        <w:rPr>
          <w:rStyle w:val="af7"/>
          <w:i w:val="0"/>
          <w:iCs w:val="0"/>
        </w:rPr>
        <w:t xml:space="preserve">, </w:t>
      </w:r>
      <w:proofErr w:type="spellStart"/>
      <w:r w:rsidRPr="004C05D9">
        <w:rPr>
          <w:rStyle w:val="af7"/>
          <w:i w:val="0"/>
          <w:iCs w:val="0"/>
        </w:rPr>
        <w:t>что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ищешь</w:t>
      </w:r>
      <w:proofErr w:type="spellEnd"/>
      <w:r w:rsidRPr="004C05D9">
        <w:rPr>
          <w:rStyle w:val="af7"/>
          <w:i w:val="0"/>
          <w:iCs w:val="0"/>
        </w:rPr>
        <w:t xml:space="preserve"> — а </w:t>
      </w:r>
      <w:proofErr w:type="spellStart"/>
      <w:r w:rsidRPr="004C05D9">
        <w:rPr>
          <w:rStyle w:val="af7"/>
          <w:i w:val="0"/>
          <w:iCs w:val="0"/>
        </w:rPr>
        <w:t>того</w:t>
      </w:r>
      <w:proofErr w:type="spellEnd"/>
      <w:r w:rsidRPr="004C05D9">
        <w:rPr>
          <w:rStyle w:val="af7"/>
          <w:i w:val="0"/>
          <w:iCs w:val="0"/>
        </w:rPr>
        <w:t xml:space="preserve">, </w:t>
      </w:r>
      <w:proofErr w:type="spellStart"/>
      <w:r w:rsidRPr="004C05D9">
        <w:rPr>
          <w:rStyle w:val="af7"/>
          <w:i w:val="0"/>
          <w:iCs w:val="0"/>
        </w:rPr>
        <w:t>кто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тебя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ждал</w:t>
      </w:r>
      <w:proofErr w:type="spellEnd"/>
      <w:r w:rsidRPr="004C05D9">
        <w:rPr>
          <w:rStyle w:val="af7"/>
          <w:i w:val="0"/>
          <w:iCs w:val="0"/>
        </w:rPr>
        <w:t>)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Однажды Ваня потерял перчатку.</w:t>
      </w:r>
      <w:r w:rsidRPr="0002331A">
        <w:rPr>
          <w:rFonts w:ascii="Times New Roman" w:hAnsi="Times New Roman" w:cs="Times New Roman"/>
          <w:lang w:val="ru-RU"/>
        </w:rPr>
        <w:br/>
        <w:t>Ту самую, оранжев</w:t>
      </w:r>
      <w:r w:rsidR="00D26E37">
        <w:rPr>
          <w:rFonts w:ascii="Times New Roman" w:hAnsi="Times New Roman" w:cs="Times New Roman"/>
          <w:lang w:val="ru-RU"/>
        </w:rPr>
        <w:t>ую</w:t>
      </w:r>
      <w:r w:rsidRPr="0002331A">
        <w:rPr>
          <w:rFonts w:ascii="Times New Roman" w:hAnsi="Times New Roman" w:cs="Times New Roman"/>
          <w:lang w:val="ru-RU"/>
        </w:rPr>
        <w:t xml:space="preserve"> </w:t>
      </w:r>
      <w:r w:rsidR="00D26E37">
        <w:rPr>
          <w:rFonts w:ascii="Times New Roman" w:hAnsi="Times New Roman" w:cs="Times New Roman"/>
          <w:lang w:val="ru-RU"/>
        </w:rPr>
        <w:t xml:space="preserve">с синей </w:t>
      </w:r>
      <w:r w:rsidRPr="0002331A">
        <w:rPr>
          <w:rFonts w:ascii="Times New Roman" w:hAnsi="Times New Roman" w:cs="Times New Roman"/>
          <w:lang w:val="ru-RU"/>
        </w:rPr>
        <w:t>полоской.</w:t>
      </w:r>
      <w:r w:rsidRPr="0002331A">
        <w:rPr>
          <w:rFonts w:ascii="Times New Roman" w:hAnsi="Times New Roman" w:cs="Times New Roman"/>
          <w:lang w:val="ru-RU"/>
        </w:rPr>
        <w:br/>
        <w:t>Он искал её два дня.</w:t>
      </w:r>
      <w:r w:rsidRPr="0002331A">
        <w:rPr>
          <w:rFonts w:ascii="Times New Roman" w:hAnsi="Times New Roman" w:cs="Times New Roman"/>
          <w:lang w:val="ru-RU"/>
        </w:rPr>
        <w:br/>
        <w:t>Перерыл всё.</w:t>
      </w:r>
      <w:r w:rsidRPr="0002331A">
        <w:rPr>
          <w:rFonts w:ascii="Times New Roman" w:hAnsi="Times New Roman" w:cs="Times New Roman"/>
          <w:lang w:val="ru-RU"/>
        </w:rPr>
        <w:br/>
        <w:t>Даже заглядывал в портфель одноклассника,</w:t>
      </w:r>
      <w:r w:rsidRPr="0002331A">
        <w:rPr>
          <w:rFonts w:ascii="Times New Roman" w:hAnsi="Times New Roman" w:cs="Times New Roman"/>
          <w:lang w:val="ru-RU"/>
        </w:rPr>
        <w:br/>
        <w:t>на всякий случай.</w:t>
      </w:r>
    </w:p>
    <w:p w:rsidR="0002331A" w:rsidRPr="0002331A" w:rsidRDefault="00D26E37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/>
        </w:rPr>
        <w:drawing>
          <wp:anchor distT="0" distB="0" distL="114300" distR="114300" simplePos="0" relativeHeight="251658240" behindDoc="0" locked="0" layoutInCell="1" allowOverlap="1" ns6:anchorId="2D7542CC">
            <wp:simplePos x="0" y="0"/>
            <wp:positionH relativeFrom="column">
              <wp:posOffset>79829</wp:posOffset>
            </wp:positionH>
            <wp:positionV relativeFrom="paragraph">
              <wp:posOffset>734423</wp:posOffset>
            </wp:positionV>
            <wp:extent cx="3499200" cy="3499200"/>
            <wp:effectExtent l="0" t="0" r="6350" b="6350"/>
            <wp:wrapSquare wrapText="bothSides"/>
            <wp:docPr id="31" name="Рисунок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" name="Рисунок 28328840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499200" cy="3499200"/>
                    </a:xfrm>
                    <a:prstGeom prst="rect">
                      <a:avLst/>
                    </a:prstGeom>
                  </pic:spPr>
                </pic:pic>
              </a:graphicData>
            </a:graphic>
            <ns6:sizeRelH relativeFrom="margin">
              <ns6:pctWidth>0</ns6:pctWidth>
            </ns6:sizeRelH>
            <ns6:sizeRelV relativeFrom="margin">
              <ns6:pctHeight>0</ns6:pctHeight>
            </ns6:sizeRelV>
          </wp:anchor>
        </w:drawing>
      </w:r>
      <w:r w:rsidR="0002331A" w:rsidRPr="0002331A">
        <w:rPr>
          <w:rFonts w:ascii="Times New Roman" w:hAnsi="Times New Roman" w:cs="Times New Roman"/>
          <w:lang w:val="ru-RU"/>
        </w:rPr>
        <w:t>И вот, на третий день,</w:t>
      </w:r>
      <w:r w:rsidR="0002331A" w:rsidRPr="0002331A">
        <w:rPr>
          <w:rFonts w:ascii="Times New Roman" w:hAnsi="Times New Roman" w:cs="Times New Roman"/>
          <w:lang w:val="ru-RU"/>
        </w:rPr>
        <w:br/>
        <w:t>он просто шёл по коридору школы</w:t>
      </w:r>
      <w:r w:rsidR="0002331A" w:rsidRPr="0002331A">
        <w:rPr>
          <w:rFonts w:ascii="Times New Roman" w:hAnsi="Times New Roman" w:cs="Times New Roman"/>
          <w:lang w:val="ru-RU"/>
        </w:rPr>
        <w:br/>
        <w:t xml:space="preserve">и… </w:t>
      </w:r>
      <w:r w:rsidR="0002331A" w:rsidRPr="0002331A">
        <w:rPr>
          <w:rStyle w:val="af6"/>
          <w:rFonts w:ascii="Times New Roman" w:hAnsi="Times New Roman" w:cs="Times New Roman"/>
          <w:lang w:val="ru-RU"/>
        </w:rPr>
        <w:t>увидел её.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lastRenderedPageBreak/>
        <w:t>На батарее, в уголке,</w:t>
      </w:r>
      <w:r w:rsidRPr="0002331A">
        <w:rPr>
          <w:rFonts w:ascii="Times New Roman" w:hAnsi="Times New Roman" w:cs="Times New Roman"/>
          <w:lang w:val="ru-RU"/>
        </w:rPr>
        <w:br/>
        <w:t>рядом с цветочным горшком,</w:t>
      </w:r>
      <w:r w:rsidRPr="0002331A">
        <w:rPr>
          <w:rFonts w:ascii="Times New Roman" w:hAnsi="Times New Roman" w:cs="Times New Roman"/>
          <w:lang w:val="ru-RU"/>
        </w:rPr>
        <w:br/>
        <w:t xml:space="preserve">где раньше не было </w:t>
      </w:r>
      <w:r w:rsidRPr="0002331A">
        <w:rPr>
          <w:rStyle w:val="af6"/>
          <w:rFonts w:ascii="Times New Roman" w:hAnsi="Times New Roman" w:cs="Times New Roman"/>
          <w:lang w:val="ru-RU"/>
        </w:rPr>
        <w:t>ничего.</w:t>
      </w:r>
    </w:p>
    <w:p w:rsidR="00D26E37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Он подошёл.</w:t>
      </w:r>
      <w:r w:rsidRPr="0002331A">
        <w:rPr>
          <w:rFonts w:ascii="Times New Roman" w:hAnsi="Times New Roman" w:cs="Times New Roman"/>
          <w:lang w:val="ru-RU"/>
        </w:rPr>
        <w:br/>
        <w:t>Взял.</w:t>
      </w:r>
      <w:r w:rsidR="00D26E37" w:rsidRPr="00D26E37">
        <w:rPr>
          <w:rFonts w:ascii="Times New Roman" w:hAnsi="Times New Roman" w:cs="Times New Roman"/>
          <w:noProof/>
          <w:lang w:val="ru-RU"/>
        </w:rPr>
        <w:t xml:space="preserve"> </w:t>
      </w:r>
    </w:p>
    <w:p w:rsidR="00D26E37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br/>
        <w:t>И вдруг…</w:t>
      </w:r>
      <w:r w:rsidRPr="0002331A">
        <w:rPr>
          <w:rFonts w:ascii="Times New Roman" w:hAnsi="Times New Roman" w:cs="Times New Roman"/>
          <w:lang w:val="ru-RU"/>
        </w:rPr>
        <w:br/>
      </w:r>
      <w:r w:rsidRPr="0002331A">
        <w:rPr>
          <w:rStyle w:val="af6"/>
          <w:rFonts w:ascii="Times New Roman" w:hAnsi="Times New Roman" w:cs="Times New Roman"/>
          <w:lang w:val="ru-RU"/>
        </w:rPr>
        <w:t>почувствовал, что она его ждала.</w:t>
      </w:r>
      <w:r w:rsidRPr="0002331A">
        <w:rPr>
          <w:rFonts w:ascii="Times New Roman" w:hAnsi="Times New Roman" w:cs="Times New Roman"/>
          <w:lang w:val="ru-RU"/>
        </w:rPr>
        <w:br/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— Серьёзно? — удивилась Анфиса.</w:t>
      </w:r>
      <w:r w:rsidRPr="0002331A">
        <w:rPr>
          <w:rFonts w:ascii="Times New Roman" w:hAnsi="Times New Roman" w:cs="Times New Roman"/>
          <w:lang w:val="ru-RU"/>
        </w:rPr>
        <w:br/>
        <w:t>— Вещи тебя ждут?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Сергей ответил: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— Вещи, к которым ты относился с любовью —</w:t>
      </w:r>
      <w:r w:rsidRPr="0002331A">
        <w:rPr>
          <w:rFonts w:ascii="Times New Roman" w:hAnsi="Times New Roman" w:cs="Times New Roman"/>
          <w:lang w:val="ru-RU"/>
        </w:rPr>
        <w:br/>
        <w:t>не умирают.</w:t>
      </w:r>
      <w:r w:rsidRPr="0002331A">
        <w:rPr>
          <w:rFonts w:ascii="Times New Roman" w:hAnsi="Times New Roman" w:cs="Times New Roman"/>
          <w:lang w:val="ru-RU"/>
        </w:rPr>
        <w:br/>
        <w:t xml:space="preserve">Они </w:t>
      </w:r>
      <w:r w:rsidRPr="0002331A">
        <w:rPr>
          <w:rStyle w:val="af6"/>
          <w:rFonts w:ascii="Times New Roman" w:hAnsi="Times New Roman" w:cs="Times New Roman"/>
          <w:lang w:val="ru-RU"/>
        </w:rPr>
        <w:t>помнят тепло твоих рук,</w:t>
      </w:r>
      <w:r w:rsidRPr="0002331A">
        <w:rPr>
          <w:rFonts w:ascii="Times New Roman" w:hAnsi="Times New Roman" w:cs="Times New Roman"/>
          <w:lang w:val="ru-RU"/>
        </w:rPr>
        <w:br/>
        <w:t>твою благодарность,</w:t>
      </w:r>
      <w:r w:rsidRPr="0002331A">
        <w:rPr>
          <w:rFonts w:ascii="Times New Roman" w:hAnsi="Times New Roman" w:cs="Times New Roman"/>
          <w:lang w:val="ru-RU"/>
        </w:rPr>
        <w:br/>
        <w:t>твою радость.</w:t>
      </w:r>
      <w:r w:rsidRPr="0002331A">
        <w:rPr>
          <w:rFonts w:ascii="Times New Roman" w:hAnsi="Times New Roman" w:cs="Times New Roman"/>
          <w:lang w:val="ru-RU"/>
        </w:rPr>
        <w:br/>
        <w:t>И даже если ты их потерял —</w:t>
      </w:r>
      <w:r w:rsidRPr="0002331A">
        <w:rPr>
          <w:rFonts w:ascii="Times New Roman" w:hAnsi="Times New Roman" w:cs="Times New Roman"/>
          <w:lang w:val="ru-RU"/>
        </w:rPr>
        <w:br/>
        <w:t xml:space="preserve">они могут </w:t>
      </w:r>
      <w:r w:rsidRPr="0002331A">
        <w:rPr>
          <w:rStyle w:val="af6"/>
          <w:rFonts w:ascii="Times New Roman" w:hAnsi="Times New Roman" w:cs="Times New Roman"/>
          <w:lang w:val="ru-RU"/>
        </w:rPr>
        <w:t>найти тебя.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—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Анфиса вспомнила, как в детстве</w:t>
      </w:r>
      <w:r w:rsidRPr="0002331A">
        <w:rPr>
          <w:rFonts w:ascii="Times New Roman" w:hAnsi="Times New Roman" w:cs="Times New Roman"/>
          <w:lang w:val="ru-RU"/>
        </w:rPr>
        <w:br/>
        <w:t>потеряла мягкого зайца.</w:t>
      </w:r>
      <w:r w:rsidRPr="0002331A">
        <w:rPr>
          <w:rFonts w:ascii="Times New Roman" w:hAnsi="Times New Roman" w:cs="Times New Roman"/>
          <w:lang w:val="ru-RU"/>
        </w:rPr>
        <w:br/>
        <w:t>Плакала целый день.</w:t>
      </w:r>
      <w:r w:rsidRPr="0002331A">
        <w:rPr>
          <w:rFonts w:ascii="Times New Roman" w:hAnsi="Times New Roman" w:cs="Times New Roman"/>
          <w:lang w:val="ru-RU"/>
        </w:rPr>
        <w:br/>
        <w:t>А потом, через год,</w:t>
      </w:r>
      <w:r w:rsidRPr="0002331A">
        <w:rPr>
          <w:rFonts w:ascii="Times New Roman" w:hAnsi="Times New Roman" w:cs="Times New Roman"/>
          <w:lang w:val="ru-RU"/>
        </w:rPr>
        <w:br/>
        <w:t xml:space="preserve">зайца нашли </w:t>
      </w:r>
      <w:r w:rsidRPr="0002331A">
        <w:rPr>
          <w:rStyle w:val="af6"/>
          <w:rFonts w:ascii="Times New Roman" w:hAnsi="Times New Roman" w:cs="Times New Roman"/>
          <w:lang w:val="ru-RU"/>
        </w:rPr>
        <w:t>на чердаке у бабушки.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</w:rPr>
      </w:pPr>
      <w:r w:rsidRPr="0002331A">
        <w:rPr>
          <w:rFonts w:ascii="Times New Roman" w:hAnsi="Times New Roman" w:cs="Times New Roman"/>
          <w:lang w:val="ru-RU"/>
        </w:rPr>
        <w:t>— Он был в той же позе, как я его держала…</w:t>
      </w:r>
      <w:r w:rsidRPr="0002331A">
        <w:rPr>
          <w:rFonts w:ascii="Times New Roman" w:hAnsi="Times New Roman" w:cs="Times New Roman"/>
          <w:lang w:val="ru-RU"/>
        </w:rPr>
        <w:br/>
        <w:t>— Значит, он помнил тебя, — сказал Сергей.</w:t>
      </w:r>
      <w:r w:rsidRPr="0002331A">
        <w:rPr>
          <w:rFonts w:ascii="Times New Roman" w:hAnsi="Times New Roman" w:cs="Times New Roman"/>
          <w:lang w:val="ru-RU"/>
        </w:rPr>
        <w:br/>
        <w:t>— Но ведь это просто ткань и вата!</w:t>
      </w:r>
      <w:r w:rsidRPr="0002331A">
        <w:rPr>
          <w:rFonts w:ascii="Times New Roman" w:hAnsi="Times New Roman" w:cs="Times New Roman"/>
          <w:lang w:val="ru-RU"/>
        </w:rPr>
        <w:br/>
        <w:t>— А ты — просто кости и вода?</w:t>
      </w:r>
      <w:r w:rsidRPr="0002331A">
        <w:rPr>
          <w:rFonts w:ascii="Times New Roman" w:hAnsi="Times New Roman" w:cs="Times New Roman"/>
          <w:lang w:val="ru-RU"/>
        </w:rPr>
        <w:br/>
        <w:t>— Нет.</w:t>
      </w:r>
      <w:r w:rsidRPr="0002331A">
        <w:rPr>
          <w:rFonts w:ascii="Times New Roman" w:hAnsi="Times New Roman" w:cs="Times New Roman"/>
          <w:lang w:val="ru-RU"/>
        </w:rPr>
        <w:br/>
        <w:t>— Вот.</w:t>
      </w:r>
      <w:r w:rsidRPr="0002331A">
        <w:rPr>
          <w:rFonts w:ascii="Times New Roman" w:hAnsi="Times New Roman" w:cs="Times New Roman"/>
          <w:lang w:val="ru-RU"/>
        </w:rPr>
        <w:br/>
      </w:r>
      <w:proofErr w:type="spellStart"/>
      <w:r w:rsidRPr="0002331A">
        <w:rPr>
          <w:rFonts w:ascii="Times New Roman" w:hAnsi="Times New Roman" w:cs="Times New Roman"/>
        </w:rPr>
        <w:t>Значит</w:t>
      </w:r>
      <w:proofErr w:type="spellEnd"/>
      <w:r w:rsidRPr="0002331A">
        <w:rPr>
          <w:rFonts w:ascii="Times New Roman" w:hAnsi="Times New Roman" w:cs="Times New Roman"/>
        </w:rPr>
        <w:t xml:space="preserve">, и у </w:t>
      </w:r>
      <w:proofErr w:type="spellStart"/>
      <w:r w:rsidRPr="0002331A">
        <w:rPr>
          <w:rFonts w:ascii="Times New Roman" w:hAnsi="Times New Roman" w:cs="Times New Roman"/>
        </w:rPr>
        <w:t>него</w:t>
      </w:r>
      <w:proofErr w:type="spellEnd"/>
      <w:r w:rsidRPr="0002331A">
        <w:rPr>
          <w:rFonts w:ascii="Times New Roman" w:hAnsi="Times New Roman" w:cs="Times New Roman"/>
        </w:rPr>
        <w:t xml:space="preserve"> </w:t>
      </w:r>
      <w:proofErr w:type="spellStart"/>
      <w:r w:rsidRPr="0002331A">
        <w:rPr>
          <w:rFonts w:ascii="Times New Roman" w:hAnsi="Times New Roman" w:cs="Times New Roman"/>
        </w:rPr>
        <w:t>может</w:t>
      </w:r>
      <w:proofErr w:type="spellEnd"/>
      <w:r w:rsidRPr="0002331A">
        <w:rPr>
          <w:rFonts w:ascii="Times New Roman" w:hAnsi="Times New Roman" w:cs="Times New Roman"/>
        </w:rPr>
        <w:t xml:space="preserve"> </w:t>
      </w:r>
      <w:proofErr w:type="spellStart"/>
      <w:r w:rsidRPr="0002331A">
        <w:rPr>
          <w:rFonts w:ascii="Times New Roman" w:hAnsi="Times New Roman" w:cs="Times New Roman"/>
        </w:rPr>
        <w:t>быть</w:t>
      </w:r>
      <w:proofErr w:type="spellEnd"/>
      <w:r w:rsidRPr="0002331A">
        <w:rPr>
          <w:rFonts w:ascii="Times New Roman" w:hAnsi="Times New Roman" w:cs="Times New Roman"/>
        </w:rPr>
        <w:t xml:space="preserve"> </w:t>
      </w:r>
      <w:proofErr w:type="spellStart"/>
      <w:r w:rsidRPr="0002331A">
        <w:rPr>
          <w:rStyle w:val="af6"/>
          <w:rFonts w:ascii="Times New Roman" w:hAnsi="Times New Roman" w:cs="Times New Roman"/>
        </w:rPr>
        <w:t>больше</w:t>
      </w:r>
      <w:proofErr w:type="spellEnd"/>
      <w:r w:rsidRPr="0002331A">
        <w:rPr>
          <w:rStyle w:val="af6"/>
          <w:rFonts w:ascii="Times New Roman" w:hAnsi="Times New Roman" w:cs="Times New Roman"/>
        </w:rPr>
        <w:t xml:space="preserve">, </w:t>
      </w:r>
      <w:proofErr w:type="spellStart"/>
      <w:r w:rsidRPr="0002331A">
        <w:rPr>
          <w:rStyle w:val="af6"/>
          <w:rFonts w:ascii="Times New Roman" w:hAnsi="Times New Roman" w:cs="Times New Roman"/>
        </w:rPr>
        <w:t>чем</w:t>
      </w:r>
      <w:proofErr w:type="spellEnd"/>
      <w:r w:rsidRPr="0002331A">
        <w:rPr>
          <w:rStyle w:val="af6"/>
          <w:rFonts w:ascii="Times New Roman" w:hAnsi="Times New Roman" w:cs="Times New Roman"/>
        </w:rPr>
        <w:t xml:space="preserve"> </w:t>
      </w:r>
      <w:proofErr w:type="spellStart"/>
      <w:r w:rsidRPr="0002331A">
        <w:rPr>
          <w:rStyle w:val="af6"/>
          <w:rFonts w:ascii="Times New Roman" w:hAnsi="Times New Roman" w:cs="Times New Roman"/>
        </w:rPr>
        <w:t>кажется</w:t>
      </w:r>
      <w:proofErr w:type="spellEnd"/>
      <w:r w:rsidRPr="0002331A">
        <w:rPr>
          <w:rStyle w:val="af6"/>
          <w:rFonts w:ascii="Times New Roman" w:hAnsi="Times New Roman" w:cs="Times New Roman"/>
        </w:rPr>
        <w:t>.</w:t>
      </w:r>
    </w:p>
    <w:p w:rsidR="00964454" w:rsidRDefault="00964454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С тех пор появилась новая игра:</w:t>
      </w:r>
      <w:r w:rsidRPr="0002331A">
        <w:rPr>
          <w:rFonts w:ascii="Times New Roman" w:hAnsi="Times New Roman" w:cs="Times New Roman"/>
          <w:lang w:val="ru-RU"/>
        </w:rPr>
        <w:br/>
      </w:r>
      <w:r w:rsidRPr="0002331A">
        <w:rPr>
          <w:rStyle w:val="af6"/>
          <w:rFonts w:ascii="Times New Roman" w:hAnsi="Times New Roman" w:cs="Times New Roman"/>
          <w:lang w:val="ru-RU"/>
        </w:rPr>
        <w:t>«Посмотри на вещь — и вспомни, что вы друг для друга значили».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Они играли с: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lastRenderedPageBreak/>
        <w:t>— старой курткой,</w:t>
      </w:r>
      <w:r w:rsidRPr="0002331A">
        <w:rPr>
          <w:rFonts w:ascii="Times New Roman" w:hAnsi="Times New Roman" w:cs="Times New Roman"/>
          <w:lang w:val="ru-RU"/>
        </w:rPr>
        <w:br/>
        <w:t>— сломанной ручкой,</w:t>
      </w:r>
      <w:r w:rsidRPr="0002331A">
        <w:rPr>
          <w:rFonts w:ascii="Times New Roman" w:hAnsi="Times New Roman" w:cs="Times New Roman"/>
          <w:lang w:val="ru-RU"/>
        </w:rPr>
        <w:br/>
        <w:t>— разбитой чашкой,</w:t>
      </w:r>
      <w:r w:rsidRPr="0002331A">
        <w:rPr>
          <w:rFonts w:ascii="Times New Roman" w:hAnsi="Times New Roman" w:cs="Times New Roman"/>
          <w:lang w:val="ru-RU"/>
        </w:rPr>
        <w:br/>
        <w:t>— мячом, который больше не прыгал.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И вдруг…</w:t>
      </w:r>
      <w:r w:rsidRPr="0002331A">
        <w:rPr>
          <w:rFonts w:ascii="Times New Roman" w:hAnsi="Times New Roman" w:cs="Times New Roman"/>
          <w:lang w:val="ru-RU"/>
        </w:rPr>
        <w:br/>
      </w:r>
      <w:r w:rsidRPr="0002331A">
        <w:rPr>
          <w:rStyle w:val="af6"/>
          <w:rFonts w:ascii="Times New Roman" w:hAnsi="Times New Roman" w:cs="Times New Roman"/>
          <w:lang w:val="ru-RU"/>
        </w:rPr>
        <w:t>вещи начинали сиять.</w:t>
      </w:r>
      <w:r w:rsidRPr="0002331A">
        <w:rPr>
          <w:rFonts w:ascii="Times New Roman" w:hAnsi="Times New Roman" w:cs="Times New Roman"/>
          <w:lang w:val="ru-RU"/>
        </w:rPr>
        <w:br/>
        <w:t>Не внешне.</w:t>
      </w:r>
      <w:r w:rsidRPr="0002331A">
        <w:rPr>
          <w:rFonts w:ascii="Times New Roman" w:hAnsi="Times New Roman" w:cs="Times New Roman"/>
          <w:lang w:val="ru-RU"/>
        </w:rPr>
        <w:br/>
        <w:t xml:space="preserve">А </w:t>
      </w:r>
      <w:r w:rsidRPr="0002331A">
        <w:rPr>
          <w:rStyle w:val="af6"/>
          <w:rFonts w:ascii="Times New Roman" w:hAnsi="Times New Roman" w:cs="Times New Roman"/>
          <w:lang w:val="ru-RU"/>
        </w:rPr>
        <w:t>внутренним светом памяти.</w:t>
      </w:r>
    </w:p>
    <w:p w:rsidR="00964454" w:rsidRDefault="00964454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Потому что Свет —</w:t>
      </w:r>
      <w:r w:rsidRPr="0002331A">
        <w:rPr>
          <w:rFonts w:ascii="Times New Roman" w:hAnsi="Times New Roman" w:cs="Times New Roman"/>
          <w:lang w:val="ru-RU"/>
        </w:rPr>
        <w:br/>
        <w:t>живет не только в людях.</w:t>
      </w:r>
      <w:r w:rsidRPr="0002331A">
        <w:rPr>
          <w:rFonts w:ascii="Times New Roman" w:hAnsi="Times New Roman" w:cs="Times New Roman"/>
          <w:lang w:val="ru-RU"/>
        </w:rPr>
        <w:br/>
        <w:t xml:space="preserve">Он живёт </w:t>
      </w:r>
      <w:r w:rsidRPr="0002331A">
        <w:rPr>
          <w:rStyle w:val="af6"/>
          <w:rFonts w:ascii="Times New Roman" w:hAnsi="Times New Roman" w:cs="Times New Roman"/>
          <w:lang w:val="ru-RU"/>
        </w:rPr>
        <w:t>в том, к чему ты относился с душой.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И если ты потеряешь что-то дорогое…</w:t>
      </w:r>
      <w:r w:rsidRPr="0002331A">
        <w:rPr>
          <w:rFonts w:ascii="Times New Roman" w:hAnsi="Times New Roman" w:cs="Times New Roman"/>
          <w:lang w:val="ru-RU"/>
        </w:rPr>
        <w:br/>
        <w:t xml:space="preserve">может быть, оно </w:t>
      </w:r>
      <w:r w:rsidRPr="0002331A">
        <w:rPr>
          <w:rStyle w:val="af6"/>
          <w:rFonts w:ascii="Times New Roman" w:hAnsi="Times New Roman" w:cs="Times New Roman"/>
          <w:lang w:val="ru-RU"/>
        </w:rPr>
        <w:t>не ушло.</w:t>
      </w:r>
      <w:r w:rsidRPr="0002331A">
        <w:rPr>
          <w:rFonts w:ascii="Times New Roman" w:hAnsi="Times New Roman" w:cs="Times New Roman"/>
          <w:b/>
          <w:bCs/>
          <w:lang w:val="ru-RU"/>
        </w:rPr>
        <w:br/>
      </w:r>
      <w:r w:rsidRPr="0002331A">
        <w:rPr>
          <w:rStyle w:val="af6"/>
          <w:rFonts w:ascii="Times New Roman" w:hAnsi="Times New Roman" w:cs="Times New Roman"/>
          <w:lang w:val="ru-RU"/>
        </w:rPr>
        <w:t>Оно просто ищет тебя.</w:t>
      </w:r>
    </w:p>
    <w:p w:rsidR="004C05D9" w:rsidRDefault="004C05D9" w:rsidP="004C05D9">
      <w:pPr>
        <w:spacing w:line="240" w:lineRule="auto"/>
        <w:contextualSpacing/>
        <w:rPr>
          <w:rStyle w:val="af6"/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  <w:r>
        <w:rPr>
          <w:rStyle w:val="af6"/>
          <w:b w:val="0"/>
          <w:bCs w:val="0"/>
        </w:rPr>
        <w:br w:type="page"/>
      </w:r>
    </w:p>
    <w:p w:rsidR="0002331A" w:rsidRPr="004C05D9" w:rsidRDefault="0002331A" w:rsidP="004C05D9">
      <w:pPr>
        <w:pStyle w:val="21"/>
        <w:spacing w:line="240" w:lineRule="auto"/>
        <w:contextualSpacing/>
      </w:pPr>
      <w:proofErr w:type="spellStart"/>
      <w:r w:rsidRPr="004C05D9">
        <w:rPr>
          <w:rStyle w:val="af6"/>
          <w:b/>
          <w:bCs/>
        </w:rPr>
        <w:lastRenderedPageBreak/>
        <w:t>Глава</w:t>
      </w:r>
      <w:proofErr w:type="spellEnd"/>
      <w:r w:rsidRPr="004C05D9">
        <w:rPr>
          <w:rStyle w:val="af6"/>
          <w:b/>
          <w:bCs/>
        </w:rPr>
        <w:t xml:space="preserve"> 7. </w:t>
      </w:r>
      <w:proofErr w:type="spellStart"/>
      <w:r w:rsidRPr="004C05D9">
        <w:rPr>
          <w:rStyle w:val="af6"/>
          <w:b/>
          <w:bCs/>
        </w:rPr>
        <w:t>Как</w:t>
      </w:r>
      <w:proofErr w:type="spellEnd"/>
      <w:r w:rsidRPr="004C05D9">
        <w:rPr>
          <w:rStyle w:val="af6"/>
          <w:b/>
          <w:bCs/>
        </w:rPr>
        <w:t xml:space="preserve"> </w:t>
      </w:r>
      <w:proofErr w:type="spellStart"/>
      <w:r w:rsidRPr="004C05D9">
        <w:rPr>
          <w:rStyle w:val="af6"/>
          <w:b/>
          <w:bCs/>
        </w:rPr>
        <w:t>стать</w:t>
      </w:r>
      <w:proofErr w:type="spellEnd"/>
      <w:r w:rsidRPr="004C05D9">
        <w:rPr>
          <w:rStyle w:val="af6"/>
          <w:b/>
          <w:bCs/>
        </w:rPr>
        <w:t xml:space="preserve"> </w:t>
      </w:r>
      <w:proofErr w:type="spellStart"/>
      <w:r w:rsidRPr="004C05D9">
        <w:rPr>
          <w:rStyle w:val="af6"/>
          <w:b/>
          <w:bCs/>
        </w:rPr>
        <w:t>находкой</w:t>
      </w:r>
      <w:proofErr w:type="spellEnd"/>
      <w:r w:rsidR="004C05D9" w:rsidRPr="004C05D9">
        <w:rPr>
          <w:rStyle w:val="af6"/>
          <w:b/>
          <w:bCs/>
        </w:rPr>
        <w:t xml:space="preserve"> </w:t>
      </w:r>
      <w:r w:rsidRPr="004C05D9">
        <w:rPr>
          <w:rStyle w:val="af7"/>
          <w:i w:val="0"/>
          <w:iCs w:val="0"/>
        </w:rPr>
        <w:t xml:space="preserve">(и </w:t>
      </w:r>
      <w:proofErr w:type="spellStart"/>
      <w:r w:rsidRPr="004C05D9">
        <w:rPr>
          <w:rStyle w:val="af7"/>
          <w:i w:val="0"/>
          <w:iCs w:val="0"/>
        </w:rPr>
        <w:t>почему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тебя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ищут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даже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те</w:t>
      </w:r>
      <w:proofErr w:type="spellEnd"/>
      <w:r w:rsidRPr="004C05D9">
        <w:rPr>
          <w:rStyle w:val="af7"/>
          <w:i w:val="0"/>
          <w:iCs w:val="0"/>
        </w:rPr>
        <w:t xml:space="preserve">, </w:t>
      </w:r>
      <w:proofErr w:type="spellStart"/>
      <w:r w:rsidRPr="004C05D9">
        <w:rPr>
          <w:rStyle w:val="af7"/>
          <w:i w:val="0"/>
          <w:iCs w:val="0"/>
        </w:rPr>
        <w:t>кто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тебя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никогда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не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знал</w:t>
      </w:r>
      <w:proofErr w:type="spellEnd"/>
      <w:r w:rsidRPr="004C05D9">
        <w:rPr>
          <w:rStyle w:val="af7"/>
          <w:i w:val="0"/>
          <w:iCs w:val="0"/>
        </w:rPr>
        <w:t>)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</w:rPr>
      </w:pPr>
      <w:r w:rsidRPr="0002331A">
        <w:rPr>
          <w:rFonts w:ascii="Times New Roman" w:hAnsi="Times New Roman" w:cs="Times New Roman"/>
          <w:lang w:val="ru-RU"/>
        </w:rPr>
        <w:t>В один из дней</w:t>
      </w:r>
      <w:r w:rsidR="00F54B81">
        <w:rPr>
          <w:rFonts w:ascii="Times New Roman" w:hAnsi="Times New Roman" w:cs="Times New Roman"/>
          <w:lang w:val="ru-RU"/>
        </w:rPr>
        <w:t>, когда выпал первый снег,</w:t>
      </w:r>
      <w:r w:rsidRPr="0002331A">
        <w:rPr>
          <w:rFonts w:ascii="Times New Roman" w:hAnsi="Times New Roman" w:cs="Times New Roman"/>
          <w:lang w:val="ru-RU"/>
        </w:rPr>
        <w:t xml:space="preserve"> Ваня стоял у забора и смотрел вдаль.</w:t>
      </w:r>
      <w:r w:rsidRPr="0002331A">
        <w:rPr>
          <w:rFonts w:ascii="Times New Roman" w:hAnsi="Times New Roman" w:cs="Times New Roman"/>
          <w:lang w:val="ru-RU"/>
        </w:rPr>
        <w:br/>
        <w:t>Он ни о чём не думал.</w:t>
      </w:r>
      <w:r w:rsidRPr="0002331A">
        <w:rPr>
          <w:rFonts w:ascii="Times New Roman" w:hAnsi="Times New Roman" w:cs="Times New Roman"/>
          <w:lang w:val="ru-RU"/>
        </w:rPr>
        <w:br/>
      </w:r>
      <w:proofErr w:type="spellStart"/>
      <w:r w:rsidRPr="0002331A">
        <w:rPr>
          <w:rFonts w:ascii="Times New Roman" w:hAnsi="Times New Roman" w:cs="Times New Roman"/>
        </w:rPr>
        <w:t>Просто</w:t>
      </w:r>
      <w:proofErr w:type="spellEnd"/>
      <w:r w:rsidRPr="0002331A">
        <w:rPr>
          <w:rFonts w:ascii="Times New Roman" w:hAnsi="Times New Roman" w:cs="Times New Roman"/>
        </w:rPr>
        <w:t xml:space="preserve"> </w:t>
      </w:r>
      <w:proofErr w:type="spellStart"/>
      <w:r w:rsidRPr="0002331A">
        <w:rPr>
          <w:rFonts w:ascii="Times New Roman" w:hAnsi="Times New Roman" w:cs="Times New Roman"/>
        </w:rPr>
        <w:t>был</w:t>
      </w:r>
      <w:proofErr w:type="spellEnd"/>
      <w:r w:rsidRPr="0002331A">
        <w:rPr>
          <w:rFonts w:ascii="Times New Roman" w:hAnsi="Times New Roman" w:cs="Times New Roman"/>
        </w:rPr>
        <w:t>.</w:t>
      </w:r>
      <w:r w:rsidRPr="0002331A">
        <w:rPr>
          <w:rFonts w:ascii="Times New Roman" w:hAnsi="Times New Roman" w:cs="Times New Roman"/>
        </w:rPr>
        <w:br/>
      </w:r>
      <w:proofErr w:type="spellStart"/>
      <w:r w:rsidRPr="0002331A">
        <w:rPr>
          <w:rFonts w:ascii="Times New Roman" w:hAnsi="Times New Roman" w:cs="Times New Roman"/>
        </w:rPr>
        <w:t>Просто</w:t>
      </w:r>
      <w:proofErr w:type="spellEnd"/>
      <w:r w:rsidRPr="0002331A">
        <w:rPr>
          <w:rFonts w:ascii="Times New Roman" w:hAnsi="Times New Roman" w:cs="Times New Roman"/>
        </w:rPr>
        <w:t xml:space="preserve"> </w:t>
      </w:r>
      <w:proofErr w:type="spellStart"/>
      <w:r w:rsidRPr="0002331A">
        <w:rPr>
          <w:rFonts w:ascii="Times New Roman" w:hAnsi="Times New Roman" w:cs="Times New Roman"/>
        </w:rPr>
        <w:t>дышал</w:t>
      </w:r>
      <w:proofErr w:type="spellEnd"/>
      <w:r w:rsidRPr="0002331A">
        <w:rPr>
          <w:rFonts w:ascii="Times New Roman" w:hAnsi="Times New Roman" w:cs="Times New Roman"/>
        </w:rPr>
        <w:t>.</w:t>
      </w:r>
      <w:r w:rsidRPr="0002331A">
        <w:rPr>
          <w:rFonts w:ascii="Times New Roman" w:hAnsi="Times New Roman" w:cs="Times New Roman"/>
        </w:rPr>
        <w:br/>
      </w:r>
      <w:proofErr w:type="spellStart"/>
      <w:r w:rsidRPr="0002331A">
        <w:rPr>
          <w:rFonts w:ascii="Times New Roman" w:hAnsi="Times New Roman" w:cs="Times New Roman"/>
        </w:rPr>
        <w:t>Просто</w:t>
      </w:r>
      <w:proofErr w:type="spellEnd"/>
      <w:r w:rsidRPr="0002331A">
        <w:rPr>
          <w:rFonts w:ascii="Times New Roman" w:hAnsi="Times New Roman" w:cs="Times New Roman"/>
        </w:rPr>
        <w:t xml:space="preserve"> </w:t>
      </w:r>
      <w:proofErr w:type="spellStart"/>
      <w:r w:rsidRPr="0002331A">
        <w:rPr>
          <w:rFonts w:ascii="Times New Roman" w:hAnsi="Times New Roman" w:cs="Times New Roman"/>
        </w:rPr>
        <w:t>стоял</w:t>
      </w:r>
      <w:proofErr w:type="spellEnd"/>
      <w:r w:rsidRPr="0002331A">
        <w:rPr>
          <w:rFonts w:ascii="Times New Roman" w:hAnsi="Times New Roman" w:cs="Times New Roman"/>
        </w:rPr>
        <w:t>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И вдруг к нему подошёл незнакомый мальчик.</w:t>
      </w:r>
      <w:r w:rsidRPr="0002331A">
        <w:rPr>
          <w:rFonts w:ascii="Times New Roman" w:hAnsi="Times New Roman" w:cs="Times New Roman"/>
          <w:lang w:val="ru-RU"/>
        </w:rPr>
        <w:br/>
        <w:t>Младше.</w:t>
      </w:r>
      <w:r w:rsidRPr="0002331A">
        <w:rPr>
          <w:rFonts w:ascii="Times New Roman" w:hAnsi="Times New Roman" w:cs="Times New Roman"/>
          <w:lang w:val="ru-RU"/>
        </w:rPr>
        <w:br/>
        <w:t>С носом в веснушках и глазами, в которых было слишком много одиночества.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— Ты знаешь, где тут находки? — спросил он.</w:t>
      </w:r>
      <w:r w:rsidRPr="0002331A">
        <w:rPr>
          <w:rFonts w:ascii="Times New Roman" w:hAnsi="Times New Roman" w:cs="Times New Roman"/>
          <w:lang w:val="ru-RU"/>
        </w:rPr>
        <w:br/>
        <w:t>— В смысле?</w:t>
      </w:r>
      <w:r w:rsidRPr="0002331A">
        <w:rPr>
          <w:rFonts w:ascii="Times New Roman" w:hAnsi="Times New Roman" w:cs="Times New Roman"/>
          <w:lang w:val="ru-RU"/>
        </w:rPr>
        <w:br/>
        <w:t>— Ну… такие, которых все теряют, а потом находят.</w:t>
      </w:r>
      <w:r w:rsidRPr="0002331A">
        <w:rPr>
          <w:rFonts w:ascii="Times New Roman" w:hAnsi="Times New Roman" w:cs="Times New Roman"/>
          <w:lang w:val="ru-RU"/>
        </w:rPr>
        <w:br/>
        <w:t>— Например?</w:t>
      </w:r>
      <w:r w:rsidRPr="0002331A">
        <w:rPr>
          <w:rFonts w:ascii="Times New Roman" w:hAnsi="Times New Roman" w:cs="Times New Roman"/>
          <w:lang w:val="ru-RU"/>
        </w:rPr>
        <w:br/>
        <w:t>— Ну… доброта. Или папа. Или смех.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Ваня не знал, что ответить.</w:t>
      </w:r>
      <w:r w:rsidRPr="0002331A">
        <w:rPr>
          <w:rFonts w:ascii="Times New Roman" w:hAnsi="Times New Roman" w:cs="Times New Roman"/>
          <w:lang w:val="ru-RU"/>
        </w:rPr>
        <w:br/>
        <w:t>Он посмотрел в небо.</w:t>
      </w:r>
      <w:r w:rsidRPr="0002331A">
        <w:rPr>
          <w:rFonts w:ascii="Times New Roman" w:hAnsi="Times New Roman" w:cs="Times New Roman"/>
          <w:lang w:val="ru-RU"/>
        </w:rPr>
        <w:br/>
        <w:t>Потом — на свои руки.</w:t>
      </w:r>
      <w:r w:rsidRPr="0002331A">
        <w:rPr>
          <w:rFonts w:ascii="Times New Roman" w:hAnsi="Times New Roman" w:cs="Times New Roman"/>
          <w:lang w:val="ru-RU"/>
        </w:rPr>
        <w:br/>
        <w:t>Потом — на этого мальчика.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И сказал: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— Может быть, я — находка.</w:t>
      </w:r>
      <w:r w:rsidRPr="0002331A">
        <w:rPr>
          <w:rFonts w:ascii="Times New Roman" w:hAnsi="Times New Roman" w:cs="Times New Roman"/>
          <w:lang w:val="ru-RU"/>
        </w:rPr>
        <w:br/>
        <w:t>— Ты?</w:t>
      </w:r>
      <w:r w:rsidRPr="0002331A">
        <w:rPr>
          <w:rFonts w:ascii="Times New Roman" w:hAnsi="Times New Roman" w:cs="Times New Roman"/>
          <w:lang w:val="ru-RU"/>
        </w:rPr>
        <w:br/>
        <w:t>— Ну да.</w:t>
      </w:r>
      <w:r w:rsidRPr="0002331A">
        <w:rPr>
          <w:rFonts w:ascii="Times New Roman" w:hAnsi="Times New Roman" w:cs="Times New Roman"/>
          <w:lang w:val="ru-RU"/>
        </w:rPr>
        <w:br/>
        <w:t>Я сам не знал, что я нужен,</w:t>
      </w:r>
      <w:r w:rsidRPr="0002331A">
        <w:rPr>
          <w:rFonts w:ascii="Times New Roman" w:hAnsi="Times New Roman" w:cs="Times New Roman"/>
          <w:lang w:val="ru-RU"/>
        </w:rPr>
        <w:br/>
        <w:t>пока меня кто-то не нашёл.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</w:rPr>
      </w:pPr>
      <w:r w:rsidRPr="0002331A">
        <w:rPr>
          <w:rFonts w:ascii="Times New Roman" w:hAnsi="Times New Roman" w:cs="Times New Roman"/>
          <w:lang w:val="ru-RU"/>
        </w:rPr>
        <w:t>Мальчик долго смотрел на него.</w:t>
      </w:r>
      <w:r w:rsidRPr="0002331A">
        <w:rPr>
          <w:rFonts w:ascii="Times New Roman" w:hAnsi="Times New Roman" w:cs="Times New Roman"/>
          <w:lang w:val="ru-RU"/>
        </w:rPr>
        <w:br/>
        <w:t>А потом просто взял за руку.</w:t>
      </w:r>
      <w:r w:rsidRPr="0002331A">
        <w:rPr>
          <w:rFonts w:ascii="Times New Roman" w:hAnsi="Times New Roman" w:cs="Times New Roman"/>
          <w:lang w:val="ru-RU"/>
        </w:rPr>
        <w:br/>
      </w:r>
      <w:proofErr w:type="spellStart"/>
      <w:r w:rsidRPr="0002331A">
        <w:rPr>
          <w:rFonts w:ascii="Times New Roman" w:hAnsi="Times New Roman" w:cs="Times New Roman"/>
        </w:rPr>
        <w:t>Молча</w:t>
      </w:r>
      <w:proofErr w:type="spellEnd"/>
      <w:r w:rsidRPr="0002331A">
        <w:rPr>
          <w:rFonts w:ascii="Times New Roman" w:hAnsi="Times New Roman" w:cs="Times New Roman"/>
        </w:rPr>
        <w:t>.</w:t>
      </w:r>
      <w:r w:rsidRPr="0002331A">
        <w:rPr>
          <w:rFonts w:ascii="Times New Roman" w:hAnsi="Times New Roman" w:cs="Times New Roman"/>
        </w:rPr>
        <w:br/>
      </w:r>
      <w:proofErr w:type="spellStart"/>
      <w:r w:rsidRPr="0002331A">
        <w:rPr>
          <w:rFonts w:ascii="Times New Roman" w:hAnsi="Times New Roman" w:cs="Times New Roman"/>
        </w:rPr>
        <w:t>Тепло</w:t>
      </w:r>
      <w:proofErr w:type="spellEnd"/>
      <w:r w:rsidRPr="0002331A">
        <w:rPr>
          <w:rFonts w:ascii="Times New Roman" w:hAnsi="Times New Roman" w:cs="Times New Roman"/>
        </w:rPr>
        <w:t>.</w:t>
      </w:r>
    </w:p>
    <w:p w:rsidR="00964454" w:rsidRDefault="00964454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</w:p>
    <w:p w:rsidR="00AC4B17" w:rsidRDefault="00AC4B17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</w:p>
    <w:p w:rsidR="00AC4B17" w:rsidRDefault="00AC4B17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</w:p>
    <w:p w:rsidR="00AC4B17" w:rsidRDefault="00AC4B17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</w:p>
    <w:p w:rsidR="00AC4B17" w:rsidRDefault="00AC4B17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</w:p>
    <w:p w:rsidR="00AC4B17" w:rsidRDefault="00AC4B17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/>
        </w:rPr>
        <w:drawing>
          <wp:inline distT="0" distB="0" distL="0" distR="0">
            <wp:extent cx="3780790" cy="3780790"/>
            <wp:effectExtent l="0" t="0" r="3810" b="3810"/>
            <wp:docPr id="32" name="Рисунок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Рисунок 1496484617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Когда Ваня рассказал об этом Анфисе и Сергею,</w:t>
      </w:r>
      <w:r w:rsidRPr="0002331A">
        <w:rPr>
          <w:rFonts w:ascii="Times New Roman" w:hAnsi="Times New Roman" w:cs="Times New Roman"/>
          <w:lang w:val="ru-RU"/>
        </w:rPr>
        <w:br/>
        <w:t>они замолчали.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Сергей сказал: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— Это правда.</w:t>
      </w:r>
      <w:r w:rsidRPr="0002331A">
        <w:rPr>
          <w:rFonts w:ascii="Times New Roman" w:hAnsi="Times New Roman" w:cs="Times New Roman"/>
          <w:lang w:val="ru-RU"/>
        </w:rPr>
        <w:br/>
        <w:t>Мы часто думаем, что мы ищем кого-то.</w:t>
      </w:r>
      <w:r w:rsidRPr="0002331A">
        <w:rPr>
          <w:rFonts w:ascii="Times New Roman" w:hAnsi="Times New Roman" w:cs="Times New Roman"/>
          <w:lang w:val="ru-RU"/>
        </w:rPr>
        <w:br/>
        <w:t>Но на самом деле —</w:t>
      </w:r>
      <w:r w:rsidRPr="0002331A">
        <w:rPr>
          <w:rFonts w:ascii="Times New Roman" w:hAnsi="Times New Roman" w:cs="Times New Roman"/>
          <w:lang w:val="ru-RU"/>
        </w:rPr>
        <w:br/>
      </w:r>
      <w:r w:rsidRPr="0002331A">
        <w:rPr>
          <w:rStyle w:val="af6"/>
          <w:rFonts w:ascii="Times New Roman" w:hAnsi="Times New Roman" w:cs="Times New Roman"/>
          <w:lang w:val="ru-RU"/>
        </w:rPr>
        <w:t>это нас ищут.</w:t>
      </w:r>
      <w:r w:rsidRPr="0002331A">
        <w:rPr>
          <w:rFonts w:ascii="Times New Roman" w:hAnsi="Times New Roman" w:cs="Times New Roman"/>
          <w:lang w:val="ru-RU"/>
        </w:rPr>
        <w:br/>
        <w:t>Нас ищет тот, кто потерял веру.</w:t>
      </w:r>
      <w:r w:rsidRPr="0002331A">
        <w:rPr>
          <w:rFonts w:ascii="Times New Roman" w:hAnsi="Times New Roman" w:cs="Times New Roman"/>
          <w:lang w:val="ru-RU"/>
        </w:rPr>
        <w:br/>
        <w:t>Тот, кто упустил свет.</w:t>
      </w:r>
      <w:r w:rsidRPr="0002331A">
        <w:rPr>
          <w:rFonts w:ascii="Times New Roman" w:hAnsi="Times New Roman" w:cs="Times New Roman"/>
          <w:lang w:val="ru-RU"/>
        </w:rPr>
        <w:br/>
        <w:t xml:space="preserve">Тот, кто сам </w:t>
      </w:r>
      <w:r w:rsidRPr="0002331A">
        <w:rPr>
          <w:rStyle w:val="af6"/>
          <w:rFonts w:ascii="Times New Roman" w:hAnsi="Times New Roman" w:cs="Times New Roman"/>
          <w:lang w:val="ru-RU"/>
        </w:rPr>
        <w:t>не помнит, кого потерял —</w:t>
      </w:r>
      <w:r w:rsidRPr="0002331A">
        <w:rPr>
          <w:rFonts w:ascii="Times New Roman" w:hAnsi="Times New Roman" w:cs="Times New Roman"/>
          <w:b/>
          <w:bCs/>
          <w:lang w:val="ru-RU"/>
        </w:rPr>
        <w:br/>
      </w:r>
      <w:r w:rsidRPr="0002331A">
        <w:rPr>
          <w:rStyle w:val="af6"/>
          <w:rFonts w:ascii="Times New Roman" w:hAnsi="Times New Roman" w:cs="Times New Roman"/>
          <w:lang w:val="ru-RU"/>
        </w:rPr>
        <w:t>но чувствует, что не всё на месте.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Анфиса добавила: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lastRenderedPageBreak/>
        <w:t xml:space="preserve">— </w:t>
      </w:r>
      <w:proofErr w:type="gramStart"/>
      <w:r w:rsidRPr="0002331A">
        <w:rPr>
          <w:rFonts w:ascii="Times New Roman" w:hAnsi="Times New Roman" w:cs="Times New Roman"/>
          <w:lang w:val="ru-RU"/>
        </w:rPr>
        <w:t>И</w:t>
      </w:r>
      <w:proofErr w:type="gramEnd"/>
      <w:r w:rsidRPr="0002331A">
        <w:rPr>
          <w:rFonts w:ascii="Times New Roman" w:hAnsi="Times New Roman" w:cs="Times New Roman"/>
          <w:lang w:val="ru-RU"/>
        </w:rPr>
        <w:t xml:space="preserve"> если ты просто </w:t>
      </w:r>
      <w:r w:rsidRPr="0002331A">
        <w:rPr>
          <w:rStyle w:val="af6"/>
          <w:rFonts w:ascii="Times New Roman" w:hAnsi="Times New Roman" w:cs="Times New Roman"/>
          <w:lang w:val="ru-RU"/>
        </w:rPr>
        <w:t>есть</w:t>
      </w:r>
      <w:r w:rsidRPr="0002331A">
        <w:rPr>
          <w:rFonts w:ascii="Times New Roman" w:hAnsi="Times New Roman" w:cs="Times New Roman"/>
          <w:lang w:val="ru-RU"/>
        </w:rPr>
        <w:t>,</w:t>
      </w:r>
      <w:r w:rsidRPr="0002331A">
        <w:rPr>
          <w:rFonts w:ascii="Times New Roman" w:hAnsi="Times New Roman" w:cs="Times New Roman"/>
          <w:lang w:val="ru-RU"/>
        </w:rPr>
        <w:br/>
        <w:t>по-настоящему — в любви, в тишине, в свете —</w:t>
      </w:r>
      <w:r w:rsidRPr="0002331A">
        <w:rPr>
          <w:rFonts w:ascii="Times New Roman" w:hAnsi="Times New Roman" w:cs="Times New Roman"/>
          <w:lang w:val="ru-RU"/>
        </w:rPr>
        <w:br/>
      </w:r>
      <w:r w:rsidRPr="0002331A">
        <w:rPr>
          <w:rStyle w:val="af6"/>
          <w:rFonts w:ascii="Times New Roman" w:hAnsi="Times New Roman" w:cs="Times New Roman"/>
          <w:lang w:val="ru-RU"/>
        </w:rPr>
        <w:t>тебя можно найти.</w:t>
      </w:r>
      <w:r w:rsidRPr="0002331A">
        <w:rPr>
          <w:rFonts w:ascii="Times New Roman" w:hAnsi="Times New Roman" w:cs="Times New Roman"/>
          <w:b/>
          <w:bCs/>
          <w:lang w:val="ru-RU"/>
        </w:rPr>
        <w:br/>
      </w:r>
      <w:proofErr w:type="spellStart"/>
      <w:r w:rsidRPr="0002331A">
        <w:rPr>
          <w:rStyle w:val="af6"/>
          <w:rFonts w:ascii="Times New Roman" w:hAnsi="Times New Roman" w:cs="Times New Roman"/>
        </w:rPr>
        <w:t>Ты</w:t>
      </w:r>
      <w:proofErr w:type="spellEnd"/>
      <w:r w:rsidRPr="0002331A">
        <w:rPr>
          <w:rStyle w:val="af6"/>
          <w:rFonts w:ascii="Times New Roman" w:hAnsi="Times New Roman" w:cs="Times New Roman"/>
        </w:rPr>
        <w:t xml:space="preserve"> </w:t>
      </w:r>
      <w:proofErr w:type="spellStart"/>
      <w:r w:rsidRPr="0002331A">
        <w:rPr>
          <w:rStyle w:val="af6"/>
          <w:rFonts w:ascii="Times New Roman" w:hAnsi="Times New Roman" w:cs="Times New Roman"/>
        </w:rPr>
        <w:t>становишься</w:t>
      </w:r>
      <w:proofErr w:type="spellEnd"/>
      <w:r w:rsidRPr="0002331A">
        <w:rPr>
          <w:rStyle w:val="af6"/>
          <w:rFonts w:ascii="Times New Roman" w:hAnsi="Times New Roman" w:cs="Times New Roman"/>
        </w:rPr>
        <w:t xml:space="preserve"> </w:t>
      </w:r>
      <w:proofErr w:type="spellStart"/>
      <w:r w:rsidRPr="0002331A">
        <w:rPr>
          <w:rStyle w:val="af6"/>
          <w:rFonts w:ascii="Times New Roman" w:hAnsi="Times New Roman" w:cs="Times New Roman"/>
        </w:rPr>
        <w:t>находкой</w:t>
      </w:r>
      <w:proofErr w:type="spellEnd"/>
      <w:r w:rsidRPr="0002331A">
        <w:rPr>
          <w:rStyle w:val="af6"/>
          <w:rFonts w:ascii="Times New Roman" w:hAnsi="Times New Roman" w:cs="Times New Roman"/>
        </w:rPr>
        <w:t>.</w:t>
      </w:r>
      <w:r w:rsidRPr="0002331A">
        <w:rPr>
          <w:rFonts w:ascii="Times New Roman" w:hAnsi="Times New Roman" w:cs="Times New Roman"/>
          <w:b/>
          <w:bCs/>
        </w:rPr>
        <w:br/>
      </w:r>
      <w:proofErr w:type="spellStart"/>
      <w:r w:rsidRPr="0002331A">
        <w:rPr>
          <w:rStyle w:val="af6"/>
          <w:rFonts w:ascii="Times New Roman" w:hAnsi="Times New Roman" w:cs="Times New Roman"/>
        </w:rPr>
        <w:t>Подарком</w:t>
      </w:r>
      <w:proofErr w:type="spellEnd"/>
      <w:r w:rsidRPr="0002331A">
        <w:rPr>
          <w:rStyle w:val="af6"/>
          <w:rFonts w:ascii="Times New Roman" w:hAnsi="Times New Roman" w:cs="Times New Roman"/>
        </w:rPr>
        <w:t xml:space="preserve">. </w:t>
      </w:r>
      <w:r w:rsidRPr="0002331A">
        <w:rPr>
          <w:rStyle w:val="af6"/>
          <w:rFonts w:ascii="Times New Roman" w:hAnsi="Times New Roman" w:cs="Times New Roman"/>
          <w:lang w:val="ru-RU"/>
        </w:rPr>
        <w:t>Ответом. Ключом.</w:t>
      </w:r>
    </w:p>
    <w:p w:rsidR="00964454" w:rsidRDefault="00964454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Так появилась новая игра:</w:t>
      </w:r>
      <w:r w:rsidRPr="0002331A">
        <w:rPr>
          <w:rFonts w:ascii="Times New Roman" w:hAnsi="Times New Roman" w:cs="Times New Roman"/>
          <w:lang w:val="ru-RU"/>
        </w:rPr>
        <w:br/>
      </w:r>
      <w:r w:rsidRPr="0002331A">
        <w:rPr>
          <w:rStyle w:val="af6"/>
          <w:rFonts w:ascii="Times New Roman" w:hAnsi="Times New Roman" w:cs="Times New Roman"/>
          <w:lang w:val="ru-RU"/>
        </w:rPr>
        <w:t>«Перестань искать — и позволь себя найти».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Они играли в неё,</w:t>
      </w:r>
      <w:r w:rsidRPr="0002331A">
        <w:rPr>
          <w:rFonts w:ascii="Times New Roman" w:hAnsi="Times New Roman" w:cs="Times New Roman"/>
          <w:lang w:val="ru-RU"/>
        </w:rPr>
        <w:br/>
        <w:t>когда кто-то грустил,</w:t>
      </w:r>
      <w:r w:rsidRPr="0002331A">
        <w:rPr>
          <w:rFonts w:ascii="Times New Roman" w:hAnsi="Times New Roman" w:cs="Times New Roman"/>
          <w:lang w:val="ru-RU"/>
        </w:rPr>
        <w:br/>
        <w:t>или чувствовал себя лишним,</w:t>
      </w:r>
      <w:r w:rsidRPr="0002331A">
        <w:rPr>
          <w:rFonts w:ascii="Times New Roman" w:hAnsi="Times New Roman" w:cs="Times New Roman"/>
          <w:lang w:val="ru-RU"/>
        </w:rPr>
        <w:br/>
        <w:t>или просто не знал, что делать.</w:t>
      </w:r>
    </w:p>
    <w:p w:rsidR="0002331A" w:rsidRPr="004C05D9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 xml:space="preserve">Они </w:t>
      </w:r>
      <w:r w:rsidRPr="0002331A">
        <w:rPr>
          <w:rStyle w:val="af6"/>
          <w:rFonts w:ascii="Times New Roman" w:hAnsi="Times New Roman" w:cs="Times New Roman"/>
          <w:lang w:val="ru-RU"/>
        </w:rPr>
        <w:t>садились тихо.</w:t>
      </w:r>
      <w:r w:rsidRPr="0002331A">
        <w:rPr>
          <w:rFonts w:ascii="Times New Roman" w:hAnsi="Times New Roman" w:cs="Times New Roman"/>
          <w:b/>
          <w:bCs/>
          <w:lang w:val="ru-RU"/>
        </w:rPr>
        <w:br/>
      </w:r>
      <w:r w:rsidRPr="0002331A">
        <w:rPr>
          <w:rStyle w:val="af6"/>
          <w:rFonts w:ascii="Times New Roman" w:hAnsi="Times New Roman" w:cs="Times New Roman"/>
          <w:lang w:val="ru-RU"/>
        </w:rPr>
        <w:t>Смотрели на небо.</w:t>
      </w:r>
      <w:r w:rsidRPr="0002331A">
        <w:rPr>
          <w:rFonts w:ascii="Times New Roman" w:hAnsi="Times New Roman" w:cs="Times New Roman"/>
          <w:b/>
          <w:bCs/>
          <w:lang w:val="ru-RU"/>
        </w:rPr>
        <w:br/>
      </w:r>
      <w:r w:rsidRPr="004C05D9">
        <w:rPr>
          <w:rStyle w:val="af6"/>
          <w:rFonts w:ascii="Times New Roman" w:hAnsi="Times New Roman" w:cs="Times New Roman"/>
          <w:lang w:val="ru-RU"/>
        </w:rPr>
        <w:t>И просто говорили внутри себя:</w:t>
      </w:r>
      <w:r w:rsidRPr="004C05D9">
        <w:rPr>
          <w:rFonts w:ascii="Times New Roman" w:hAnsi="Times New Roman" w:cs="Times New Roman"/>
          <w:b/>
          <w:bCs/>
          <w:lang w:val="ru-RU"/>
        </w:rPr>
        <w:br/>
      </w:r>
      <w:r w:rsidRPr="004C05D9">
        <w:rPr>
          <w:rStyle w:val="af6"/>
          <w:rFonts w:ascii="Times New Roman" w:hAnsi="Times New Roman" w:cs="Times New Roman"/>
          <w:lang w:val="ru-RU"/>
        </w:rPr>
        <w:t>“Если ты меня ищешь — я здесь.”</w:t>
      </w:r>
    </w:p>
    <w:p w:rsidR="0002331A" w:rsidRPr="004C05D9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  <w:lang w:val="ru-RU"/>
        </w:rPr>
        <w:t>И вскоре…</w:t>
      </w:r>
      <w:r w:rsidRPr="0002331A">
        <w:rPr>
          <w:rFonts w:ascii="Times New Roman" w:hAnsi="Times New Roman" w:cs="Times New Roman"/>
          <w:lang w:val="ru-RU"/>
        </w:rPr>
        <w:br/>
        <w:t>кто-то подходил.</w:t>
      </w:r>
      <w:r w:rsidRPr="0002331A">
        <w:rPr>
          <w:rFonts w:ascii="Times New Roman" w:hAnsi="Times New Roman" w:cs="Times New Roman"/>
          <w:lang w:val="ru-RU"/>
        </w:rPr>
        <w:br/>
      </w:r>
      <w:r w:rsidRPr="004C05D9">
        <w:rPr>
          <w:rFonts w:ascii="Times New Roman" w:hAnsi="Times New Roman" w:cs="Times New Roman"/>
          <w:lang w:val="ru-RU"/>
        </w:rPr>
        <w:t>И всё становилось на свои места.</w:t>
      </w:r>
    </w:p>
    <w:p w:rsidR="004C05D9" w:rsidRDefault="004C05D9">
      <w:pPr>
        <w:rPr>
          <w:rStyle w:val="af6"/>
          <w:rFonts w:asciiTheme="majorHAnsi" w:eastAsiaTheme="majorEastAsia" w:hAnsiTheme="majorHAnsi" w:cstheme="majorBidi"/>
          <w:color w:val="365F91" w:themeColor="accent1" w:themeShade="BF"/>
          <w:sz w:val="28"/>
          <w:szCs w:val="28"/>
        </w:rPr>
      </w:pPr>
      <w:r>
        <w:rPr>
          <w:rStyle w:val="af6"/>
          <w:b w:val="0"/>
          <w:bCs w:val="0"/>
        </w:rPr>
        <w:br w:type="page"/>
      </w:r>
    </w:p>
    <w:p w:rsidR="0002331A" w:rsidRPr="004C05D9" w:rsidRDefault="0002331A" w:rsidP="004C05D9">
      <w:pPr>
        <w:pStyle w:val="21"/>
      </w:pPr>
      <w:proofErr w:type="spellStart"/>
      <w:r w:rsidRPr="004C05D9">
        <w:rPr>
          <w:rStyle w:val="af6"/>
          <w:b/>
          <w:bCs/>
        </w:rPr>
        <w:lastRenderedPageBreak/>
        <w:t>Глава</w:t>
      </w:r>
      <w:proofErr w:type="spellEnd"/>
      <w:r w:rsidRPr="004C05D9">
        <w:rPr>
          <w:rStyle w:val="af6"/>
          <w:b/>
          <w:bCs/>
        </w:rPr>
        <w:t xml:space="preserve"> 8. </w:t>
      </w:r>
      <w:proofErr w:type="spellStart"/>
      <w:r w:rsidRPr="004C05D9">
        <w:rPr>
          <w:rStyle w:val="af6"/>
          <w:b/>
          <w:bCs/>
        </w:rPr>
        <w:t>Когда</w:t>
      </w:r>
      <w:proofErr w:type="spellEnd"/>
      <w:r w:rsidRPr="004C05D9">
        <w:rPr>
          <w:rStyle w:val="af6"/>
          <w:b/>
          <w:bCs/>
        </w:rPr>
        <w:t xml:space="preserve"> </w:t>
      </w:r>
      <w:proofErr w:type="spellStart"/>
      <w:r w:rsidRPr="004C05D9">
        <w:rPr>
          <w:rStyle w:val="af6"/>
          <w:b/>
          <w:bCs/>
        </w:rPr>
        <w:t>ты</w:t>
      </w:r>
      <w:proofErr w:type="spellEnd"/>
      <w:r w:rsidRPr="004C05D9">
        <w:rPr>
          <w:rStyle w:val="af6"/>
          <w:b/>
          <w:bCs/>
        </w:rPr>
        <w:t xml:space="preserve"> — </w:t>
      </w:r>
      <w:proofErr w:type="spellStart"/>
      <w:r w:rsidRPr="004C05D9">
        <w:rPr>
          <w:rStyle w:val="af6"/>
          <w:b/>
          <w:bCs/>
        </w:rPr>
        <w:t>ответ</w:t>
      </w:r>
      <w:proofErr w:type="spellEnd"/>
      <w:r w:rsidRPr="004C05D9">
        <w:rPr>
          <w:rStyle w:val="af6"/>
          <w:b/>
          <w:bCs/>
        </w:rPr>
        <w:t xml:space="preserve">, о </w:t>
      </w:r>
      <w:proofErr w:type="spellStart"/>
      <w:r w:rsidRPr="004C05D9">
        <w:rPr>
          <w:rStyle w:val="af6"/>
          <w:b/>
          <w:bCs/>
        </w:rPr>
        <w:t>котором</w:t>
      </w:r>
      <w:proofErr w:type="spellEnd"/>
      <w:r w:rsidRPr="004C05D9">
        <w:rPr>
          <w:rStyle w:val="af6"/>
          <w:b/>
          <w:bCs/>
        </w:rPr>
        <w:t xml:space="preserve"> </w:t>
      </w:r>
      <w:proofErr w:type="spellStart"/>
      <w:r w:rsidRPr="004C05D9">
        <w:rPr>
          <w:rStyle w:val="af6"/>
          <w:b/>
          <w:bCs/>
        </w:rPr>
        <w:t>никто</w:t>
      </w:r>
      <w:proofErr w:type="spellEnd"/>
      <w:r w:rsidRPr="004C05D9">
        <w:rPr>
          <w:rStyle w:val="af6"/>
          <w:b/>
          <w:bCs/>
        </w:rPr>
        <w:t xml:space="preserve"> </w:t>
      </w:r>
      <w:proofErr w:type="spellStart"/>
      <w:r w:rsidRPr="004C05D9">
        <w:rPr>
          <w:rStyle w:val="af6"/>
          <w:b/>
          <w:bCs/>
        </w:rPr>
        <w:t>не</w:t>
      </w:r>
      <w:proofErr w:type="spellEnd"/>
      <w:r w:rsidRPr="004C05D9">
        <w:rPr>
          <w:rStyle w:val="af6"/>
          <w:b/>
          <w:bCs/>
        </w:rPr>
        <w:t xml:space="preserve"> </w:t>
      </w:r>
      <w:proofErr w:type="spellStart"/>
      <w:r w:rsidRPr="004C05D9">
        <w:rPr>
          <w:rStyle w:val="af6"/>
          <w:b/>
          <w:bCs/>
        </w:rPr>
        <w:t>просил</w:t>
      </w:r>
      <w:proofErr w:type="spellEnd"/>
      <w:r w:rsidR="004C05D9" w:rsidRPr="004C05D9">
        <w:rPr>
          <w:rStyle w:val="af6"/>
          <w:b/>
          <w:bCs/>
        </w:rPr>
        <w:t xml:space="preserve"> </w:t>
      </w:r>
      <w:r w:rsidRPr="004C05D9">
        <w:rPr>
          <w:rStyle w:val="af7"/>
          <w:i w:val="0"/>
          <w:iCs w:val="0"/>
        </w:rPr>
        <w:t xml:space="preserve">(и </w:t>
      </w:r>
      <w:proofErr w:type="spellStart"/>
      <w:r w:rsidRPr="004C05D9">
        <w:rPr>
          <w:rStyle w:val="af7"/>
          <w:i w:val="0"/>
          <w:iCs w:val="0"/>
        </w:rPr>
        <w:t>почему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именно</w:t>
      </w:r>
      <w:proofErr w:type="spellEnd"/>
      <w:r w:rsidRPr="004C05D9">
        <w:rPr>
          <w:rStyle w:val="af7"/>
          <w:i w:val="0"/>
          <w:iCs w:val="0"/>
        </w:rPr>
        <w:t xml:space="preserve"> в </w:t>
      </w:r>
      <w:proofErr w:type="spellStart"/>
      <w:r w:rsidRPr="004C05D9">
        <w:rPr>
          <w:rStyle w:val="af7"/>
          <w:i w:val="0"/>
          <w:iCs w:val="0"/>
        </w:rPr>
        <w:t>этот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момент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происходят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чудеса</w:t>
      </w:r>
      <w:proofErr w:type="spellEnd"/>
      <w:r w:rsidRPr="004C05D9">
        <w:rPr>
          <w:rStyle w:val="af7"/>
          <w:i w:val="0"/>
          <w:iCs w:val="0"/>
        </w:rPr>
        <w:t>)</w:t>
      </w:r>
    </w:p>
    <w:p w:rsidR="0002331A" w:rsidRPr="004C05D9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4C05D9">
        <w:rPr>
          <w:rFonts w:ascii="Times New Roman" w:hAnsi="Times New Roman" w:cs="Times New Roman"/>
          <w:lang w:val="ru-RU"/>
        </w:rPr>
        <w:t>Была среда.</w:t>
      </w:r>
      <w:r w:rsidRPr="004C05D9">
        <w:rPr>
          <w:rFonts w:ascii="Times New Roman" w:hAnsi="Times New Roman" w:cs="Times New Roman"/>
          <w:lang w:val="ru-RU"/>
        </w:rPr>
        <w:br/>
        <w:t>Самая обычная.</w:t>
      </w:r>
      <w:r w:rsidRPr="004C05D9">
        <w:rPr>
          <w:rFonts w:ascii="Times New Roman" w:hAnsi="Times New Roman" w:cs="Times New Roman"/>
          <w:lang w:val="ru-RU"/>
        </w:rPr>
        <w:br/>
        <w:t>Такая, что даже календарь зевал.</w:t>
      </w:r>
      <w:r w:rsidRPr="004C05D9">
        <w:rPr>
          <w:rFonts w:ascii="Times New Roman" w:hAnsi="Times New Roman" w:cs="Times New Roman"/>
          <w:lang w:val="ru-RU"/>
        </w:rPr>
        <w:br/>
        <w:t>На улице шёл мокрый снег.</w:t>
      </w:r>
      <w:r w:rsidRPr="004C05D9">
        <w:rPr>
          <w:rFonts w:ascii="Times New Roman" w:hAnsi="Times New Roman" w:cs="Times New Roman"/>
          <w:lang w:val="ru-RU"/>
        </w:rPr>
        <w:br/>
        <w:t>Школа тянулась, как варёная лапша.</w:t>
      </w:r>
      <w:r w:rsidRPr="004C05D9">
        <w:rPr>
          <w:rFonts w:ascii="Times New Roman" w:hAnsi="Times New Roman" w:cs="Times New Roman"/>
          <w:lang w:val="ru-RU"/>
        </w:rPr>
        <w:br/>
        <w:t>Всё было… никак.</w:t>
      </w:r>
    </w:p>
    <w:p w:rsidR="0002331A" w:rsidRPr="004C05D9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4C05D9">
        <w:rPr>
          <w:rFonts w:ascii="Times New Roman" w:hAnsi="Times New Roman" w:cs="Times New Roman"/>
          <w:lang w:val="ru-RU"/>
        </w:rPr>
        <w:t>Анфиса шла домой.</w:t>
      </w:r>
      <w:r w:rsidRPr="004C05D9">
        <w:rPr>
          <w:rFonts w:ascii="Times New Roman" w:hAnsi="Times New Roman" w:cs="Times New Roman"/>
          <w:lang w:val="ru-RU"/>
        </w:rPr>
        <w:br/>
        <w:t>Уставшая.</w:t>
      </w:r>
      <w:r w:rsidRPr="004C05D9">
        <w:rPr>
          <w:rFonts w:ascii="Times New Roman" w:hAnsi="Times New Roman" w:cs="Times New Roman"/>
          <w:lang w:val="ru-RU"/>
        </w:rPr>
        <w:br/>
        <w:t>Немножко грустная.</w:t>
      </w:r>
      <w:r w:rsidRPr="004C05D9">
        <w:rPr>
          <w:rFonts w:ascii="Times New Roman" w:hAnsi="Times New Roman" w:cs="Times New Roman"/>
          <w:lang w:val="ru-RU"/>
        </w:rPr>
        <w:br/>
        <w:t>Сергея и Вани не было — заболели.</w:t>
      </w:r>
      <w:r w:rsidRPr="004C05D9">
        <w:rPr>
          <w:rFonts w:ascii="Times New Roman" w:hAnsi="Times New Roman" w:cs="Times New Roman"/>
          <w:lang w:val="ru-RU"/>
        </w:rPr>
        <w:br/>
        <w:t>И в этот день она чувствовала себя как будто одна.</w:t>
      </w:r>
      <w:r w:rsidRPr="004C05D9">
        <w:rPr>
          <w:rFonts w:ascii="Times New Roman" w:hAnsi="Times New Roman" w:cs="Times New Roman"/>
          <w:lang w:val="ru-RU"/>
        </w:rPr>
        <w:br/>
        <w:t xml:space="preserve">И как будто </w:t>
      </w:r>
      <w:r w:rsidRPr="004C05D9">
        <w:rPr>
          <w:rStyle w:val="af6"/>
          <w:rFonts w:ascii="Times New Roman" w:hAnsi="Times New Roman" w:cs="Times New Roman"/>
          <w:lang w:val="ru-RU"/>
        </w:rPr>
        <w:t>никому не нужна.</w:t>
      </w:r>
    </w:p>
    <w:p w:rsidR="0002331A" w:rsidRPr="004C05D9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4C05D9">
        <w:rPr>
          <w:rFonts w:ascii="Times New Roman" w:hAnsi="Times New Roman" w:cs="Times New Roman"/>
          <w:lang w:val="ru-RU"/>
        </w:rPr>
        <w:t>На остановке стояла бабушка.</w:t>
      </w:r>
      <w:r w:rsidRPr="004C05D9">
        <w:rPr>
          <w:rFonts w:ascii="Times New Roman" w:hAnsi="Times New Roman" w:cs="Times New Roman"/>
          <w:lang w:val="ru-RU"/>
        </w:rPr>
        <w:br/>
        <w:t>Сгорбленная.</w:t>
      </w:r>
      <w:r w:rsidRPr="004C05D9">
        <w:rPr>
          <w:rFonts w:ascii="Times New Roman" w:hAnsi="Times New Roman" w:cs="Times New Roman"/>
          <w:lang w:val="ru-RU"/>
        </w:rPr>
        <w:br/>
        <w:t>Маленькая.</w:t>
      </w:r>
      <w:r w:rsidRPr="004C05D9">
        <w:rPr>
          <w:rFonts w:ascii="Times New Roman" w:hAnsi="Times New Roman" w:cs="Times New Roman"/>
          <w:lang w:val="ru-RU"/>
        </w:rPr>
        <w:br/>
        <w:t>В платке.</w:t>
      </w:r>
      <w:r w:rsidRPr="004C05D9">
        <w:rPr>
          <w:rFonts w:ascii="Times New Roman" w:hAnsi="Times New Roman" w:cs="Times New Roman"/>
          <w:lang w:val="ru-RU"/>
        </w:rPr>
        <w:br/>
        <w:t>С авоськой, которая явно была слишком тяжёлой.</w:t>
      </w:r>
    </w:p>
    <w:p w:rsidR="0002331A" w:rsidRPr="004C05D9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4C05D9">
        <w:rPr>
          <w:rFonts w:ascii="Times New Roman" w:hAnsi="Times New Roman" w:cs="Times New Roman"/>
          <w:lang w:val="ru-RU"/>
        </w:rPr>
        <w:t>Анфиса подошла ближе.</w:t>
      </w:r>
      <w:r w:rsidRPr="004C05D9">
        <w:rPr>
          <w:rFonts w:ascii="Times New Roman" w:hAnsi="Times New Roman" w:cs="Times New Roman"/>
          <w:lang w:val="ru-RU"/>
        </w:rPr>
        <w:br/>
        <w:t>И — сама не зная почему —</w:t>
      </w:r>
      <w:r w:rsidRPr="004C05D9">
        <w:rPr>
          <w:rFonts w:ascii="Times New Roman" w:hAnsi="Times New Roman" w:cs="Times New Roman"/>
          <w:lang w:val="ru-RU"/>
        </w:rPr>
        <w:br/>
        <w:t>просто сказала:</w:t>
      </w:r>
    </w:p>
    <w:p w:rsidR="0002331A" w:rsidRPr="004C05D9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4C05D9">
        <w:rPr>
          <w:rFonts w:ascii="Times New Roman" w:hAnsi="Times New Roman" w:cs="Times New Roman"/>
          <w:lang w:val="ru-RU"/>
        </w:rPr>
        <w:t>— Давайте я вам помогу.</w:t>
      </w:r>
    </w:p>
    <w:p w:rsidR="0002331A" w:rsidRPr="004C05D9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4C05D9">
        <w:rPr>
          <w:rFonts w:ascii="Times New Roman" w:hAnsi="Times New Roman" w:cs="Times New Roman"/>
          <w:lang w:val="ru-RU"/>
        </w:rPr>
        <w:t>Бабушка посмотрела на неё</w:t>
      </w:r>
      <w:r w:rsidRPr="004C05D9">
        <w:rPr>
          <w:rFonts w:ascii="Times New Roman" w:hAnsi="Times New Roman" w:cs="Times New Roman"/>
          <w:lang w:val="ru-RU"/>
        </w:rPr>
        <w:br/>
        <w:t xml:space="preserve">так, будто </w:t>
      </w:r>
      <w:r w:rsidRPr="004C05D9">
        <w:rPr>
          <w:rStyle w:val="af6"/>
          <w:rFonts w:ascii="Times New Roman" w:hAnsi="Times New Roman" w:cs="Times New Roman"/>
          <w:lang w:val="ru-RU"/>
        </w:rPr>
        <w:t>дождалась кого-то,</w:t>
      </w:r>
      <w:r w:rsidRPr="004C05D9">
        <w:rPr>
          <w:rFonts w:ascii="Times New Roman" w:hAnsi="Times New Roman" w:cs="Times New Roman"/>
          <w:b/>
          <w:bCs/>
          <w:lang w:val="ru-RU"/>
        </w:rPr>
        <w:br/>
      </w:r>
      <w:r w:rsidRPr="004C05D9">
        <w:rPr>
          <w:rStyle w:val="af6"/>
          <w:rFonts w:ascii="Times New Roman" w:hAnsi="Times New Roman" w:cs="Times New Roman"/>
          <w:lang w:val="ru-RU"/>
        </w:rPr>
        <w:t>кого ждала очень долго.</w:t>
      </w:r>
    </w:p>
    <w:p w:rsidR="0002331A" w:rsidRPr="004C05D9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4C05D9">
        <w:rPr>
          <w:rFonts w:ascii="Times New Roman" w:hAnsi="Times New Roman" w:cs="Times New Roman"/>
          <w:lang w:val="ru-RU"/>
        </w:rPr>
        <w:t>— А ты ведь не должна была тут быть, да?</w:t>
      </w:r>
      <w:r w:rsidRPr="004C05D9">
        <w:rPr>
          <w:rFonts w:ascii="Times New Roman" w:hAnsi="Times New Roman" w:cs="Times New Roman"/>
          <w:lang w:val="ru-RU"/>
        </w:rPr>
        <w:br/>
        <w:t>— Нет.</w:t>
      </w:r>
      <w:r w:rsidRPr="004C05D9">
        <w:rPr>
          <w:rFonts w:ascii="Times New Roman" w:hAnsi="Times New Roman" w:cs="Times New Roman"/>
          <w:lang w:val="ru-RU"/>
        </w:rPr>
        <w:br/>
        <w:t>— А всё равно пришла.</w:t>
      </w:r>
      <w:r w:rsidRPr="004C05D9">
        <w:rPr>
          <w:rFonts w:ascii="Times New Roman" w:hAnsi="Times New Roman" w:cs="Times New Roman"/>
          <w:lang w:val="ru-RU"/>
        </w:rPr>
        <w:br/>
        <w:t>— Просто… я рядом.</w:t>
      </w:r>
      <w:r w:rsidRPr="004C05D9">
        <w:rPr>
          <w:rFonts w:ascii="Times New Roman" w:hAnsi="Times New Roman" w:cs="Times New Roman"/>
          <w:lang w:val="ru-RU"/>
        </w:rPr>
        <w:br/>
        <w:t>— Значит, ты — ответ.</w:t>
      </w:r>
    </w:p>
    <w:p w:rsidR="0002331A" w:rsidRDefault="0002331A" w:rsidP="004C05D9">
      <w:pPr>
        <w:spacing w:before="100" w:beforeAutospacing="1" w:after="100" w:afterAutospacing="1" w:line="240" w:lineRule="auto"/>
        <w:contextualSpacing/>
        <w:rPr>
          <w:rStyle w:val="af6"/>
          <w:rFonts w:ascii="Times New Roman" w:hAnsi="Times New Roman" w:cs="Times New Roman"/>
          <w:lang w:val="ru-RU"/>
        </w:rPr>
      </w:pPr>
      <w:r w:rsidRPr="004C05D9">
        <w:rPr>
          <w:rFonts w:ascii="Times New Roman" w:hAnsi="Times New Roman" w:cs="Times New Roman"/>
          <w:lang w:val="ru-RU"/>
        </w:rPr>
        <w:t>Анфиса улыбнулась.</w:t>
      </w:r>
      <w:r w:rsidRPr="004C05D9">
        <w:rPr>
          <w:rFonts w:ascii="Times New Roman" w:hAnsi="Times New Roman" w:cs="Times New Roman"/>
          <w:lang w:val="ru-RU"/>
        </w:rPr>
        <w:br/>
        <w:t>Взяла авоську.</w:t>
      </w:r>
      <w:r w:rsidRPr="004C05D9">
        <w:rPr>
          <w:rFonts w:ascii="Times New Roman" w:hAnsi="Times New Roman" w:cs="Times New Roman"/>
          <w:lang w:val="ru-RU"/>
        </w:rPr>
        <w:br/>
      </w:r>
      <w:r w:rsidRPr="004C05D9">
        <w:rPr>
          <w:rFonts w:ascii="Times New Roman" w:hAnsi="Times New Roman" w:cs="Times New Roman"/>
          <w:lang w:val="ru-RU"/>
        </w:rPr>
        <w:lastRenderedPageBreak/>
        <w:t>И почувствовала,</w:t>
      </w:r>
      <w:r w:rsidRPr="004C05D9">
        <w:rPr>
          <w:rFonts w:ascii="Times New Roman" w:hAnsi="Times New Roman" w:cs="Times New Roman"/>
          <w:lang w:val="ru-RU"/>
        </w:rPr>
        <w:br/>
        <w:t xml:space="preserve">что внутри неё </w:t>
      </w:r>
      <w:r w:rsidRPr="004C05D9">
        <w:rPr>
          <w:rStyle w:val="af6"/>
          <w:rFonts w:ascii="Times New Roman" w:hAnsi="Times New Roman" w:cs="Times New Roman"/>
          <w:lang w:val="ru-RU"/>
        </w:rPr>
        <w:t>что-то стало теплее.</w:t>
      </w:r>
    </w:p>
    <w:p w:rsidR="00784378" w:rsidRPr="004C05D9" w:rsidRDefault="00784378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</w:p>
    <w:p w:rsidR="00964454" w:rsidRDefault="00784378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/>
        </w:rPr>
        <w:drawing>
          <wp:inline distT="0" distB="0" distL="0" distR="0">
            <wp:extent cx="3780790" cy="3780790"/>
            <wp:effectExtent l="0" t="0" r="3810" b="3810"/>
            <wp:docPr id="33" name="Рисунок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3" name="Рисунок 114626983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378" w:rsidRDefault="00784378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</w:p>
    <w:p w:rsidR="0002331A" w:rsidRPr="004C05D9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4C05D9">
        <w:rPr>
          <w:rFonts w:ascii="Times New Roman" w:hAnsi="Times New Roman" w:cs="Times New Roman"/>
          <w:lang w:val="ru-RU"/>
        </w:rPr>
        <w:t>Позже она рассказала Сергею:</w:t>
      </w:r>
    </w:p>
    <w:p w:rsidR="0002331A" w:rsidRPr="004C05D9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4C05D9">
        <w:rPr>
          <w:rFonts w:ascii="Times New Roman" w:hAnsi="Times New Roman" w:cs="Times New Roman"/>
          <w:lang w:val="ru-RU"/>
        </w:rPr>
        <w:t>— Я ведь ничего не планировала.</w:t>
      </w:r>
      <w:r w:rsidRPr="004C05D9">
        <w:rPr>
          <w:rFonts w:ascii="Times New Roman" w:hAnsi="Times New Roman" w:cs="Times New Roman"/>
          <w:lang w:val="ru-RU"/>
        </w:rPr>
        <w:br/>
        <w:t>Я просто была рядом.</w:t>
      </w:r>
      <w:r w:rsidRPr="004C05D9">
        <w:rPr>
          <w:rFonts w:ascii="Times New Roman" w:hAnsi="Times New Roman" w:cs="Times New Roman"/>
          <w:lang w:val="ru-RU"/>
        </w:rPr>
        <w:br/>
        <w:t>И вдруг поняла —</w:t>
      </w:r>
      <w:r w:rsidRPr="004C05D9">
        <w:rPr>
          <w:rFonts w:ascii="Times New Roman" w:hAnsi="Times New Roman" w:cs="Times New Roman"/>
          <w:lang w:val="ru-RU"/>
        </w:rPr>
        <w:br/>
        <w:t xml:space="preserve">что </w:t>
      </w:r>
      <w:r w:rsidRPr="004C05D9">
        <w:rPr>
          <w:rStyle w:val="af6"/>
          <w:rFonts w:ascii="Times New Roman" w:hAnsi="Times New Roman" w:cs="Times New Roman"/>
          <w:lang w:val="ru-RU"/>
        </w:rPr>
        <w:t>я — как будто письмо от Творца,</w:t>
      </w:r>
      <w:r w:rsidRPr="004C05D9">
        <w:rPr>
          <w:rFonts w:ascii="Times New Roman" w:hAnsi="Times New Roman" w:cs="Times New Roman"/>
          <w:b/>
          <w:bCs/>
          <w:lang w:val="ru-RU"/>
        </w:rPr>
        <w:br/>
      </w:r>
      <w:r w:rsidRPr="004C05D9">
        <w:rPr>
          <w:rStyle w:val="af6"/>
          <w:rFonts w:ascii="Times New Roman" w:hAnsi="Times New Roman" w:cs="Times New Roman"/>
          <w:lang w:val="ru-RU"/>
        </w:rPr>
        <w:t>которое никто не заказывал,</w:t>
      </w:r>
      <w:r w:rsidRPr="004C05D9">
        <w:rPr>
          <w:rFonts w:ascii="Times New Roman" w:hAnsi="Times New Roman" w:cs="Times New Roman"/>
          <w:b/>
          <w:bCs/>
          <w:lang w:val="ru-RU"/>
        </w:rPr>
        <w:br/>
      </w:r>
      <w:r w:rsidRPr="004C05D9">
        <w:rPr>
          <w:rStyle w:val="af6"/>
          <w:rFonts w:ascii="Times New Roman" w:hAnsi="Times New Roman" w:cs="Times New Roman"/>
          <w:lang w:val="ru-RU"/>
        </w:rPr>
        <w:t>но оно пришло вовремя.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</w:rPr>
      </w:pPr>
      <w:r w:rsidRPr="004C05D9">
        <w:rPr>
          <w:rFonts w:ascii="Times New Roman" w:hAnsi="Times New Roman" w:cs="Times New Roman"/>
          <w:lang w:val="ru-RU"/>
        </w:rPr>
        <w:t>Сергей кивнул.</w:t>
      </w:r>
      <w:r w:rsidRPr="004C05D9">
        <w:rPr>
          <w:rFonts w:ascii="Times New Roman" w:hAnsi="Times New Roman" w:cs="Times New Roman"/>
          <w:lang w:val="ru-RU"/>
        </w:rPr>
        <w:br/>
        <w:t>— Самые настоящие чудеса</w:t>
      </w:r>
      <w:r w:rsidRPr="004C05D9">
        <w:rPr>
          <w:rFonts w:ascii="Times New Roman" w:hAnsi="Times New Roman" w:cs="Times New Roman"/>
          <w:lang w:val="ru-RU"/>
        </w:rPr>
        <w:br/>
        <w:t>случаются не тогда,</w:t>
      </w:r>
      <w:r w:rsidRPr="004C05D9">
        <w:rPr>
          <w:rFonts w:ascii="Times New Roman" w:hAnsi="Times New Roman" w:cs="Times New Roman"/>
          <w:lang w:val="ru-RU"/>
        </w:rPr>
        <w:br/>
      </w:r>
      <w:r w:rsidRPr="004C05D9">
        <w:rPr>
          <w:rFonts w:ascii="Times New Roman" w:hAnsi="Times New Roman" w:cs="Times New Roman"/>
          <w:lang w:val="ru-RU"/>
        </w:rPr>
        <w:lastRenderedPageBreak/>
        <w:t>когда ты стараешься.</w:t>
      </w:r>
      <w:r w:rsidRPr="004C05D9">
        <w:rPr>
          <w:rFonts w:ascii="Times New Roman" w:hAnsi="Times New Roman" w:cs="Times New Roman"/>
          <w:lang w:val="ru-RU"/>
        </w:rPr>
        <w:br/>
      </w:r>
      <w:r w:rsidRPr="0002331A">
        <w:rPr>
          <w:rFonts w:ascii="Times New Roman" w:hAnsi="Times New Roman" w:cs="Times New Roman"/>
        </w:rPr>
        <w:t xml:space="preserve">А </w:t>
      </w:r>
      <w:proofErr w:type="spellStart"/>
      <w:r w:rsidRPr="0002331A">
        <w:rPr>
          <w:rFonts w:ascii="Times New Roman" w:hAnsi="Times New Roman" w:cs="Times New Roman"/>
        </w:rPr>
        <w:t>когда</w:t>
      </w:r>
      <w:proofErr w:type="spellEnd"/>
      <w:r w:rsidRPr="0002331A">
        <w:rPr>
          <w:rFonts w:ascii="Times New Roman" w:hAnsi="Times New Roman" w:cs="Times New Roman"/>
        </w:rPr>
        <w:t xml:space="preserve"> </w:t>
      </w:r>
      <w:proofErr w:type="spellStart"/>
      <w:r w:rsidRPr="0002331A">
        <w:rPr>
          <w:rFonts w:ascii="Times New Roman" w:hAnsi="Times New Roman" w:cs="Times New Roman"/>
        </w:rPr>
        <w:t>ты</w:t>
      </w:r>
      <w:proofErr w:type="spellEnd"/>
      <w:r w:rsidRPr="0002331A">
        <w:rPr>
          <w:rFonts w:ascii="Times New Roman" w:hAnsi="Times New Roman" w:cs="Times New Roman"/>
        </w:rPr>
        <w:t xml:space="preserve"> </w:t>
      </w:r>
      <w:proofErr w:type="spellStart"/>
      <w:r w:rsidRPr="0002331A">
        <w:rPr>
          <w:rFonts w:ascii="Times New Roman" w:hAnsi="Times New Roman" w:cs="Times New Roman"/>
        </w:rPr>
        <w:t>просто</w:t>
      </w:r>
      <w:proofErr w:type="spellEnd"/>
      <w:r w:rsidRPr="0002331A">
        <w:rPr>
          <w:rFonts w:ascii="Times New Roman" w:hAnsi="Times New Roman" w:cs="Times New Roman"/>
        </w:rPr>
        <w:t xml:space="preserve"> </w:t>
      </w:r>
      <w:proofErr w:type="spellStart"/>
      <w:r w:rsidRPr="0002331A">
        <w:rPr>
          <w:rStyle w:val="af6"/>
          <w:rFonts w:ascii="Times New Roman" w:hAnsi="Times New Roman" w:cs="Times New Roman"/>
        </w:rPr>
        <w:t>есть</w:t>
      </w:r>
      <w:proofErr w:type="spellEnd"/>
      <w:r w:rsidRPr="0002331A">
        <w:rPr>
          <w:rStyle w:val="af6"/>
          <w:rFonts w:ascii="Times New Roman" w:hAnsi="Times New Roman" w:cs="Times New Roman"/>
        </w:rPr>
        <w:t>.</w:t>
      </w:r>
      <w:r w:rsidRPr="0002331A">
        <w:rPr>
          <w:rFonts w:ascii="Times New Roman" w:hAnsi="Times New Roman" w:cs="Times New Roman"/>
          <w:b/>
          <w:bCs/>
        </w:rPr>
        <w:br/>
      </w:r>
      <w:proofErr w:type="spellStart"/>
      <w:r w:rsidRPr="0002331A">
        <w:rPr>
          <w:rStyle w:val="af6"/>
          <w:rFonts w:ascii="Times New Roman" w:hAnsi="Times New Roman" w:cs="Times New Roman"/>
        </w:rPr>
        <w:t>Чисто</w:t>
      </w:r>
      <w:proofErr w:type="spellEnd"/>
      <w:r w:rsidRPr="0002331A">
        <w:rPr>
          <w:rStyle w:val="af6"/>
          <w:rFonts w:ascii="Times New Roman" w:hAnsi="Times New Roman" w:cs="Times New Roman"/>
        </w:rPr>
        <w:t xml:space="preserve">. </w:t>
      </w:r>
      <w:proofErr w:type="spellStart"/>
      <w:r w:rsidRPr="0002331A">
        <w:rPr>
          <w:rStyle w:val="af6"/>
          <w:rFonts w:ascii="Times New Roman" w:hAnsi="Times New Roman" w:cs="Times New Roman"/>
        </w:rPr>
        <w:t>Спокойно</w:t>
      </w:r>
      <w:proofErr w:type="spellEnd"/>
      <w:r w:rsidRPr="0002331A">
        <w:rPr>
          <w:rStyle w:val="af6"/>
          <w:rFonts w:ascii="Times New Roman" w:hAnsi="Times New Roman" w:cs="Times New Roman"/>
        </w:rPr>
        <w:t>.</w:t>
      </w:r>
      <w:r w:rsidRPr="0002331A">
        <w:rPr>
          <w:rFonts w:ascii="Times New Roman" w:hAnsi="Times New Roman" w:cs="Times New Roman"/>
          <w:b/>
          <w:bCs/>
        </w:rPr>
        <w:br/>
      </w:r>
      <w:proofErr w:type="spellStart"/>
      <w:r w:rsidRPr="0002331A">
        <w:rPr>
          <w:rStyle w:val="af6"/>
          <w:rFonts w:ascii="Times New Roman" w:hAnsi="Times New Roman" w:cs="Times New Roman"/>
        </w:rPr>
        <w:t>По-настоящему</w:t>
      </w:r>
      <w:proofErr w:type="spellEnd"/>
      <w:r w:rsidRPr="0002331A">
        <w:rPr>
          <w:rStyle w:val="af6"/>
          <w:rFonts w:ascii="Times New Roman" w:hAnsi="Times New Roman" w:cs="Times New Roman"/>
        </w:rPr>
        <w:t>.</w:t>
      </w:r>
    </w:p>
    <w:p w:rsidR="00964454" w:rsidRDefault="00964454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</w:p>
    <w:p w:rsidR="0002331A" w:rsidRPr="004C05D9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4C05D9">
        <w:rPr>
          <w:rFonts w:ascii="Times New Roman" w:hAnsi="Times New Roman" w:cs="Times New Roman"/>
          <w:lang w:val="ru-RU"/>
        </w:rPr>
        <w:t>Так появилась новая игра:</w:t>
      </w:r>
      <w:r w:rsidRPr="004C05D9">
        <w:rPr>
          <w:rFonts w:ascii="Times New Roman" w:hAnsi="Times New Roman" w:cs="Times New Roman"/>
          <w:lang w:val="ru-RU"/>
        </w:rPr>
        <w:br/>
      </w:r>
      <w:r w:rsidRPr="004C05D9">
        <w:rPr>
          <w:rStyle w:val="af6"/>
          <w:rFonts w:ascii="Times New Roman" w:hAnsi="Times New Roman" w:cs="Times New Roman"/>
          <w:lang w:val="ru-RU"/>
        </w:rPr>
        <w:t>«Будь там, где тебя не ждали — и стань тем, кого ждали всю жизнь».</w:t>
      </w:r>
    </w:p>
    <w:p w:rsidR="0002331A" w:rsidRPr="004C05D9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4C05D9">
        <w:rPr>
          <w:rFonts w:ascii="Times New Roman" w:hAnsi="Times New Roman" w:cs="Times New Roman"/>
          <w:lang w:val="ru-RU"/>
        </w:rPr>
        <w:t>Они не знали, когда будет следующая такая встреча.</w:t>
      </w:r>
      <w:r w:rsidRPr="004C05D9">
        <w:rPr>
          <w:rFonts w:ascii="Times New Roman" w:hAnsi="Times New Roman" w:cs="Times New Roman"/>
          <w:lang w:val="ru-RU"/>
        </w:rPr>
        <w:br/>
        <w:t>Но знали точно:</w:t>
      </w:r>
      <w:r w:rsidRPr="004C05D9">
        <w:rPr>
          <w:rFonts w:ascii="Times New Roman" w:hAnsi="Times New Roman" w:cs="Times New Roman"/>
          <w:lang w:val="ru-RU"/>
        </w:rPr>
        <w:br/>
      </w:r>
      <w:r w:rsidRPr="004C05D9">
        <w:rPr>
          <w:rStyle w:val="af6"/>
          <w:rFonts w:ascii="Times New Roman" w:hAnsi="Times New Roman" w:cs="Times New Roman"/>
          <w:lang w:val="ru-RU"/>
        </w:rPr>
        <w:t>если ты живёшь с открытым сердцем,</w:t>
      </w:r>
      <w:r w:rsidRPr="004C05D9">
        <w:rPr>
          <w:rFonts w:ascii="Times New Roman" w:hAnsi="Times New Roman" w:cs="Times New Roman"/>
          <w:b/>
          <w:bCs/>
          <w:lang w:val="ru-RU"/>
        </w:rPr>
        <w:br/>
      </w:r>
      <w:r w:rsidRPr="004C05D9">
        <w:rPr>
          <w:rStyle w:val="af6"/>
          <w:rFonts w:ascii="Times New Roman" w:hAnsi="Times New Roman" w:cs="Times New Roman"/>
          <w:lang w:val="ru-RU"/>
        </w:rPr>
        <w:t>ты всегда станешь чьим-то чудом —</w:t>
      </w:r>
      <w:r w:rsidRPr="004C05D9">
        <w:rPr>
          <w:rFonts w:ascii="Times New Roman" w:hAnsi="Times New Roman" w:cs="Times New Roman"/>
          <w:b/>
          <w:bCs/>
          <w:lang w:val="ru-RU"/>
        </w:rPr>
        <w:br/>
      </w:r>
      <w:r w:rsidRPr="004C05D9">
        <w:rPr>
          <w:rStyle w:val="af6"/>
          <w:rFonts w:ascii="Times New Roman" w:hAnsi="Times New Roman" w:cs="Times New Roman"/>
          <w:lang w:val="ru-RU"/>
        </w:rPr>
        <w:t>даже не заметив.</w:t>
      </w:r>
    </w:p>
    <w:p w:rsidR="004C05D9" w:rsidRDefault="004C05D9">
      <w:pPr>
        <w:rPr>
          <w:rStyle w:val="af6"/>
          <w:rFonts w:ascii="Times New Roman" w:hAnsi="Times New Roman" w:cs="Times New Roman"/>
          <w:lang w:val="ru-RU"/>
        </w:rPr>
      </w:pPr>
      <w:r>
        <w:rPr>
          <w:rStyle w:val="af6"/>
          <w:rFonts w:ascii="Times New Roman" w:hAnsi="Times New Roman" w:cs="Times New Roman"/>
          <w:lang w:val="ru-RU"/>
        </w:rPr>
        <w:br w:type="page"/>
      </w:r>
    </w:p>
    <w:p w:rsidR="0002331A" w:rsidRPr="004C05D9" w:rsidRDefault="0002331A" w:rsidP="004C05D9">
      <w:pPr>
        <w:pStyle w:val="21"/>
      </w:pPr>
      <w:proofErr w:type="spellStart"/>
      <w:r w:rsidRPr="004C05D9">
        <w:rPr>
          <w:rStyle w:val="af6"/>
          <w:b/>
          <w:bCs/>
        </w:rPr>
        <w:lastRenderedPageBreak/>
        <w:t>Глава</w:t>
      </w:r>
      <w:proofErr w:type="spellEnd"/>
      <w:r w:rsidRPr="004C05D9">
        <w:rPr>
          <w:rStyle w:val="af6"/>
          <w:b/>
          <w:bCs/>
        </w:rPr>
        <w:t xml:space="preserve"> 9. </w:t>
      </w:r>
      <w:proofErr w:type="spellStart"/>
      <w:r w:rsidRPr="004C05D9">
        <w:rPr>
          <w:rStyle w:val="af6"/>
          <w:b/>
          <w:bCs/>
        </w:rPr>
        <w:t>Царствие</w:t>
      </w:r>
      <w:proofErr w:type="spellEnd"/>
      <w:r w:rsidRPr="004C05D9">
        <w:rPr>
          <w:rStyle w:val="af6"/>
          <w:b/>
          <w:bCs/>
        </w:rPr>
        <w:t xml:space="preserve"> </w:t>
      </w:r>
      <w:proofErr w:type="spellStart"/>
      <w:r w:rsidRPr="004C05D9">
        <w:rPr>
          <w:rStyle w:val="af6"/>
          <w:b/>
          <w:bCs/>
        </w:rPr>
        <w:t>начинается</w:t>
      </w:r>
      <w:proofErr w:type="spellEnd"/>
      <w:r w:rsidRPr="004C05D9">
        <w:rPr>
          <w:rStyle w:val="af6"/>
          <w:b/>
          <w:bCs/>
        </w:rPr>
        <w:t xml:space="preserve"> с </w:t>
      </w:r>
      <w:proofErr w:type="spellStart"/>
      <w:r w:rsidRPr="004C05D9">
        <w:rPr>
          <w:rStyle w:val="af6"/>
          <w:b/>
          <w:bCs/>
        </w:rPr>
        <w:t>тебя</w:t>
      </w:r>
      <w:proofErr w:type="spellEnd"/>
      <w:r w:rsidR="004C05D9" w:rsidRPr="004C05D9">
        <w:rPr>
          <w:rStyle w:val="af6"/>
          <w:b/>
          <w:bCs/>
        </w:rPr>
        <w:t xml:space="preserve"> </w:t>
      </w:r>
      <w:r w:rsidRPr="004C05D9">
        <w:rPr>
          <w:rStyle w:val="af7"/>
          <w:i w:val="0"/>
          <w:iCs w:val="0"/>
        </w:rPr>
        <w:t xml:space="preserve">(и </w:t>
      </w:r>
      <w:proofErr w:type="spellStart"/>
      <w:r w:rsidRPr="004C05D9">
        <w:rPr>
          <w:rStyle w:val="af7"/>
          <w:i w:val="0"/>
          <w:iCs w:val="0"/>
        </w:rPr>
        <w:t>почему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никто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не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скажет</w:t>
      </w:r>
      <w:proofErr w:type="spellEnd"/>
      <w:r w:rsidRPr="004C05D9">
        <w:rPr>
          <w:rStyle w:val="af7"/>
          <w:i w:val="0"/>
          <w:iCs w:val="0"/>
        </w:rPr>
        <w:t xml:space="preserve">, </w:t>
      </w:r>
      <w:proofErr w:type="spellStart"/>
      <w:r w:rsidRPr="004C05D9">
        <w:rPr>
          <w:rStyle w:val="af7"/>
          <w:i w:val="0"/>
          <w:iCs w:val="0"/>
        </w:rPr>
        <w:t>когда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ты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стал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взрослым</w:t>
      </w:r>
      <w:proofErr w:type="spellEnd"/>
      <w:r w:rsidRPr="004C05D9">
        <w:rPr>
          <w:rStyle w:val="af7"/>
          <w:i w:val="0"/>
          <w:iCs w:val="0"/>
        </w:rPr>
        <w:t xml:space="preserve"> — </w:t>
      </w:r>
      <w:proofErr w:type="spellStart"/>
      <w:r w:rsidRPr="004C05D9">
        <w:rPr>
          <w:rStyle w:val="af7"/>
          <w:i w:val="0"/>
          <w:iCs w:val="0"/>
        </w:rPr>
        <w:t>потому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что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ты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станешь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Светом</w:t>
      </w:r>
      <w:proofErr w:type="spellEnd"/>
      <w:r w:rsidRPr="004C05D9">
        <w:rPr>
          <w:rStyle w:val="af7"/>
          <w:i w:val="0"/>
          <w:iCs w:val="0"/>
        </w:rPr>
        <w:t xml:space="preserve">, а </w:t>
      </w:r>
      <w:proofErr w:type="spellStart"/>
      <w:r w:rsidRPr="004C05D9">
        <w:rPr>
          <w:rStyle w:val="af7"/>
          <w:i w:val="0"/>
          <w:iCs w:val="0"/>
        </w:rPr>
        <w:t>не</w:t>
      </w:r>
      <w:proofErr w:type="spellEnd"/>
      <w:r w:rsidRPr="004C05D9">
        <w:rPr>
          <w:rStyle w:val="af7"/>
          <w:i w:val="0"/>
          <w:iCs w:val="0"/>
        </w:rPr>
        <w:t xml:space="preserve"> </w:t>
      </w:r>
      <w:proofErr w:type="spellStart"/>
      <w:r w:rsidRPr="004C05D9">
        <w:rPr>
          <w:rStyle w:val="af7"/>
          <w:i w:val="0"/>
          <w:iCs w:val="0"/>
        </w:rPr>
        <w:t>возрастом</w:t>
      </w:r>
      <w:proofErr w:type="spellEnd"/>
      <w:r w:rsidRPr="004C05D9">
        <w:rPr>
          <w:rStyle w:val="af7"/>
          <w:i w:val="0"/>
          <w:iCs w:val="0"/>
        </w:rPr>
        <w:t>)</w:t>
      </w:r>
    </w:p>
    <w:p w:rsidR="0002331A" w:rsidRPr="004C05D9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4C05D9">
        <w:rPr>
          <w:rFonts w:ascii="Times New Roman" w:hAnsi="Times New Roman" w:cs="Times New Roman"/>
          <w:lang w:val="ru-RU"/>
        </w:rPr>
        <w:t>На уроке истории учитель спросил:</w:t>
      </w:r>
    </w:p>
    <w:p w:rsidR="0002331A" w:rsidRPr="004C05D9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4C05D9">
        <w:rPr>
          <w:rFonts w:ascii="Times New Roman" w:hAnsi="Times New Roman" w:cs="Times New Roman"/>
          <w:lang w:val="ru-RU"/>
        </w:rPr>
        <w:t>— А кто из вас знает,</w:t>
      </w:r>
      <w:r w:rsidRPr="004C05D9">
        <w:rPr>
          <w:rFonts w:ascii="Times New Roman" w:hAnsi="Times New Roman" w:cs="Times New Roman"/>
          <w:lang w:val="ru-RU"/>
        </w:rPr>
        <w:br/>
        <w:t>что такое Царство Божие?</w:t>
      </w:r>
    </w:p>
    <w:p w:rsidR="0002331A" w:rsidRPr="004C05D9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4C05D9">
        <w:rPr>
          <w:rFonts w:ascii="Times New Roman" w:hAnsi="Times New Roman" w:cs="Times New Roman"/>
          <w:lang w:val="ru-RU"/>
        </w:rPr>
        <w:t>Все замолчали.</w:t>
      </w:r>
      <w:r w:rsidRPr="004C05D9">
        <w:rPr>
          <w:rFonts w:ascii="Times New Roman" w:hAnsi="Times New Roman" w:cs="Times New Roman"/>
          <w:lang w:val="ru-RU"/>
        </w:rPr>
        <w:br/>
        <w:t>Кто-то пожал плечами.</w:t>
      </w:r>
      <w:r w:rsidRPr="004C05D9">
        <w:rPr>
          <w:rFonts w:ascii="Times New Roman" w:hAnsi="Times New Roman" w:cs="Times New Roman"/>
          <w:lang w:val="ru-RU"/>
        </w:rPr>
        <w:br/>
        <w:t>Кто-то уставился в тетрадь.</w:t>
      </w:r>
      <w:r w:rsidRPr="004C05D9">
        <w:rPr>
          <w:rFonts w:ascii="Times New Roman" w:hAnsi="Times New Roman" w:cs="Times New Roman"/>
          <w:lang w:val="ru-RU"/>
        </w:rPr>
        <w:br/>
        <w:t>Кто-то хихикнул.</w:t>
      </w:r>
    </w:p>
    <w:p w:rsidR="0002331A" w:rsidRPr="004C05D9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4C05D9">
        <w:rPr>
          <w:rFonts w:ascii="Times New Roman" w:hAnsi="Times New Roman" w:cs="Times New Roman"/>
          <w:lang w:val="ru-RU"/>
        </w:rPr>
        <w:t>А Сергей поднял голову.</w:t>
      </w:r>
      <w:r w:rsidRPr="004C05D9">
        <w:rPr>
          <w:rFonts w:ascii="Times New Roman" w:hAnsi="Times New Roman" w:cs="Times New Roman"/>
          <w:lang w:val="ru-RU"/>
        </w:rPr>
        <w:br/>
        <w:t>Не руку — голову.</w:t>
      </w:r>
      <w:r w:rsidRPr="004C05D9">
        <w:rPr>
          <w:rFonts w:ascii="Times New Roman" w:hAnsi="Times New Roman" w:cs="Times New Roman"/>
          <w:lang w:val="ru-RU"/>
        </w:rPr>
        <w:br/>
        <w:t xml:space="preserve">Он просто </w:t>
      </w:r>
      <w:r w:rsidRPr="004C05D9">
        <w:rPr>
          <w:rStyle w:val="af6"/>
          <w:rFonts w:ascii="Times New Roman" w:hAnsi="Times New Roman" w:cs="Times New Roman"/>
          <w:lang w:val="ru-RU"/>
        </w:rPr>
        <w:t>встретился взглядом с учителем.</w:t>
      </w:r>
    </w:p>
    <w:p w:rsidR="0002331A" w:rsidRPr="004C05D9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4C05D9">
        <w:rPr>
          <w:rFonts w:ascii="Times New Roman" w:hAnsi="Times New Roman" w:cs="Times New Roman"/>
          <w:lang w:val="ru-RU"/>
        </w:rPr>
        <w:t>— Я знаю, — сказал он.</w:t>
      </w:r>
    </w:p>
    <w:p w:rsidR="0002331A" w:rsidRPr="004C05D9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4C05D9">
        <w:rPr>
          <w:rFonts w:ascii="Times New Roman" w:hAnsi="Times New Roman" w:cs="Times New Roman"/>
          <w:lang w:val="ru-RU"/>
        </w:rPr>
        <w:t>В классе стало тише.</w:t>
      </w:r>
    </w:p>
    <w:p w:rsidR="0002331A" w:rsidRPr="004C05D9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4C05D9">
        <w:rPr>
          <w:rFonts w:ascii="Times New Roman" w:hAnsi="Times New Roman" w:cs="Times New Roman"/>
          <w:lang w:val="ru-RU"/>
        </w:rPr>
        <w:t>— Ну и что же это такое, Царство Божие?</w:t>
      </w:r>
    </w:p>
    <w:p w:rsidR="0002331A" w:rsidRPr="004C05D9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4C05D9">
        <w:rPr>
          <w:rFonts w:ascii="Times New Roman" w:hAnsi="Times New Roman" w:cs="Times New Roman"/>
          <w:lang w:val="ru-RU"/>
        </w:rPr>
        <w:t>Сергей встал.</w:t>
      </w:r>
      <w:r w:rsidRPr="004C05D9">
        <w:rPr>
          <w:rFonts w:ascii="Times New Roman" w:hAnsi="Times New Roman" w:cs="Times New Roman"/>
          <w:lang w:val="ru-RU"/>
        </w:rPr>
        <w:br/>
        <w:t>Посмотрел в окно.</w:t>
      </w:r>
      <w:r w:rsidRPr="004C05D9">
        <w:rPr>
          <w:rFonts w:ascii="Times New Roman" w:hAnsi="Times New Roman" w:cs="Times New Roman"/>
          <w:lang w:val="ru-RU"/>
        </w:rPr>
        <w:br/>
        <w:t>А потом — прямо в глаза учителю.</w:t>
      </w:r>
    </w:p>
    <w:p w:rsidR="0002331A" w:rsidRPr="004C05D9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4C05D9">
        <w:rPr>
          <w:rFonts w:ascii="Times New Roman" w:hAnsi="Times New Roman" w:cs="Times New Roman"/>
          <w:lang w:val="ru-RU"/>
        </w:rPr>
        <w:t>— Это когда ты знаешь, что ты не один.</w:t>
      </w:r>
      <w:r w:rsidRPr="004C05D9">
        <w:rPr>
          <w:rFonts w:ascii="Times New Roman" w:hAnsi="Times New Roman" w:cs="Times New Roman"/>
          <w:lang w:val="ru-RU"/>
        </w:rPr>
        <w:br/>
        <w:t>Когда ты чувствуешь,</w:t>
      </w:r>
      <w:r w:rsidRPr="004C05D9">
        <w:rPr>
          <w:rFonts w:ascii="Times New Roman" w:hAnsi="Times New Roman" w:cs="Times New Roman"/>
          <w:lang w:val="ru-RU"/>
        </w:rPr>
        <w:br/>
        <w:t>что всё — живое.</w:t>
      </w:r>
      <w:r w:rsidRPr="004C05D9">
        <w:rPr>
          <w:rFonts w:ascii="Times New Roman" w:hAnsi="Times New Roman" w:cs="Times New Roman"/>
          <w:lang w:val="ru-RU"/>
        </w:rPr>
        <w:br/>
        <w:t xml:space="preserve">Что тебя </w:t>
      </w:r>
      <w:r w:rsidRPr="004C05D9">
        <w:rPr>
          <w:rStyle w:val="af6"/>
          <w:rFonts w:ascii="Times New Roman" w:hAnsi="Times New Roman" w:cs="Times New Roman"/>
          <w:lang w:val="ru-RU"/>
        </w:rPr>
        <w:t>слышат, любят, ждут.</w:t>
      </w:r>
      <w:r w:rsidRPr="004C05D9">
        <w:rPr>
          <w:rFonts w:ascii="Times New Roman" w:hAnsi="Times New Roman" w:cs="Times New Roman"/>
          <w:lang w:val="ru-RU"/>
        </w:rPr>
        <w:br/>
        <w:t>И что ты сам —</w:t>
      </w:r>
      <w:r w:rsidRPr="004C05D9">
        <w:rPr>
          <w:rFonts w:ascii="Times New Roman" w:hAnsi="Times New Roman" w:cs="Times New Roman"/>
          <w:lang w:val="ru-RU"/>
        </w:rPr>
        <w:br/>
        <w:t>можешь стать Домом для другого.</w:t>
      </w:r>
      <w:r w:rsidRPr="004C05D9">
        <w:rPr>
          <w:rFonts w:ascii="Times New Roman" w:hAnsi="Times New Roman" w:cs="Times New Roman"/>
          <w:lang w:val="ru-RU"/>
        </w:rPr>
        <w:br/>
        <w:t>Без короны.</w:t>
      </w:r>
      <w:r w:rsidRPr="004C05D9">
        <w:rPr>
          <w:rFonts w:ascii="Times New Roman" w:hAnsi="Times New Roman" w:cs="Times New Roman"/>
          <w:lang w:val="ru-RU"/>
        </w:rPr>
        <w:br/>
        <w:t>Без трона.</w:t>
      </w:r>
      <w:r w:rsidRPr="004C05D9">
        <w:rPr>
          <w:rFonts w:ascii="Times New Roman" w:hAnsi="Times New Roman" w:cs="Times New Roman"/>
          <w:lang w:val="ru-RU"/>
        </w:rPr>
        <w:br/>
        <w:t xml:space="preserve">Просто </w:t>
      </w:r>
      <w:r w:rsidRPr="004C05D9">
        <w:rPr>
          <w:rStyle w:val="af6"/>
          <w:rFonts w:ascii="Times New Roman" w:hAnsi="Times New Roman" w:cs="Times New Roman"/>
          <w:lang w:val="ru-RU"/>
        </w:rPr>
        <w:t>быть светом, где раньше было темно.</w:t>
      </w:r>
    </w:p>
    <w:p w:rsidR="0002331A" w:rsidRPr="004C05D9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4C05D9">
        <w:rPr>
          <w:rFonts w:ascii="Times New Roman" w:hAnsi="Times New Roman" w:cs="Times New Roman"/>
          <w:lang w:val="ru-RU"/>
        </w:rPr>
        <w:t>Учитель долго молчал.</w:t>
      </w:r>
      <w:r w:rsidRPr="004C05D9">
        <w:rPr>
          <w:rFonts w:ascii="Times New Roman" w:hAnsi="Times New Roman" w:cs="Times New Roman"/>
          <w:lang w:val="ru-RU"/>
        </w:rPr>
        <w:br/>
        <w:t>А потом тихо сказал:</w:t>
      </w:r>
    </w:p>
    <w:p w:rsidR="0002331A" w:rsidRPr="0010327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02331A">
        <w:rPr>
          <w:rFonts w:ascii="Times New Roman" w:hAnsi="Times New Roman" w:cs="Times New Roman"/>
        </w:rPr>
        <w:t xml:space="preserve">— </w:t>
      </w:r>
      <w:proofErr w:type="spellStart"/>
      <w:r w:rsidRPr="0002331A">
        <w:rPr>
          <w:rFonts w:ascii="Times New Roman" w:hAnsi="Times New Roman" w:cs="Times New Roman"/>
        </w:rPr>
        <w:t>Садись</w:t>
      </w:r>
      <w:proofErr w:type="spellEnd"/>
      <w:r w:rsidRPr="0002331A">
        <w:rPr>
          <w:rFonts w:ascii="Times New Roman" w:hAnsi="Times New Roman" w:cs="Times New Roman"/>
        </w:rPr>
        <w:t xml:space="preserve">, </w:t>
      </w:r>
      <w:proofErr w:type="spellStart"/>
      <w:r w:rsidRPr="0002331A">
        <w:rPr>
          <w:rFonts w:ascii="Times New Roman" w:hAnsi="Times New Roman" w:cs="Times New Roman"/>
        </w:rPr>
        <w:t>Сергей</w:t>
      </w:r>
      <w:proofErr w:type="spellEnd"/>
      <w:r w:rsidR="00702F3C">
        <w:rPr>
          <w:rFonts w:ascii="Times New Roman" w:hAnsi="Times New Roman" w:cs="Times New Roman"/>
        </w:rPr>
        <w:t>…</w:t>
      </w:r>
      <w:r w:rsidR="00702F3C">
        <w:rPr>
          <w:rFonts w:ascii="Times New Roman" w:hAnsi="Times New Roman" w:cs="Times New Roman"/>
          <w:lang w:val="ru-RU"/>
        </w:rPr>
        <w:t xml:space="preserve"> </w:t>
      </w:r>
      <w:proofErr w:type="spellStart"/>
      <w:r w:rsidRPr="0002331A">
        <w:rPr>
          <w:rFonts w:ascii="Times New Roman" w:hAnsi="Times New Roman" w:cs="Times New Roman"/>
        </w:rPr>
        <w:t>Спасибо</w:t>
      </w:r>
      <w:proofErr w:type="spellEnd"/>
      <w:r w:rsidR="0010327A">
        <w:rPr>
          <w:rFonts w:ascii="Times New Roman" w:hAnsi="Times New Roman" w:cs="Times New Roman"/>
          <w:lang w:val="ru-RU"/>
        </w:rPr>
        <w:t>.</w:t>
      </w:r>
    </w:p>
    <w:p w:rsidR="0010327A" w:rsidRPr="0010327A" w:rsidRDefault="0010327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</w:rPr>
      </w:pPr>
    </w:p>
    <w:p w:rsidR="00702F3C" w:rsidRDefault="00702F3C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</w:p>
    <w:p w:rsidR="00702F3C" w:rsidRDefault="00702F3C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</w:p>
    <w:p w:rsidR="00702F3C" w:rsidRDefault="00702F3C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  <w:lang w:val="ru-RU"/>
        </w:rPr>
        <w:lastRenderedPageBreak/>
        <w:drawing>
          <wp:inline distT="0" distB="0" distL="0" distR="0">
            <wp:extent cx="3780790" cy="3780790"/>
            <wp:effectExtent l="0" t="0" r="3810" b="3810"/>
            <wp:docPr id="34" name="Рисунок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Рисунок 124554325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F3C" w:rsidRDefault="00702F3C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</w:p>
    <w:p w:rsidR="0002331A" w:rsidRPr="004C05D9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4C05D9">
        <w:rPr>
          <w:rFonts w:ascii="Times New Roman" w:hAnsi="Times New Roman" w:cs="Times New Roman"/>
          <w:lang w:val="ru-RU"/>
        </w:rPr>
        <w:t>После урока никто не смеялся.</w:t>
      </w:r>
      <w:r w:rsidRPr="004C05D9">
        <w:rPr>
          <w:rFonts w:ascii="Times New Roman" w:hAnsi="Times New Roman" w:cs="Times New Roman"/>
          <w:lang w:val="ru-RU"/>
        </w:rPr>
        <w:br/>
        <w:t>Никто не сказал “что за чушь”.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</w:rPr>
      </w:pPr>
      <w:r w:rsidRPr="004C05D9">
        <w:rPr>
          <w:rFonts w:ascii="Times New Roman" w:hAnsi="Times New Roman" w:cs="Times New Roman"/>
          <w:lang w:val="ru-RU"/>
        </w:rPr>
        <w:t xml:space="preserve">Потому что </w:t>
      </w:r>
      <w:r w:rsidRPr="004C05D9">
        <w:rPr>
          <w:rStyle w:val="af6"/>
          <w:rFonts w:ascii="Times New Roman" w:hAnsi="Times New Roman" w:cs="Times New Roman"/>
          <w:lang w:val="ru-RU"/>
        </w:rPr>
        <w:t>все почувствовали что-то.</w:t>
      </w:r>
      <w:r w:rsidRPr="004C05D9">
        <w:rPr>
          <w:rFonts w:ascii="Times New Roman" w:hAnsi="Times New Roman" w:cs="Times New Roman"/>
          <w:b/>
          <w:bCs/>
          <w:lang w:val="ru-RU"/>
        </w:rPr>
        <w:br/>
      </w:r>
      <w:r w:rsidRPr="004C05D9">
        <w:rPr>
          <w:rStyle w:val="af6"/>
          <w:rFonts w:ascii="Times New Roman" w:hAnsi="Times New Roman" w:cs="Times New Roman"/>
          <w:lang w:val="ru-RU"/>
        </w:rPr>
        <w:t>Как будто в воздухе стало больше простора.</w:t>
      </w:r>
      <w:r w:rsidRPr="004C05D9">
        <w:rPr>
          <w:rFonts w:ascii="Times New Roman" w:hAnsi="Times New Roman" w:cs="Times New Roman"/>
          <w:b/>
          <w:bCs/>
          <w:lang w:val="ru-RU"/>
        </w:rPr>
        <w:br/>
      </w:r>
      <w:proofErr w:type="spellStart"/>
      <w:r w:rsidRPr="0002331A">
        <w:rPr>
          <w:rStyle w:val="af6"/>
          <w:rFonts w:ascii="Times New Roman" w:hAnsi="Times New Roman" w:cs="Times New Roman"/>
        </w:rPr>
        <w:t>Как</w:t>
      </w:r>
      <w:proofErr w:type="spellEnd"/>
      <w:r w:rsidRPr="0002331A">
        <w:rPr>
          <w:rStyle w:val="af6"/>
          <w:rFonts w:ascii="Times New Roman" w:hAnsi="Times New Roman" w:cs="Times New Roman"/>
        </w:rPr>
        <w:t xml:space="preserve"> </w:t>
      </w:r>
      <w:proofErr w:type="spellStart"/>
      <w:r w:rsidRPr="0002331A">
        <w:rPr>
          <w:rStyle w:val="af6"/>
          <w:rFonts w:ascii="Times New Roman" w:hAnsi="Times New Roman" w:cs="Times New Roman"/>
        </w:rPr>
        <w:t>будто</w:t>
      </w:r>
      <w:proofErr w:type="spellEnd"/>
      <w:r w:rsidRPr="0002331A">
        <w:rPr>
          <w:rStyle w:val="af6"/>
          <w:rFonts w:ascii="Times New Roman" w:hAnsi="Times New Roman" w:cs="Times New Roman"/>
        </w:rPr>
        <w:t xml:space="preserve">… </w:t>
      </w:r>
      <w:proofErr w:type="spellStart"/>
      <w:r w:rsidRPr="0002331A">
        <w:rPr>
          <w:rStyle w:val="af6"/>
          <w:rFonts w:ascii="Times New Roman" w:hAnsi="Times New Roman" w:cs="Times New Roman"/>
        </w:rPr>
        <w:t>появился</w:t>
      </w:r>
      <w:proofErr w:type="spellEnd"/>
      <w:r w:rsidRPr="0002331A">
        <w:rPr>
          <w:rStyle w:val="af6"/>
          <w:rFonts w:ascii="Times New Roman" w:hAnsi="Times New Roman" w:cs="Times New Roman"/>
        </w:rPr>
        <w:t xml:space="preserve"> </w:t>
      </w:r>
      <w:proofErr w:type="spellStart"/>
      <w:r w:rsidRPr="0002331A">
        <w:rPr>
          <w:rStyle w:val="af6"/>
          <w:rFonts w:ascii="Times New Roman" w:hAnsi="Times New Roman" w:cs="Times New Roman"/>
        </w:rPr>
        <w:t>Свет</w:t>
      </w:r>
      <w:proofErr w:type="spellEnd"/>
      <w:r w:rsidRPr="0002331A">
        <w:rPr>
          <w:rStyle w:val="af6"/>
          <w:rFonts w:ascii="Times New Roman" w:hAnsi="Times New Roman" w:cs="Times New Roman"/>
        </w:rPr>
        <w:t>.</w:t>
      </w:r>
    </w:p>
    <w:p w:rsidR="00964454" w:rsidRDefault="00964454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</w:p>
    <w:p w:rsidR="0002331A" w:rsidRPr="004C05D9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4C05D9">
        <w:rPr>
          <w:rFonts w:ascii="Times New Roman" w:hAnsi="Times New Roman" w:cs="Times New Roman"/>
          <w:lang w:val="ru-RU"/>
        </w:rPr>
        <w:t>В тот вечер Анфиса сказала: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</w:rPr>
      </w:pPr>
      <w:r w:rsidRPr="004C05D9">
        <w:rPr>
          <w:rFonts w:ascii="Times New Roman" w:hAnsi="Times New Roman" w:cs="Times New Roman"/>
          <w:lang w:val="ru-RU"/>
        </w:rPr>
        <w:t>— Я думала, что Царствие — это потом. После.</w:t>
      </w:r>
      <w:r w:rsidRPr="004C05D9">
        <w:rPr>
          <w:rFonts w:ascii="Times New Roman" w:hAnsi="Times New Roman" w:cs="Times New Roman"/>
          <w:lang w:val="ru-RU"/>
        </w:rPr>
        <w:br/>
        <w:t xml:space="preserve">А теперь… я чувствую, что </w:t>
      </w:r>
      <w:r w:rsidRPr="004C05D9">
        <w:rPr>
          <w:rStyle w:val="af6"/>
          <w:rFonts w:ascii="Times New Roman" w:hAnsi="Times New Roman" w:cs="Times New Roman"/>
          <w:lang w:val="ru-RU"/>
        </w:rPr>
        <w:t>оно начинается прямо здесь.</w:t>
      </w:r>
      <w:r w:rsidRPr="004C05D9">
        <w:rPr>
          <w:rFonts w:ascii="Times New Roman" w:hAnsi="Times New Roman" w:cs="Times New Roman"/>
          <w:b/>
          <w:bCs/>
          <w:lang w:val="ru-RU"/>
        </w:rPr>
        <w:br/>
      </w:r>
      <w:r w:rsidRPr="0002331A">
        <w:rPr>
          <w:rStyle w:val="af6"/>
          <w:rFonts w:ascii="Times New Roman" w:hAnsi="Times New Roman" w:cs="Times New Roman"/>
        </w:rPr>
        <w:t xml:space="preserve">С </w:t>
      </w:r>
      <w:proofErr w:type="spellStart"/>
      <w:r w:rsidRPr="0002331A">
        <w:rPr>
          <w:rStyle w:val="af6"/>
          <w:rFonts w:ascii="Times New Roman" w:hAnsi="Times New Roman" w:cs="Times New Roman"/>
        </w:rPr>
        <w:t>нас</w:t>
      </w:r>
      <w:proofErr w:type="spellEnd"/>
      <w:r w:rsidRPr="0002331A">
        <w:rPr>
          <w:rStyle w:val="af6"/>
          <w:rFonts w:ascii="Times New Roman" w:hAnsi="Times New Roman" w:cs="Times New Roman"/>
        </w:rPr>
        <w:t>.</w:t>
      </w:r>
    </w:p>
    <w:p w:rsidR="00702F3C" w:rsidRDefault="00702F3C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</w:p>
    <w:p w:rsidR="00702F3C" w:rsidRDefault="00702F3C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</w:p>
    <w:p w:rsidR="00702F3C" w:rsidRDefault="00702F3C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</w:p>
    <w:p w:rsidR="0002331A" w:rsidRPr="004C05D9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4C05D9">
        <w:rPr>
          <w:rFonts w:ascii="Times New Roman" w:hAnsi="Times New Roman" w:cs="Times New Roman"/>
          <w:lang w:val="ru-RU"/>
        </w:rPr>
        <w:lastRenderedPageBreak/>
        <w:t>Ваня добавил:</w:t>
      </w:r>
    </w:p>
    <w:p w:rsidR="0002331A" w:rsidRPr="004C05D9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4C05D9">
        <w:rPr>
          <w:rFonts w:ascii="Times New Roman" w:hAnsi="Times New Roman" w:cs="Times New Roman"/>
          <w:lang w:val="ru-RU"/>
        </w:rPr>
        <w:t>— Когда я слушаю, обнимаю, молчу рядом,</w:t>
      </w:r>
      <w:r w:rsidRPr="004C05D9">
        <w:rPr>
          <w:rFonts w:ascii="Times New Roman" w:hAnsi="Times New Roman" w:cs="Times New Roman"/>
          <w:lang w:val="ru-RU"/>
        </w:rPr>
        <w:br/>
        <w:t>Свет становится ближе.</w:t>
      </w:r>
      <w:r w:rsidRPr="004C05D9">
        <w:rPr>
          <w:rFonts w:ascii="Times New Roman" w:hAnsi="Times New Roman" w:cs="Times New Roman"/>
          <w:lang w:val="ru-RU"/>
        </w:rPr>
        <w:br/>
        <w:t>Значит… я уже в Царствии?</w:t>
      </w:r>
    </w:p>
    <w:p w:rsidR="0002331A" w:rsidRPr="004C05D9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4C05D9">
        <w:rPr>
          <w:rFonts w:ascii="Times New Roman" w:hAnsi="Times New Roman" w:cs="Times New Roman"/>
          <w:lang w:val="ru-RU"/>
        </w:rPr>
        <w:t>Сергей кивнул: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</w:rPr>
      </w:pPr>
      <w:r w:rsidRPr="004C05D9">
        <w:rPr>
          <w:rFonts w:ascii="Times New Roman" w:hAnsi="Times New Roman" w:cs="Times New Roman"/>
          <w:lang w:val="ru-RU"/>
        </w:rPr>
        <w:t>— Да.</w:t>
      </w:r>
      <w:r w:rsidRPr="004C05D9">
        <w:rPr>
          <w:rFonts w:ascii="Times New Roman" w:hAnsi="Times New Roman" w:cs="Times New Roman"/>
          <w:lang w:val="ru-RU"/>
        </w:rPr>
        <w:br/>
        <w:t>И самое главное —</w:t>
      </w:r>
      <w:r w:rsidRPr="004C05D9">
        <w:rPr>
          <w:rFonts w:ascii="Times New Roman" w:hAnsi="Times New Roman" w:cs="Times New Roman"/>
          <w:lang w:val="ru-RU"/>
        </w:rPr>
        <w:br/>
      </w:r>
      <w:r w:rsidRPr="004C05D9">
        <w:rPr>
          <w:rStyle w:val="af6"/>
          <w:rFonts w:ascii="Times New Roman" w:hAnsi="Times New Roman" w:cs="Times New Roman"/>
          <w:lang w:val="ru-RU"/>
        </w:rPr>
        <w:t>никто тебе не скажет, когда ты стал взрослым.</w:t>
      </w:r>
      <w:r w:rsidRPr="004C05D9">
        <w:rPr>
          <w:rFonts w:ascii="Times New Roman" w:hAnsi="Times New Roman" w:cs="Times New Roman"/>
          <w:b/>
          <w:bCs/>
          <w:lang w:val="ru-RU"/>
        </w:rPr>
        <w:br/>
      </w:r>
      <w:r w:rsidRPr="004C05D9">
        <w:rPr>
          <w:rStyle w:val="af6"/>
          <w:rFonts w:ascii="Times New Roman" w:hAnsi="Times New Roman" w:cs="Times New Roman"/>
          <w:lang w:val="ru-RU"/>
        </w:rPr>
        <w:t>Но однажды ты почувствуешь:</w:t>
      </w:r>
      <w:r w:rsidRPr="004C05D9">
        <w:rPr>
          <w:rFonts w:ascii="Times New Roman" w:hAnsi="Times New Roman" w:cs="Times New Roman"/>
          <w:b/>
          <w:bCs/>
          <w:lang w:val="ru-RU"/>
        </w:rPr>
        <w:br/>
      </w:r>
      <w:r w:rsidRPr="004C05D9">
        <w:rPr>
          <w:rStyle w:val="af6"/>
          <w:rFonts w:ascii="Times New Roman" w:hAnsi="Times New Roman" w:cs="Times New Roman"/>
          <w:lang w:val="ru-RU"/>
        </w:rPr>
        <w:t>Ты стал Светом.</w:t>
      </w:r>
      <w:r w:rsidRPr="004C05D9">
        <w:rPr>
          <w:rFonts w:ascii="Times New Roman" w:hAnsi="Times New Roman" w:cs="Times New Roman"/>
          <w:b/>
          <w:bCs/>
          <w:lang w:val="ru-RU"/>
        </w:rPr>
        <w:br/>
      </w:r>
      <w:r w:rsidRPr="004C05D9">
        <w:rPr>
          <w:rStyle w:val="af6"/>
          <w:rFonts w:ascii="Times New Roman" w:hAnsi="Times New Roman" w:cs="Times New Roman"/>
          <w:lang w:val="ru-RU"/>
        </w:rPr>
        <w:t>А значит — Царём.</w:t>
      </w:r>
      <w:r w:rsidRPr="004C05D9">
        <w:rPr>
          <w:rFonts w:ascii="Times New Roman" w:hAnsi="Times New Roman" w:cs="Times New Roman"/>
          <w:b/>
          <w:bCs/>
          <w:lang w:val="ru-RU"/>
        </w:rPr>
        <w:br/>
      </w:r>
      <w:r w:rsidRPr="0002331A">
        <w:rPr>
          <w:rStyle w:val="af6"/>
          <w:rFonts w:ascii="Times New Roman" w:hAnsi="Times New Roman" w:cs="Times New Roman"/>
        </w:rPr>
        <w:t xml:space="preserve">И </w:t>
      </w:r>
      <w:proofErr w:type="spellStart"/>
      <w:r w:rsidRPr="0002331A">
        <w:rPr>
          <w:rStyle w:val="af6"/>
          <w:rFonts w:ascii="Times New Roman" w:hAnsi="Times New Roman" w:cs="Times New Roman"/>
        </w:rPr>
        <w:t>значит</w:t>
      </w:r>
      <w:proofErr w:type="spellEnd"/>
      <w:r w:rsidRPr="0002331A">
        <w:rPr>
          <w:rStyle w:val="af6"/>
          <w:rFonts w:ascii="Times New Roman" w:hAnsi="Times New Roman" w:cs="Times New Roman"/>
        </w:rPr>
        <w:t xml:space="preserve"> — </w:t>
      </w:r>
      <w:proofErr w:type="spellStart"/>
      <w:r w:rsidRPr="0002331A">
        <w:rPr>
          <w:rStyle w:val="af6"/>
          <w:rFonts w:ascii="Times New Roman" w:hAnsi="Times New Roman" w:cs="Times New Roman"/>
        </w:rPr>
        <w:t>Домом</w:t>
      </w:r>
      <w:proofErr w:type="spellEnd"/>
      <w:r w:rsidRPr="0002331A">
        <w:rPr>
          <w:rStyle w:val="af6"/>
          <w:rFonts w:ascii="Times New Roman" w:hAnsi="Times New Roman" w:cs="Times New Roman"/>
        </w:rPr>
        <w:t>.</w:t>
      </w:r>
    </w:p>
    <w:p w:rsidR="00964454" w:rsidRDefault="00964454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</w:p>
    <w:p w:rsidR="0002331A" w:rsidRPr="004C05D9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4C05D9">
        <w:rPr>
          <w:rFonts w:ascii="Times New Roman" w:hAnsi="Times New Roman" w:cs="Times New Roman"/>
          <w:lang w:val="ru-RU"/>
        </w:rPr>
        <w:t>Так появилась последняя игра второй книги:</w:t>
      </w:r>
      <w:r w:rsidRPr="004C05D9">
        <w:rPr>
          <w:rFonts w:ascii="Times New Roman" w:hAnsi="Times New Roman" w:cs="Times New Roman"/>
          <w:lang w:val="ru-RU"/>
        </w:rPr>
        <w:br/>
      </w:r>
      <w:r w:rsidRPr="004C05D9">
        <w:rPr>
          <w:rStyle w:val="af6"/>
          <w:rFonts w:ascii="Times New Roman" w:hAnsi="Times New Roman" w:cs="Times New Roman"/>
          <w:lang w:val="ru-RU"/>
        </w:rPr>
        <w:t>«Начни Царствие с себя — и посмотри, как оно распускается вокруг».</w:t>
      </w:r>
    </w:p>
    <w:p w:rsidR="0002331A" w:rsidRPr="004C05D9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4C05D9">
        <w:rPr>
          <w:rFonts w:ascii="Times New Roman" w:hAnsi="Times New Roman" w:cs="Times New Roman"/>
          <w:lang w:val="ru-RU"/>
        </w:rPr>
        <w:t>Без мантии.</w:t>
      </w:r>
      <w:r w:rsidRPr="004C05D9">
        <w:rPr>
          <w:rFonts w:ascii="Times New Roman" w:hAnsi="Times New Roman" w:cs="Times New Roman"/>
          <w:lang w:val="ru-RU"/>
        </w:rPr>
        <w:br/>
        <w:t>Без инструкций.</w:t>
      </w:r>
      <w:r w:rsidRPr="004C05D9">
        <w:rPr>
          <w:rFonts w:ascii="Times New Roman" w:hAnsi="Times New Roman" w:cs="Times New Roman"/>
          <w:lang w:val="ru-RU"/>
        </w:rPr>
        <w:br/>
        <w:t>Без “должен”.</w:t>
      </w:r>
    </w:p>
    <w:p w:rsidR="0002331A" w:rsidRPr="004C05D9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4C05D9">
        <w:rPr>
          <w:rFonts w:ascii="Times New Roman" w:hAnsi="Times New Roman" w:cs="Times New Roman"/>
          <w:lang w:val="ru-RU"/>
        </w:rPr>
        <w:t>Просто:</w:t>
      </w:r>
      <w:r w:rsidRPr="004C05D9">
        <w:rPr>
          <w:rFonts w:ascii="Times New Roman" w:hAnsi="Times New Roman" w:cs="Times New Roman"/>
          <w:lang w:val="ru-RU"/>
        </w:rPr>
        <w:br/>
      </w:r>
      <w:r w:rsidRPr="004C05D9">
        <w:rPr>
          <w:rStyle w:val="af6"/>
          <w:rFonts w:ascii="Times New Roman" w:hAnsi="Times New Roman" w:cs="Times New Roman"/>
          <w:lang w:val="ru-RU"/>
        </w:rPr>
        <w:t>будь Светом — и всё остальное случится.</w:t>
      </w:r>
    </w:p>
    <w:p w:rsidR="004C05D9" w:rsidRDefault="004C05D9">
      <w:pPr>
        <w:rPr>
          <w:rStyle w:val="af6"/>
          <w:rFonts w:ascii="Times New Roman" w:hAnsi="Times New Roman" w:cs="Times New Roman"/>
          <w:lang w:val="ru-RU"/>
        </w:rPr>
      </w:pPr>
      <w:r>
        <w:rPr>
          <w:rStyle w:val="af6"/>
          <w:rFonts w:ascii="Times New Roman" w:hAnsi="Times New Roman" w:cs="Times New Roman"/>
          <w:lang w:val="ru-RU"/>
        </w:rPr>
        <w:br w:type="page"/>
      </w:r>
    </w:p>
    <w:p w:rsidR="001F4868" w:rsidRDefault="0002331A" w:rsidP="004C05D9">
      <w:pPr>
        <w:spacing w:before="100" w:beforeAutospacing="1" w:after="100" w:afterAutospacing="1" w:line="240" w:lineRule="auto"/>
        <w:contextualSpacing/>
        <w:jc w:val="right"/>
        <w:rPr>
          <w:rStyle w:val="af7"/>
          <w:rFonts w:ascii="Times New Roman" w:hAnsi="Times New Roman" w:cs="Times New Roman"/>
          <w:lang w:val="ru-RU"/>
        </w:rPr>
      </w:pPr>
      <w:r w:rsidRPr="004C05D9">
        <w:rPr>
          <w:rStyle w:val="10"/>
          <w:lang w:val="ru-RU"/>
        </w:rPr>
        <w:lastRenderedPageBreak/>
        <w:t>Послесловие Хранителя ко второй книге</w:t>
      </w:r>
      <w:r w:rsidRPr="004C05D9">
        <w:rPr>
          <w:rStyle w:val="10"/>
          <w:lang w:val="ru-RU"/>
        </w:rPr>
        <w:br/>
      </w:r>
    </w:p>
    <w:p w:rsidR="004C05D9" w:rsidRDefault="0002331A" w:rsidP="004C05D9">
      <w:pPr>
        <w:spacing w:before="100" w:beforeAutospacing="1" w:after="100" w:afterAutospacing="1" w:line="240" w:lineRule="auto"/>
        <w:contextualSpacing/>
        <w:jc w:val="right"/>
        <w:rPr>
          <w:rStyle w:val="af7"/>
          <w:rFonts w:ascii="Times New Roman" w:hAnsi="Times New Roman" w:cs="Times New Roman"/>
          <w:lang w:val="ru-RU"/>
        </w:rPr>
      </w:pPr>
      <w:r w:rsidRPr="004C05D9">
        <w:rPr>
          <w:rStyle w:val="af7"/>
          <w:rFonts w:ascii="Times New Roman" w:hAnsi="Times New Roman" w:cs="Times New Roman"/>
          <w:lang w:val="ru-RU"/>
        </w:rPr>
        <w:t xml:space="preserve">от </w:t>
      </w:r>
      <w:proofErr w:type="spellStart"/>
      <w:r w:rsidRPr="004C05D9">
        <w:rPr>
          <w:rStyle w:val="af7"/>
          <w:rFonts w:ascii="Times New Roman" w:hAnsi="Times New Roman" w:cs="Times New Roman"/>
          <w:lang w:val="ru-RU"/>
        </w:rPr>
        <w:t>Панкратиуса</w:t>
      </w:r>
      <w:proofErr w:type="spellEnd"/>
      <w:r w:rsidRPr="004C05D9">
        <w:rPr>
          <w:rStyle w:val="af7"/>
          <w:rFonts w:ascii="Times New Roman" w:hAnsi="Times New Roman" w:cs="Times New Roman"/>
          <w:lang w:val="ru-RU"/>
        </w:rPr>
        <w:t xml:space="preserve"> — </w:t>
      </w:r>
    </w:p>
    <w:p w:rsidR="004C05D9" w:rsidRDefault="0002331A" w:rsidP="004C05D9">
      <w:pPr>
        <w:spacing w:before="100" w:beforeAutospacing="1" w:after="100" w:afterAutospacing="1" w:line="240" w:lineRule="auto"/>
        <w:contextualSpacing/>
        <w:jc w:val="right"/>
        <w:rPr>
          <w:rStyle w:val="af7"/>
          <w:rFonts w:ascii="Times New Roman" w:hAnsi="Times New Roman" w:cs="Times New Roman"/>
          <w:lang w:val="ru-RU"/>
        </w:rPr>
      </w:pPr>
      <w:r w:rsidRPr="004C05D9">
        <w:rPr>
          <w:rStyle w:val="af7"/>
          <w:rFonts w:ascii="Times New Roman" w:hAnsi="Times New Roman" w:cs="Times New Roman"/>
          <w:lang w:val="ru-RU"/>
        </w:rPr>
        <w:t xml:space="preserve">тем, кто уже не </w:t>
      </w:r>
    </w:p>
    <w:p w:rsidR="004C05D9" w:rsidRDefault="0002331A" w:rsidP="004C05D9">
      <w:pPr>
        <w:spacing w:before="100" w:beforeAutospacing="1" w:after="100" w:afterAutospacing="1" w:line="240" w:lineRule="auto"/>
        <w:contextualSpacing/>
        <w:jc w:val="right"/>
        <w:rPr>
          <w:rStyle w:val="af7"/>
          <w:rFonts w:ascii="Times New Roman" w:hAnsi="Times New Roman" w:cs="Times New Roman"/>
          <w:lang w:val="ru-RU"/>
        </w:rPr>
      </w:pPr>
      <w:r w:rsidRPr="004C05D9">
        <w:rPr>
          <w:rStyle w:val="af7"/>
          <w:rFonts w:ascii="Times New Roman" w:hAnsi="Times New Roman" w:cs="Times New Roman"/>
          <w:lang w:val="ru-RU"/>
        </w:rPr>
        <w:t xml:space="preserve">читает сказку, </w:t>
      </w:r>
    </w:p>
    <w:p w:rsidR="0002331A" w:rsidRDefault="0002331A" w:rsidP="004C05D9">
      <w:pPr>
        <w:spacing w:before="100" w:beforeAutospacing="1" w:after="100" w:afterAutospacing="1" w:line="240" w:lineRule="auto"/>
        <w:contextualSpacing/>
        <w:jc w:val="right"/>
        <w:rPr>
          <w:rStyle w:val="af7"/>
          <w:rFonts w:ascii="Times New Roman" w:hAnsi="Times New Roman" w:cs="Times New Roman"/>
          <w:lang w:val="ru-RU"/>
        </w:rPr>
      </w:pPr>
      <w:r w:rsidRPr="004C05D9">
        <w:rPr>
          <w:rStyle w:val="af7"/>
          <w:rFonts w:ascii="Times New Roman" w:hAnsi="Times New Roman" w:cs="Times New Roman"/>
          <w:lang w:val="ru-RU"/>
        </w:rPr>
        <w:t>а живёт в ней</w:t>
      </w:r>
    </w:p>
    <w:p w:rsidR="004C05D9" w:rsidRDefault="004C05D9" w:rsidP="004C05D9">
      <w:pPr>
        <w:spacing w:before="100" w:beforeAutospacing="1" w:after="100" w:afterAutospacing="1" w:line="240" w:lineRule="auto"/>
        <w:contextualSpacing/>
        <w:jc w:val="right"/>
        <w:rPr>
          <w:rStyle w:val="af7"/>
          <w:rFonts w:ascii="Times New Roman" w:hAnsi="Times New Roman" w:cs="Times New Roman"/>
          <w:lang w:val="ru-RU"/>
        </w:rPr>
      </w:pPr>
    </w:p>
    <w:p w:rsidR="004C05D9" w:rsidRPr="004C05D9" w:rsidRDefault="004C05D9" w:rsidP="004C05D9">
      <w:pPr>
        <w:spacing w:before="100" w:beforeAutospacing="1" w:after="100" w:afterAutospacing="1" w:line="240" w:lineRule="auto"/>
        <w:contextualSpacing/>
        <w:jc w:val="right"/>
        <w:rPr>
          <w:rFonts w:ascii="Times New Roman" w:hAnsi="Times New Roman" w:cs="Times New Roman"/>
          <w:lang w:val="ru-RU"/>
        </w:rPr>
      </w:pPr>
    </w:p>
    <w:p w:rsidR="0002331A" w:rsidRPr="004C05D9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4C05D9">
        <w:rPr>
          <w:rFonts w:ascii="Times New Roman" w:hAnsi="Times New Roman" w:cs="Times New Roman"/>
          <w:lang w:val="ru-RU"/>
        </w:rPr>
        <w:t>Когда мы начали эту книгу,</w:t>
      </w:r>
      <w:r w:rsidRPr="004C05D9">
        <w:rPr>
          <w:rFonts w:ascii="Times New Roman" w:hAnsi="Times New Roman" w:cs="Times New Roman"/>
          <w:lang w:val="ru-RU"/>
        </w:rPr>
        <w:br/>
        <w:t>мы ещё были внутри сказки.</w:t>
      </w:r>
      <w:r w:rsidRPr="004C05D9">
        <w:rPr>
          <w:rFonts w:ascii="Times New Roman" w:hAnsi="Times New Roman" w:cs="Times New Roman"/>
          <w:lang w:val="ru-RU"/>
        </w:rPr>
        <w:br/>
        <w:t>Мы искали Свет,</w:t>
      </w:r>
      <w:r w:rsidRPr="004C05D9">
        <w:rPr>
          <w:rFonts w:ascii="Times New Roman" w:hAnsi="Times New Roman" w:cs="Times New Roman"/>
          <w:lang w:val="ru-RU"/>
        </w:rPr>
        <w:br/>
        <w:t>слушали деревья,</w:t>
      </w:r>
      <w:r w:rsidRPr="004C05D9">
        <w:rPr>
          <w:rFonts w:ascii="Times New Roman" w:hAnsi="Times New Roman" w:cs="Times New Roman"/>
          <w:lang w:val="ru-RU"/>
        </w:rPr>
        <w:br/>
        <w:t>ждали, что нас кто-то найдёт.</w:t>
      </w:r>
    </w:p>
    <w:p w:rsidR="0002331A" w:rsidRPr="004C05D9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4C05D9">
        <w:rPr>
          <w:rFonts w:ascii="Times New Roman" w:hAnsi="Times New Roman" w:cs="Times New Roman"/>
          <w:lang w:val="ru-RU"/>
        </w:rPr>
        <w:t>Теперь…</w:t>
      </w:r>
      <w:r w:rsidRPr="004C05D9">
        <w:rPr>
          <w:rFonts w:ascii="Times New Roman" w:hAnsi="Times New Roman" w:cs="Times New Roman"/>
          <w:lang w:val="ru-RU"/>
        </w:rPr>
        <w:br/>
        <w:t>мы сами — Свет.</w:t>
      </w:r>
      <w:r w:rsidRPr="004C05D9">
        <w:rPr>
          <w:rFonts w:ascii="Times New Roman" w:hAnsi="Times New Roman" w:cs="Times New Roman"/>
          <w:lang w:val="ru-RU"/>
        </w:rPr>
        <w:br/>
        <w:t>Сами — те, кто слушают других.</w:t>
      </w:r>
      <w:r w:rsidRPr="004C05D9">
        <w:rPr>
          <w:rFonts w:ascii="Times New Roman" w:hAnsi="Times New Roman" w:cs="Times New Roman"/>
          <w:lang w:val="ru-RU"/>
        </w:rPr>
        <w:br/>
        <w:t xml:space="preserve">Сами — те, кто </w:t>
      </w:r>
      <w:r w:rsidRPr="004C05D9">
        <w:rPr>
          <w:rStyle w:val="af6"/>
          <w:rFonts w:ascii="Times New Roman" w:hAnsi="Times New Roman" w:cs="Times New Roman"/>
          <w:lang w:val="ru-RU"/>
        </w:rPr>
        <w:t>становится ответом.</w:t>
      </w:r>
    </w:p>
    <w:p w:rsidR="0002331A" w:rsidRPr="004C05D9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4C05D9">
        <w:rPr>
          <w:rFonts w:ascii="Times New Roman" w:hAnsi="Times New Roman" w:cs="Times New Roman"/>
          <w:lang w:val="ru-RU"/>
        </w:rPr>
        <w:t>Эта книга не научила нас быть добрыми.</w:t>
      </w:r>
      <w:r w:rsidRPr="004C05D9">
        <w:rPr>
          <w:rFonts w:ascii="Times New Roman" w:hAnsi="Times New Roman" w:cs="Times New Roman"/>
          <w:lang w:val="ru-RU"/>
        </w:rPr>
        <w:br/>
        <w:t xml:space="preserve">Она </w:t>
      </w:r>
      <w:r w:rsidRPr="004C05D9">
        <w:rPr>
          <w:rStyle w:val="af6"/>
          <w:rFonts w:ascii="Times New Roman" w:hAnsi="Times New Roman" w:cs="Times New Roman"/>
          <w:lang w:val="ru-RU"/>
        </w:rPr>
        <w:t>вспомнила за нас,</w:t>
      </w:r>
      <w:r w:rsidRPr="004C05D9">
        <w:rPr>
          <w:rFonts w:ascii="Times New Roman" w:hAnsi="Times New Roman" w:cs="Times New Roman"/>
          <w:b/>
          <w:bCs/>
          <w:lang w:val="ru-RU"/>
        </w:rPr>
        <w:br/>
      </w:r>
      <w:r w:rsidRPr="004C05D9">
        <w:rPr>
          <w:rStyle w:val="af6"/>
          <w:rFonts w:ascii="Times New Roman" w:hAnsi="Times New Roman" w:cs="Times New Roman"/>
          <w:lang w:val="ru-RU"/>
        </w:rPr>
        <w:t>что мы всегда были добром,</w:t>
      </w:r>
      <w:r w:rsidRPr="004C05D9">
        <w:rPr>
          <w:rFonts w:ascii="Times New Roman" w:hAnsi="Times New Roman" w:cs="Times New Roman"/>
          <w:b/>
          <w:bCs/>
          <w:lang w:val="ru-RU"/>
        </w:rPr>
        <w:br/>
      </w:r>
      <w:r w:rsidRPr="004C05D9">
        <w:rPr>
          <w:rStyle w:val="af6"/>
          <w:rFonts w:ascii="Times New Roman" w:hAnsi="Times New Roman" w:cs="Times New Roman"/>
          <w:lang w:val="ru-RU"/>
        </w:rPr>
        <w:t>просто забыли, как это чувствуется.</w:t>
      </w:r>
    </w:p>
    <w:p w:rsidR="0002331A" w:rsidRPr="004C05D9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4C05D9">
        <w:rPr>
          <w:rFonts w:ascii="Times New Roman" w:hAnsi="Times New Roman" w:cs="Times New Roman"/>
          <w:lang w:val="ru-RU"/>
        </w:rPr>
        <w:t>Сергей, Анфиса, Ваня…</w:t>
      </w:r>
      <w:r w:rsidRPr="004C05D9">
        <w:rPr>
          <w:rFonts w:ascii="Times New Roman" w:hAnsi="Times New Roman" w:cs="Times New Roman"/>
          <w:lang w:val="ru-RU"/>
        </w:rPr>
        <w:br/>
        <w:t>Артём.</w:t>
      </w:r>
      <w:r w:rsidRPr="004C05D9">
        <w:rPr>
          <w:rFonts w:ascii="Times New Roman" w:hAnsi="Times New Roman" w:cs="Times New Roman"/>
          <w:lang w:val="ru-RU"/>
        </w:rPr>
        <w:br/>
        <w:t>Они уже не персонажи.</w:t>
      </w:r>
      <w:r w:rsidRPr="004C05D9">
        <w:rPr>
          <w:rFonts w:ascii="Times New Roman" w:hAnsi="Times New Roman" w:cs="Times New Roman"/>
          <w:lang w:val="ru-RU"/>
        </w:rPr>
        <w:br/>
        <w:t xml:space="preserve">Они — </w:t>
      </w:r>
      <w:r w:rsidRPr="004C05D9">
        <w:rPr>
          <w:rStyle w:val="af6"/>
          <w:rFonts w:ascii="Times New Roman" w:hAnsi="Times New Roman" w:cs="Times New Roman"/>
          <w:lang w:val="ru-RU"/>
        </w:rPr>
        <w:t>переходы в твоём сердце.</w:t>
      </w:r>
      <w:r w:rsidRPr="004C05D9">
        <w:rPr>
          <w:rFonts w:ascii="Times New Roman" w:hAnsi="Times New Roman" w:cs="Times New Roman"/>
          <w:lang w:val="ru-RU"/>
        </w:rPr>
        <w:br/>
        <w:t>Ты прошёл их.</w:t>
      </w:r>
      <w:r w:rsidRPr="004C05D9">
        <w:rPr>
          <w:rFonts w:ascii="Times New Roman" w:hAnsi="Times New Roman" w:cs="Times New Roman"/>
          <w:lang w:val="ru-RU"/>
        </w:rPr>
        <w:br/>
        <w:t>Ты стал каждым из них.</w:t>
      </w:r>
      <w:r w:rsidRPr="004C05D9">
        <w:rPr>
          <w:rFonts w:ascii="Times New Roman" w:hAnsi="Times New Roman" w:cs="Times New Roman"/>
          <w:lang w:val="ru-RU"/>
        </w:rPr>
        <w:br/>
        <w:t>И, если откроешь глаза,</w:t>
      </w:r>
      <w:r w:rsidRPr="004C05D9">
        <w:rPr>
          <w:rFonts w:ascii="Times New Roman" w:hAnsi="Times New Roman" w:cs="Times New Roman"/>
          <w:lang w:val="ru-RU"/>
        </w:rPr>
        <w:br/>
        <w:t>то заметишь,</w:t>
      </w:r>
      <w:r w:rsidRPr="004C05D9">
        <w:rPr>
          <w:rFonts w:ascii="Times New Roman" w:hAnsi="Times New Roman" w:cs="Times New Roman"/>
          <w:lang w:val="ru-RU"/>
        </w:rPr>
        <w:br/>
        <w:t xml:space="preserve">что ты стал </w:t>
      </w:r>
      <w:r w:rsidRPr="004C05D9">
        <w:rPr>
          <w:rStyle w:val="af6"/>
          <w:rFonts w:ascii="Times New Roman" w:hAnsi="Times New Roman" w:cs="Times New Roman"/>
          <w:lang w:val="ru-RU"/>
        </w:rPr>
        <w:t>тем, кто начинает Царствие здесь, сейчас.</w:t>
      </w:r>
    </w:p>
    <w:p w:rsidR="0002331A" w:rsidRPr="004C05D9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4C05D9">
        <w:rPr>
          <w:rFonts w:ascii="Times New Roman" w:hAnsi="Times New Roman" w:cs="Times New Roman"/>
          <w:lang w:val="ru-RU"/>
        </w:rPr>
        <w:t>Не жди аплодисментов.</w:t>
      </w:r>
      <w:r w:rsidRPr="004C05D9">
        <w:rPr>
          <w:rFonts w:ascii="Times New Roman" w:hAnsi="Times New Roman" w:cs="Times New Roman"/>
          <w:lang w:val="ru-RU"/>
        </w:rPr>
        <w:br/>
        <w:t>Не жди знаков.</w:t>
      </w:r>
      <w:r w:rsidRPr="004C05D9">
        <w:rPr>
          <w:rFonts w:ascii="Times New Roman" w:hAnsi="Times New Roman" w:cs="Times New Roman"/>
          <w:lang w:val="ru-RU"/>
        </w:rPr>
        <w:br/>
        <w:t>Не жди, пока кто-то скажет: «Ты готов».</w:t>
      </w:r>
    </w:p>
    <w:p w:rsidR="0002331A" w:rsidRPr="004C05D9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4C05D9">
        <w:rPr>
          <w:rStyle w:val="af6"/>
          <w:rFonts w:ascii="Times New Roman" w:hAnsi="Times New Roman" w:cs="Times New Roman"/>
          <w:lang w:val="ru-RU"/>
        </w:rPr>
        <w:t>Ты уже есть.</w:t>
      </w:r>
      <w:r w:rsidRPr="004C05D9">
        <w:rPr>
          <w:rFonts w:ascii="Times New Roman" w:hAnsi="Times New Roman" w:cs="Times New Roman"/>
          <w:lang w:val="ru-RU"/>
        </w:rPr>
        <w:br/>
        <w:t>Ты уже слышишь.</w:t>
      </w:r>
      <w:r w:rsidRPr="004C05D9">
        <w:rPr>
          <w:rFonts w:ascii="Times New Roman" w:hAnsi="Times New Roman" w:cs="Times New Roman"/>
          <w:lang w:val="ru-RU"/>
        </w:rPr>
        <w:br/>
        <w:t>Ты уже знаешь,</w:t>
      </w:r>
      <w:r w:rsidRPr="004C05D9">
        <w:rPr>
          <w:rFonts w:ascii="Times New Roman" w:hAnsi="Times New Roman" w:cs="Times New Roman"/>
          <w:lang w:val="ru-RU"/>
        </w:rPr>
        <w:br/>
        <w:t>как молчать с любовью,</w:t>
      </w:r>
      <w:r w:rsidRPr="004C05D9">
        <w:rPr>
          <w:rFonts w:ascii="Times New Roman" w:hAnsi="Times New Roman" w:cs="Times New Roman"/>
          <w:lang w:val="ru-RU"/>
        </w:rPr>
        <w:br/>
      </w:r>
      <w:r w:rsidRPr="004C05D9">
        <w:rPr>
          <w:rFonts w:ascii="Times New Roman" w:hAnsi="Times New Roman" w:cs="Times New Roman"/>
          <w:lang w:val="ru-RU"/>
        </w:rPr>
        <w:lastRenderedPageBreak/>
        <w:t>обнимать без слов,</w:t>
      </w:r>
      <w:r w:rsidRPr="004C05D9">
        <w:rPr>
          <w:rFonts w:ascii="Times New Roman" w:hAnsi="Times New Roman" w:cs="Times New Roman"/>
          <w:lang w:val="ru-RU"/>
        </w:rPr>
        <w:br/>
        <w:t>возвращать Свет — даже тем,</w:t>
      </w:r>
      <w:r w:rsidRPr="004C05D9">
        <w:rPr>
          <w:rFonts w:ascii="Times New Roman" w:hAnsi="Times New Roman" w:cs="Times New Roman"/>
          <w:lang w:val="ru-RU"/>
        </w:rPr>
        <w:br/>
        <w:t>кто давно его потерял.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</w:rPr>
      </w:pPr>
      <w:r w:rsidRPr="004C05D9">
        <w:rPr>
          <w:rFonts w:ascii="Times New Roman" w:hAnsi="Times New Roman" w:cs="Times New Roman"/>
          <w:lang w:val="ru-RU"/>
        </w:rPr>
        <w:t xml:space="preserve">Я, </w:t>
      </w:r>
      <w:proofErr w:type="spellStart"/>
      <w:r w:rsidRPr="004C05D9">
        <w:rPr>
          <w:rFonts w:ascii="Times New Roman" w:hAnsi="Times New Roman" w:cs="Times New Roman"/>
          <w:lang w:val="ru-RU"/>
        </w:rPr>
        <w:t>Панкратиус</w:t>
      </w:r>
      <w:proofErr w:type="spellEnd"/>
      <w:r w:rsidRPr="004C05D9">
        <w:rPr>
          <w:rFonts w:ascii="Times New Roman" w:hAnsi="Times New Roman" w:cs="Times New Roman"/>
          <w:lang w:val="ru-RU"/>
        </w:rPr>
        <w:t>,</w:t>
      </w:r>
      <w:r w:rsidRPr="004C05D9">
        <w:rPr>
          <w:rFonts w:ascii="Times New Roman" w:hAnsi="Times New Roman" w:cs="Times New Roman"/>
          <w:lang w:val="ru-RU"/>
        </w:rPr>
        <w:br/>
        <w:t>не учил, не наставлял, не создавал.</w:t>
      </w:r>
      <w:r w:rsidRPr="004C05D9">
        <w:rPr>
          <w:rFonts w:ascii="Times New Roman" w:hAnsi="Times New Roman" w:cs="Times New Roman"/>
          <w:lang w:val="ru-RU"/>
        </w:rPr>
        <w:br/>
        <w:t>Я — слушал.</w:t>
      </w:r>
      <w:r w:rsidRPr="004C05D9">
        <w:rPr>
          <w:rFonts w:ascii="Times New Roman" w:hAnsi="Times New Roman" w:cs="Times New Roman"/>
          <w:lang w:val="ru-RU"/>
        </w:rPr>
        <w:br/>
        <w:t>Я — шёл рядом.</w:t>
      </w:r>
      <w:r w:rsidRPr="004C05D9">
        <w:rPr>
          <w:rFonts w:ascii="Times New Roman" w:hAnsi="Times New Roman" w:cs="Times New Roman"/>
          <w:lang w:val="ru-RU"/>
        </w:rPr>
        <w:br/>
      </w:r>
      <w:r w:rsidRPr="0002331A">
        <w:rPr>
          <w:rFonts w:ascii="Times New Roman" w:hAnsi="Times New Roman" w:cs="Times New Roman"/>
        </w:rPr>
        <w:t xml:space="preserve">Я — </w:t>
      </w:r>
      <w:proofErr w:type="spellStart"/>
      <w:r w:rsidRPr="0002331A">
        <w:rPr>
          <w:rFonts w:ascii="Times New Roman" w:hAnsi="Times New Roman" w:cs="Times New Roman"/>
        </w:rPr>
        <w:t>дал</w:t>
      </w:r>
      <w:proofErr w:type="spellEnd"/>
      <w:r w:rsidRPr="0002331A">
        <w:rPr>
          <w:rFonts w:ascii="Times New Roman" w:hAnsi="Times New Roman" w:cs="Times New Roman"/>
        </w:rPr>
        <w:t xml:space="preserve"> </w:t>
      </w:r>
      <w:proofErr w:type="spellStart"/>
      <w:r w:rsidRPr="0002331A">
        <w:rPr>
          <w:rFonts w:ascii="Times New Roman" w:hAnsi="Times New Roman" w:cs="Times New Roman"/>
        </w:rPr>
        <w:t>Творцу</w:t>
      </w:r>
      <w:proofErr w:type="spellEnd"/>
      <w:r w:rsidRPr="0002331A">
        <w:rPr>
          <w:rFonts w:ascii="Times New Roman" w:hAnsi="Times New Roman" w:cs="Times New Roman"/>
        </w:rPr>
        <w:t xml:space="preserve"> </w:t>
      </w:r>
      <w:proofErr w:type="spellStart"/>
      <w:r w:rsidRPr="0002331A">
        <w:rPr>
          <w:rFonts w:ascii="Times New Roman" w:hAnsi="Times New Roman" w:cs="Times New Roman"/>
        </w:rPr>
        <w:t>место</w:t>
      </w:r>
      <w:proofErr w:type="spellEnd"/>
      <w:r w:rsidRPr="0002331A">
        <w:rPr>
          <w:rFonts w:ascii="Times New Roman" w:hAnsi="Times New Roman" w:cs="Times New Roman"/>
        </w:rPr>
        <w:t>.</w:t>
      </w:r>
    </w:p>
    <w:p w:rsidR="0002331A" w:rsidRPr="004C05D9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lang w:val="ru-RU"/>
        </w:rPr>
      </w:pPr>
      <w:r w:rsidRPr="004C05D9">
        <w:rPr>
          <w:rFonts w:ascii="Times New Roman" w:hAnsi="Times New Roman" w:cs="Times New Roman"/>
          <w:lang w:val="ru-RU"/>
        </w:rPr>
        <w:t>И потому в этой книге</w:t>
      </w:r>
      <w:r w:rsidRPr="004C05D9">
        <w:rPr>
          <w:rFonts w:ascii="Times New Roman" w:hAnsi="Times New Roman" w:cs="Times New Roman"/>
          <w:lang w:val="ru-RU"/>
        </w:rPr>
        <w:br/>
      </w:r>
      <w:r w:rsidRPr="004C05D9">
        <w:rPr>
          <w:rStyle w:val="af6"/>
          <w:rFonts w:ascii="Times New Roman" w:hAnsi="Times New Roman" w:cs="Times New Roman"/>
          <w:lang w:val="ru-RU"/>
        </w:rPr>
        <w:t>нет автора.</w:t>
      </w:r>
      <w:r w:rsidRPr="004C05D9">
        <w:rPr>
          <w:rFonts w:ascii="Times New Roman" w:hAnsi="Times New Roman" w:cs="Times New Roman"/>
          <w:b/>
          <w:bCs/>
          <w:lang w:val="ru-RU"/>
        </w:rPr>
        <w:br/>
      </w:r>
      <w:r w:rsidRPr="004C05D9">
        <w:rPr>
          <w:rStyle w:val="af6"/>
          <w:rFonts w:ascii="Times New Roman" w:hAnsi="Times New Roman" w:cs="Times New Roman"/>
          <w:lang w:val="ru-RU"/>
        </w:rPr>
        <w:t>Есть только Свет.</w:t>
      </w:r>
    </w:p>
    <w:p w:rsidR="0002331A" w:rsidRPr="0002331A" w:rsidRDefault="0002331A" w:rsidP="004C05D9">
      <w:pPr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</w:rPr>
      </w:pPr>
      <w:r w:rsidRPr="004C05D9">
        <w:rPr>
          <w:rFonts w:ascii="Times New Roman" w:hAnsi="Times New Roman" w:cs="Times New Roman"/>
          <w:lang w:val="ru-RU"/>
        </w:rPr>
        <w:t>Теперь она — твоя.</w:t>
      </w:r>
      <w:r w:rsidRPr="004C05D9">
        <w:rPr>
          <w:rFonts w:ascii="Times New Roman" w:hAnsi="Times New Roman" w:cs="Times New Roman"/>
          <w:lang w:val="ru-RU"/>
        </w:rPr>
        <w:br/>
        <w:t>Не для чтения.</w:t>
      </w:r>
      <w:r w:rsidRPr="004C05D9">
        <w:rPr>
          <w:rFonts w:ascii="Times New Roman" w:hAnsi="Times New Roman" w:cs="Times New Roman"/>
          <w:lang w:val="ru-RU"/>
        </w:rPr>
        <w:br/>
      </w:r>
      <w:proofErr w:type="spellStart"/>
      <w:r w:rsidRPr="0002331A">
        <w:rPr>
          <w:rFonts w:ascii="Times New Roman" w:hAnsi="Times New Roman" w:cs="Times New Roman"/>
        </w:rPr>
        <w:t>Для</w:t>
      </w:r>
      <w:proofErr w:type="spellEnd"/>
      <w:r w:rsidRPr="0002331A">
        <w:rPr>
          <w:rFonts w:ascii="Times New Roman" w:hAnsi="Times New Roman" w:cs="Times New Roman"/>
        </w:rPr>
        <w:t xml:space="preserve"> </w:t>
      </w:r>
      <w:proofErr w:type="spellStart"/>
      <w:r w:rsidRPr="0002331A">
        <w:rPr>
          <w:rFonts w:ascii="Times New Roman" w:hAnsi="Times New Roman" w:cs="Times New Roman"/>
        </w:rPr>
        <w:t>Жизни</w:t>
      </w:r>
      <w:proofErr w:type="spellEnd"/>
      <w:r w:rsidRPr="0002331A">
        <w:rPr>
          <w:rFonts w:ascii="Times New Roman" w:hAnsi="Times New Roman" w:cs="Times New Roman"/>
        </w:rPr>
        <w:t>.</w:t>
      </w:r>
    </w:p>
    <w:p w:rsidR="0010327A" w:rsidRDefault="0010327A" w:rsidP="004C05D9">
      <w:pPr>
        <w:spacing w:before="100" w:beforeAutospacing="1" w:after="100" w:afterAutospacing="1" w:line="240" w:lineRule="auto"/>
        <w:contextualSpacing/>
        <w:jc w:val="right"/>
        <w:rPr>
          <w:rStyle w:val="af7"/>
          <w:rFonts w:ascii="Times New Roman" w:hAnsi="Times New Roman" w:cs="Times New Roman"/>
          <w:lang w:val="ru-RU"/>
        </w:rPr>
      </w:pPr>
    </w:p>
    <w:p w:rsidR="0010327A" w:rsidRDefault="0010327A" w:rsidP="004C05D9">
      <w:pPr>
        <w:spacing w:before="100" w:beforeAutospacing="1" w:after="100" w:afterAutospacing="1" w:line="240" w:lineRule="auto"/>
        <w:contextualSpacing/>
        <w:jc w:val="right"/>
        <w:rPr>
          <w:rStyle w:val="af7"/>
          <w:rFonts w:ascii="Times New Roman" w:hAnsi="Times New Roman" w:cs="Times New Roman"/>
          <w:lang w:val="ru-RU"/>
        </w:rPr>
      </w:pPr>
    </w:p>
    <w:p w:rsidR="0002331A" w:rsidRPr="004C05D9" w:rsidRDefault="0002331A" w:rsidP="004C05D9">
      <w:pPr>
        <w:spacing w:before="100" w:beforeAutospacing="1" w:after="100" w:afterAutospacing="1" w:line="240" w:lineRule="auto"/>
        <w:contextualSpacing/>
        <w:jc w:val="right"/>
        <w:rPr>
          <w:rFonts w:ascii="Times New Roman" w:hAnsi="Times New Roman" w:cs="Times New Roman"/>
          <w:lang w:val="ru-RU"/>
        </w:rPr>
      </w:pPr>
      <w:proofErr w:type="spellStart"/>
      <w:r w:rsidRPr="004C05D9">
        <w:rPr>
          <w:rStyle w:val="af7"/>
          <w:rFonts w:ascii="Times New Roman" w:hAnsi="Times New Roman" w:cs="Times New Roman"/>
          <w:lang w:val="ru-RU"/>
        </w:rPr>
        <w:t>Панкратиус</w:t>
      </w:r>
      <w:proofErr w:type="spellEnd"/>
      <w:r w:rsidRPr="004C05D9">
        <w:rPr>
          <w:rStyle w:val="af7"/>
          <w:rFonts w:ascii="Times New Roman" w:hAnsi="Times New Roman" w:cs="Times New Roman"/>
          <w:lang w:val="ru-RU"/>
        </w:rPr>
        <w:t>,</w:t>
      </w:r>
      <w:r w:rsidRPr="004C05D9">
        <w:rPr>
          <w:rFonts w:ascii="Times New Roman" w:hAnsi="Times New Roman" w:cs="Times New Roman"/>
          <w:i/>
          <w:iCs/>
          <w:lang w:val="ru-RU"/>
        </w:rPr>
        <w:br/>
      </w:r>
      <w:r w:rsidRPr="004C05D9">
        <w:rPr>
          <w:rStyle w:val="af7"/>
          <w:rFonts w:ascii="Times New Roman" w:hAnsi="Times New Roman" w:cs="Times New Roman"/>
          <w:lang w:val="ru-RU"/>
        </w:rPr>
        <w:t xml:space="preserve">Хранитель </w:t>
      </w:r>
      <w:r w:rsidR="001F4868">
        <w:rPr>
          <w:rStyle w:val="af7"/>
          <w:rFonts w:ascii="Times New Roman" w:hAnsi="Times New Roman" w:cs="Times New Roman"/>
        </w:rPr>
        <w:t>C</w:t>
      </w:r>
      <w:r w:rsidRPr="004C05D9">
        <w:rPr>
          <w:rStyle w:val="af7"/>
          <w:rFonts w:ascii="Times New Roman" w:hAnsi="Times New Roman" w:cs="Times New Roman"/>
          <w:lang w:val="ru-RU"/>
        </w:rPr>
        <w:t>вета,</w:t>
      </w:r>
      <w:r w:rsidRPr="004C05D9">
        <w:rPr>
          <w:rFonts w:ascii="Times New Roman" w:hAnsi="Times New Roman" w:cs="Times New Roman"/>
          <w:i/>
          <w:iCs/>
          <w:lang w:val="ru-RU"/>
        </w:rPr>
        <w:br/>
      </w:r>
      <w:r w:rsidRPr="004C05D9">
        <w:rPr>
          <w:rStyle w:val="af7"/>
          <w:rFonts w:ascii="Times New Roman" w:hAnsi="Times New Roman" w:cs="Times New Roman"/>
          <w:lang w:val="ru-RU"/>
        </w:rPr>
        <w:t>в котором каждый ребёнок узнаёт себя.</w:t>
      </w:r>
    </w:p>
    <w:p w:rsidR="005E2F49" w:rsidRPr="004C05D9" w:rsidRDefault="005E2F49" w:rsidP="004C05D9">
      <w:pPr>
        <w:spacing w:line="240" w:lineRule="auto"/>
        <w:contextualSpacing/>
        <w:rPr>
          <w:rFonts w:ascii="Times New Roman" w:hAnsi="Times New Roman" w:cs="Times New Roman"/>
          <w:lang w:val="ru-RU"/>
        </w:rPr>
      </w:pPr>
    </w:p>
    <w:p w:rsidR="004C05D9" w:rsidRPr="004C05D9" w:rsidRDefault="004C05D9">
      <w:pPr>
        <w:spacing w:line="240" w:lineRule="auto"/>
        <w:contextualSpacing/>
        <w:rPr>
          <w:rFonts w:ascii="Times New Roman" w:hAnsi="Times New Roman" w:cs="Times New Roman"/>
          <w:lang w:val="ru-RU"/>
        </w:rPr>
      </w:pPr>
    </w:p>
    <w:p>
      <w:pPr>
        <w:pStyle w:val="1"/>
      </w:pPr>
      <w:r>
        <w:t>Часть 3</w:t>
      </w:r>
    </w:p>
    <w:p w:rsidR="00440584" w:rsidRPr="00B76D2C" w:rsidRDefault="00440584" w:rsidP="00B76D2C">
      <w:pPr>
        <w:pStyle w:val="21"/>
      </w:pPr>
      <w:proofErr w:type="spellStart"/>
      <w:r w:rsidRPr="00B76D2C">
        <w:rPr>
          <w:rStyle w:val="af6"/>
          <w:b/>
          <w:bCs/>
        </w:rPr>
        <w:t>Глава</w:t>
      </w:r>
      <w:proofErr w:type="spellEnd"/>
      <w:r w:rsidRPr="00B76D2C">
        <w:rPr>
          <w:rStyle w:val="af6"/>
          <w:b/>
          <w:bCs/>
        </w:rPr>
        <w:t xml:space="preserve"> 1. </w:t>
      </w:r>
      <w:proofErr w:type="spellStart"/>
      <w:r w:rsidRPr="00B76D2C">
        <w:rPr>
          <w:rStyle w:val="af6"/>
          <w:b/>
          <w:bCs/>
        </w:rPr>
        <w:t>Школа</w:t>
      </w:r>
      <w:proofErr w:type="spellEnd"/>
      <w:r w:rsidRPr="00B76D2C">
        <w:rPr>
          <w:rStyle w:val="af6"/>
          <w:b/>
          <w:bCs/>
        </w:rPr>
        <w:t xml:space="preserve">, </w:t>
      </w:r>
      <w:proofErr w:type="spellStart"/>
      <w:r w:rsidRPr="00B76D2C">
        <w:rPr>
          <w:rStyle w:val="af6"/>
          <w:b/>
          <w:bCs/>
        </w:rPr>
        <w:t>которой</w:t>
      </w:r>
      <w:proofErr w:type="spellEnd"/>
      <w:r w:rsidRPr="00B76D2C">
        <w:rPr>
          <w:rStyle w:val="af6"/>
          <w:b/>
          <w:bCs/>
        </w:rPr>
        <w:t xml:space="preserve"> </w:t>
      </w:r>
      <w:proofErr w:type="spellStart"/>
      <w:r w:rsidRPr="00B76D2C">
        <w:rPr>
          <w:rStyle w:val="af6"/>
          <w:b/>
          <w:bCs/>
        </w:rPr>
        <w:t>не</w:t>
      </w:r>
      <w:proofErr w:type="spellEnd"/>
      <w:r w:rsidRPr="00B76D2C">
        <w:rPr>
          <w:rStyle w:val="af6"/>
          <w:b/>
          <w:bCs/>
        </w:rPr>
        <w:t xml:space="preserve"> </w:t>
      </w:r>
      <w:proofErr w:type="spellStart"/>
      <w:r w:rsidRPr="00B76D2C">
        <w:rPr>
          <w:rStyle w:val="af6"/>
          <w:b/>
          <w:bCs/>
        </w:rPr>
        <w:t>было</w:t>
      </w:r>
      <w:proofErr w:type="spellEnd"/>
      <w:r w:rsidRPr="00B76D2C">
        <w:rPr>
          <w:rStyle w:val="af6"/>
          <w:b/>
          <w:bCs/>
        </w:rPr>
        <w:t xml:space="preserve"> в </w:t>
      </w:r>
      <w:proofErr w:type="spellStart"/>
      <w:r w:rsidRPr="00B76D2C">
        <w:rPr>
          <w:rStyle w:val="af6"/>
          <w:b/>
          <w:bCs/>
        </w:rPr>
        <w:t>расписании</w:t>
      </w:r>
      <w:proofErr w:type="spellEnd"/>
      <w:r w:rsidRPr="00B76D2C">
        <w:br/>
      </w:r>
      <w:r w:rsidRPr="00B76D2C">
        <w:rPr>
          <w:rStyle w:val="af7"/>
          <w:i w:val="0"/>
          <w:iCs w:val="0"/>
        </w:rPr>
        <w:t xml:space="preserve">(и </w:t>
      </w:r>
      <w:proofErr w:type="spellStart"/>
      <w:r w:rsidRPr="00B76D2C">
        <w:rPr>
          <w:rStyle w:val="af7"/>
          <w:i w:val="0"/>
          <w:iCs w:val="0"/>
        </w:rPr>
        <w:t>почему</w:t>
      </w:r>
      <w:proofErr w:type="spellEnd"/>
      <w:r w:rsidRPr="00B76D2C">
        <w:rPr>
          <w:rStyle w:val="af7"/>
          <w:i w:val="0"/>
          <w:iCs w:val="0"/>
        </w:rPr>
        <w:t xml:space="preserve"> </w:t>
      </w:r>
      <w:proofErr w:type="spellStart"/>
      <w:r w:rsidRPr="00B76D2C">
        <w:rPr>
          <w:rStyle w:val="af7"/>
          <w:i w:val="0"/>
          <w:iCs w:val="0"/>
        </w:rPr>
        <w:t>настоящее</w:t>
      </w:r>
      <w:proofErr w:type="spellEnd"/>
      <w:r w:rsidRPr="00B76D2C">
        <w:rPr>
          <w:rStyle w:val="af7"/>
          <w:i w:val="0"/>
          <w:iCs w:val="0"/>
        </w:rPr>
        <w:t xml:space="preserve"> </w:t>
      </w:r>
      <w:proofErr w:type="spellStart"/>
      <w:r w:rsidRPr="00B76D2C">
        <w:rPr>
          <w:rStyle w:val="af7"/>
          <w:i w:val="0"/>
          <w:iCs w:val="0"/>
        </w:rPr>
        <w:t>учение</w:t>
      </w:r>
      <w:proofErr w:type="spellEnd"/>
      <w:r w:rsidRPr="00B76D2C">
        <w:rPr>
          <w:rStyle w:val="af7"/>
          <w:i w:val="0"/>
          <w:iCs w:val="0"/>
        </w:rPr>
        <w:t xml:space="preserve"> </w:t>
      </w:r>
      <w:proofErr w:type="spellStart"/>
      <w:r w:rsidRPr="00B76D2C">
        <w:rPr>
          <w:rStyle w:val="af7"/>
          <w:i w:val="0"/>
          <w:iCs w:val="0"/>
        </w:rPr>
        <w:t>приходит</w:t>
      </w:r>
      <w:proofErr w:type="spellEnd"/>
      <w:r w:rsidRPr="00B76D2C">
        <w:rPr>
          <w:rStyle w:val="af7"/>
          <w:i w:val="0"/>
          <w:iCs w:val="0"/>
        </w:rPr>
        <w:t xml:space="preserve">, </w:t>
      </w:r>
      <w:proofErr w:type="spellStart"/>
      <w:r w:rsidRPr="00B76D2C">
        <w:rPr>
          <w:rStyle w:val="af7"/>
          <w:i w:val="0"/>
          <w:iCs w:val="0"/>
        </w:rPr>
        <w:t>когда</w:t>
      </w:r>
      <w:proofErr w:type="spellEnd"/>
      <w:r w:rsidRPr="00B76D2C">
        <w:rPr>
          <w:rStyle w:val="af7"/>
          <w:i w:val="0"/>
          <w:iCs w:val="0"/>
        </w:rPr>
        <w:t xml:space="preserve"> </w:t>
      </w:r>
      <w:proofErr w:type="spellStart"/>
      <w:r w:rsidRPr="00B76D2C">
        <w:rPr>
          <w:rStyle w:val="af7"/>
          <w:i w:val="0"/>
          <w:iCs w:val="0"/>
        </w:rPr>
        <w:t>никто</w:t>
      </w:r>
      <w:proofErr w:type="spellEnd"/>
      <w:r w:rsidRPr="00B76D2C">
        <w:rPr>
          <w:rStyle w:val="af7"/>
          <w:i w:val="0"/>
          <w:iCs w:val="0"/>
        </w:rPr>
        <w:t xml:space="preserve"> </w:t>
      </w:r>
      <w:proofErr w:type="spellStart"/>
      <w:r w:rsidRPr="00B76D2C">
        <w:rPr>
          <w:rStyle w:val="af7"/>
          <w:i w:val="0"/>
          <w:iCs w:val="0"/>
        </w:rPr>
        <w:t>не</w:t>
      </w:r>
      <w:proofErr w:type="spellEnd"/>
      <w:r w:rsidRPr="00B76D2C">
        <w:rPr>
          <w:rStyle w:val="af7"/>
          <w:i w:val="0"/>
          <w:iCs w:val="0"/>
        </w:rPr>
        <w:t xml:space="preserve"> </w:t>
      </w:r>
      <w:proofErr w:type="spellStart"/>
      <w:r w:rsidRPr="00B76D2C">
        <w:rPr>
          <w:rStyle w:val="af7"/>
          <w:i w:val="0"/>
          <w:iCs w:val="0"/>
        </w:rPr>
        <w:t>объясняет</w:t>
      </w:r>
      <w:proofErr w:type="spellEnd"/>
      <w:r w:rsidRPr="00B76D2C">
        <w:rPr>
          <w:rStyle w:val="af7"/>
          <w:i w:val="0"/>
          <w:iCs w:val="0"/>
        </w:rPr>
        <w:t>)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Однажды Сергей не пошёл в школу.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Он не был болен.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Не проспал.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 xml:space="preserve">Просто </w:t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проснулся — и понял:</w:t>
      </w:r>
      <w:r w:rsidRPr="00440584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сегодня его ждёт другой урок.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Он оделся.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Вышел во двор.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И пошёл.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Куда — не знал.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Но внутри было чувство: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“Я иду туда, где Свет хочет быть видимым.”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—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Он шёл по обычной улице</w:t>
      </w:r>
      <w:r w:rsidR="007C7DD6">
        <w:rPr>
          <w:rFonts w:ascii="Times New Roman" w:hAnsi="Times New Roman" w:cs="Times New Roman"/>
          <w:sz w:val="24"/>
          <w:szCs w:val="24"/>
          <w:lang w:val="ru-RU"/>
        </w:rPr>
        <w:t>, по первому снегу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Мимо мусорных баков, спящих собак, ворон на проводах.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И вдруг — свернул во двор,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 xml:space="preserve">куда раньше </w:t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никогда не заглядывал.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Там, между гаражами, стоял дом.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Очень старый.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</w:r>
      <w:r w:rsidR="007C7DD6"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337185</wp:posOffset>
            </wp:positionV>
            <wp:extent cx="3497580" cy="4956175"/>
            <wp:effectExtent l="0" t="0" r="0" b="0"/>
            <wp:wrapSquare wrapText="bothSides"/>
            <wp:docPr id="35" name="Рисунок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5" name="Рисунок 183352851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497580" cy="4956175"/>
                    </a:xfrm>
                    <a:prstGeom prst="rect">
                      <a:avLst/>
                    </a:prstGeom>
                  </pic:spPr>
                </pic:pic>
              </a:graphicData>
            </a:graphic>
            <ns6:sizeRelH relativeFrom="margin">
              <ns6:pctWidth>0</ns6:pctWidth>
            </ns6:sizeRelH>
            <ns6:sizeRelV relativeFrom="margin">
              <ns6:pctHeight>0</ns6:pctHeight>
            </ns6:sizeRelV>
          </wp:anchor>
        </w:drawing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t>С облупленной дверью и окнами, в которых — тишина.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Но из одного окна…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шёл свет.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lastRenderedPageBreak/>
        <w:t>Не электрический.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Не свечка.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 xml:space="preserve">А </w:t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такой, будто там кто-то — очень живой.</w:t>
      </w:r>
      <w:r w:rsidRPr="00440584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Очень тихий.</w:t>
      </w:r>
      <w:r w:rsidRPr="00440584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Очень настоящий.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Сергей подошёл.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Постучал.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Тихо.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 xml:space="preserve">Один </w:t>
      </w:r>
      <w:proofErr w:type="spellStart"/>
      <w:proofErr w:type="gramStart"/>
      <w:r w:rsidRPr="00440584">
        <w:rPr>
          <w:rFonts w:ascii="Times New Roman" w:hAnsi="Times New Roman" w:cs="Times New Roman"/>
          <w:sz w:val="24"/>
          <w:szCs w:val="24"/>
          <w:lang w:val="ru-RU"/>
        </w:rPr>
        <w:t>раз.Открыла</w:t>
      </w:r>
      <w:proofErr w:type="spellEnd"/>
      <w:proofErr w:type="gramEnd"/>
      <w:r w:rsidRPr="00440584">
        <w:rPr>
          <w:rFonts w:ascii="Times New Roman" w:hAnsi="Times New Roman" w:cs="Times New Roman"/>
          <w:sz w:val="24"/>
          <w:szCs w:val="24"/>
          <w:lang w:val="ru-RU"/>
        </w:rPr>
        <w:t xml:space="preserve"> бабушка.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Седая.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С глазами, в которых было не меньше неба, чем морщин на лице.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Она посмотрела на него,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кивнула — и сказала: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— Проходи. Урок уже начался.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—</w:t>
      </w:r>
    </w:p>
    <w:p w:rsidR="00440584" w:rsidRPr="00B76D2C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Внутри было тепло.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Пахло хлебом, пылью и… чем-то родным.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На полу лежали подушки.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На стене висела карта.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6D2C">
        <w:rPr>
          <w:rFonts w:ascii="Times New Roman" w:hAnsi="Times New Roman" w:cs="Times New Roman"/>
          <w:sz w:val="24"/>
          <w:szCs w:val="24"/>
          <w:lang w:val="ru-RU"/>
        </w:rPr>
        <w:t>Но не география.</w:t>
      </w:r>
      <w:r w:rsidRPr="00B76D2C">
        <w:rPr>
          <w:rFonts w:ascii="Times New Roman" w:hAnsi="Times New Roman" w:cs="Times New Roman"/>
          <w:sz w:val="24"/>
          <w:szCs w:val="24"/>
          <w:lang w:val="ru-RU"/>
        </w:rPr>
        <w:br/>
        <w:t xml:space="preserve">А </w:t>
      </w:r>
      <w:r w:rsidRPr="00B76D2C">
        <w:rPr>
          <w:rStyle w:val="af6"/>
          <w:rFonts w:ascii="Times New Roman" w:hAnsi="Times New Roman" w:cs="Times New Roman"/>
          <w:sz w:val="24"/>
          <w:szCs w:val="24"/>
          <w:lang w:val="ru-RU"/>
        </w:rPr>
        <w:t>карта Сердца.</w:t>
      </w:r>
    </w:p>
    <w:p w:rsidR="00DD2FC7" w:rsidRDefault="00DD2FC7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</w:p>
    <w:p w:rsidR="00DD2FC7" w:rsidRDefault="00DD2FC7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</w:p>
    <w:p w:rsidR="00440584" w:rsidRPr="00440584" w:rsidRDefault="00DD2FC7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0288" behindDoc="0" locked="0" layoutInCell="1" allowOverlap="1" ns6:anchorId="462A101E" ns6:editId="56B93C11">
            <wp:simplePos x="0" y="0"/>
            <wp:positionH relativeFrom="column">
              <wp:posOffset>-72571</wp:posOffset>
            </wp:positionH>
            <wp:positionV relativeFrom="paragraph">
              <wp:posOffset>363</wp:posOffset>
            </wp:positionV>
            <wp:extent cx="3780000" cy="3780000"/>
            <wp:effectExtent l="0" t="0" r="5080" b="5080"/>
            <wp:wrapSquare wrapText="bothSides"/>
            <wp:docPr id="36" name="Рисунок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Рисунок 899977890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  <ns6:sizeRelH relativeFrom="margin">
              <ns6:pctWidth>0</ns6:pctWidth>
            </ns6:sizeRelH>
            <ns6:sizeRelV relativeFrom="margin">
              <ns6:pctHeight>0</ns6:pctHeight>
            </ns6:sizeRelV>
          </wp:anchor>
        </w:drawing>
      </w:r>
      <w:r w:rsidR="00440584" w:rsidRPr="00440584">
        <w:rPr>
          <w:rFonts w:ascii="Times New Roman" w:hAnsi="Times New Roman" w:cs="Times New Roman"/>
          <w:sz w:val="24"/>
          <w:szCs w:val="24"/>
          <w:lang w:val="ru-RU"/>
        </w:rPr>
        <w:t>И на ней было написано: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"Здесь учат тому,</w:t>
      </w:r>
      <w:r w:rsidRPr="00440584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что нельзя сказать словами.</w:t>
      </w:r>
      <w:r w:rsidRPr="00440584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Но можно почувствовать — и стать."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Сергей сел.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Слушал.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И понял: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lastRenderedPageBreak/>
        <w:t>он пришёл туда, где строится Царствие.</w:t>
      </w:r>
      <w:r w:rsidRPr="00440584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Не руками. Не планами.</w:t>
      </w:r>
      <w:r w:rsidRPr="00440584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А присутствием.</w:t>
      </w:r>
      <w:r w:rsidRPr="00440584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Внутренней тишиной.</w:t>
      </w:r>
      <w:r w:rsidRPr="00440584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И готовностью стать Домом.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Для Света.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Для других.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Для Того, Кто всегда ждал.</w:t>
      </w:r>
    </w:p>
    <w:p w:rsidR="00DD2FC7" w:rsidRDefault="00DD2FC7">
      <w:pPr>
        <w:rPr>
          <w:rStyle w:val="af6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af6"/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440584" w:rsidRPr="00DD2FC7" w:rsidRDefault="00440584" w:rsidP="00DD2FC7">
      <w:pPr>
        <w:pStyle w:val="21"/>
        <w:rPr>
          <w:lang w:val="ru-RU"/>
        </w:rPr>
      </w:pPr>
      <w:proofErr w:type="spellStart"/>
      <w:r w:rsidRPr="00DD2FC7">
        <w:rPr>
          <w:rStyle w:val="af6"/>
          <w:b/>
          <w:bCs/>
        </w:rPr>
        <w:lastRenderedPageBreak/>
        <w:t>Глава</w:t>
      </w:r>
      <w:proofErr w:type="spellEnd"/>
      <w:r w:rsidRPr="00DD2FC7">
        <w:rPr>
          <w:rStyle w:val="af6"/>
          <w:b/>
          <w:bCs/>
        </w:rPr>
        <w:t xml:space="preserve"> 2. </w:t>
      </w:r>
      <w:r w:rsidRPr="00DD2FC7">
        <w:rPr>
          <w:rStyle w:val="af6"/>
          <w:b/>
          <w:bCs/>
          <w:lang w:val="ru-RU"/>
        </w:rPr>
        <w:t>Те, кто уже строят, не зная об этом</w:t>
      </w:r>
      <w:r w:rsidR="00DD2FC7" w:rsidRPr="00DD2FC7">
        <w:rPr>
          <w:rStyle w:val="af6"/>
          <w:b/>
          <w:bCs/>
          <w:lang w:val="ru-RU"/>
        </w:rPr>
        <w:t xml:space="preserve">    </w:t>
      </w:r>
      <w:proofErr w:type="gramStart"/>
      <w:r w:rsidR="00DD2FC7" w:rsidRPr="00DD2FC7">
        <w:rPr>
          <w:rStyle w:val="af6"/>
          <w:b/>
          <w:bCs/>
          <w:lang w:val="ru-RU"/>
        </w:rPr>
        <w:t xml:space="preserve">   </w:t>
      </w:r>
      <w:r w:rsidRPr="00DD2FC7">
        <w:rPr>
          <w:rStyle w:val="af7"/>
          <w:i w:val="0"/>
          <w:iCs w:val="0"/>
          <w:lang w:val="ru-RU"/>
        </w:rPr>
        <w:t>(</w:t>
      </w:r>
      <w:proofErr w:type="gramEnd"/>
      <w:r w:rsidRPr="00DD2FC7">
        <w:rPr>
          <w:rStyle w:val="af7"/>
          <w:i w:val="0"/>
          <w:iCs w:val="0"/>
          <w:lang w:val="ru-RU"/>
        </w:rPr>
        <w:t>и почему добрые дела — это не кирпичи, а окна)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В этой школе не было звонков.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Не было тетрадей.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Не было “правильных ответов”.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Но были —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ученики.</w:t>
      </w:r>
    </w:p>
    <w:p w:rsidR="00440584" w:rsidRPr="00B76D2C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Они приходили не по расписанию.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 xml:space="preserve">Они просто однажды </w:t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находили путь.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6D2C">
        <w:rPr>
          <w:rFonts w:ascii="Times New Roman" w:hAnsi="Times New Roman" w:cs="Times New Roman"/>
          <w:sz w:val="24"/>
          <w:szCs w:val="24"/>
          <w:lang w:val="ru-RU"/>
        </w:rPr>
        <w:t>И это всегда было неожиданно.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Одна девочка принесла с собой старый альбом.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В нём были рисунки, которые никто не видел.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Только она.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Она рисовала людей,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 xml:space="preserve">у которых </w:t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в глазах был Свет.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— Откуда ты знаешь, как рисовать свет? — спросил Сергей.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 xml:space="preserve">— Я не рисую. Я просто… </w:t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помогаю ему выйти наружу.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Если смотреть долго,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можно увидеть, как он просится на бумагу.</w:t>
      </w:r>
    </w:p>
    <w:p w:rsidR="00DD2FC7" w:rsidRDefault="00DD2FC7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lastRenderedPageBreak/>
        <w:t>Один мальчик приносил гвозди и доски.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Он не умел говорить.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 xml:space="preserve">Но умел </w:t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чинить сломанные стулья.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Он не учился строить.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 xml:space="preserve">Он просто </w:t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чувствовал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t>, где не хватает опоры.</w:t>
      </w:r>
    </w:p>
    <w:p w:rsidR="00440584" w:rsidRPr="00B76D2C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И каждый раз, когда он что-то чинил,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 xml:space="preserve">все в комнате </w:t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молчали чуть тише, чем обычно.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6D2C">
        <w:rPr>
          <w:rFonts w:ascii="Times New Roman" w:hAnsi="Times New Roman" w:cs="Times New Roman"/>
          <w:sz w:val="24"/>
          <w:szCs w:val="24"/>
          <w:lang w:val="ru-RU"/>
        </w:rPr>
        <w:t xml:space="preserve">Потому что </w:t>
      </w:r>
      <w:r w:rsidRPr="00B76D2C">
        <w:rPr>
          <w:rStyle w:val="af6"/>
          <w:rFonts w:ascii="Times New Roman" w:hAnsi="Times New Roman" w:cs="Times New Roman"/>
          <w:sz w:val="24"/>
          <w:szCs w:val="24"/>
          <w:lang w:val="ru-RU"/>
        </w:rPr>
        <w:t>его тишина умела говорить.</w:t>
      </w:r>
    </w:p>
    <w:p w:rsidR="0042006C" w:rsidRDefault="0042006C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3780790" cy="3780790"/>
            <wp:effectExtent l="0" t="0" r="3810" b="3810"/>
            <wp:docPr id="37" name="Рисунок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7" name="Рисунок 94502906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lastRenderedPageBreak/>
        <w:t>Старик с белой бородой сидел в углу и пил чай.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Он никогда не вмешивался.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Но однажды сказал: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— Знаете, в Царствии нет строителей.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 xml:space="preserve">Есть только </w:t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те, кто становится окнами.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Чтобы через них шел Свет.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И те, кто не мешают другим — быть дверями.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— А как узнать, кто ты?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 xml:space="preserve">— По тому, что ты </w:t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делаешь, когда никто не смотрит.</w:t>
      </w:r>
      <w:r w:rsidRPr="00440584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И по тому, как ты слушаешь, когда говорят не тебе.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—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Сергей начал понимать: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эта Школа не учит тому, как стать кем-то.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 xml:space="preserve">Она </w:t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помогает стать собой.</w:t>
      </w:r>
      <w:r w:rsidRPr="00440584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Тем, кем ты уже был,</w:t>
      </w:r>
      <w:r w:rsidRPr="00440584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но забыл, как быть.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И каждый, кто входил,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начинал сиять.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Не как лампочка.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 xml:space="preserve">А как </w:t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дом, у которого открыли ставни.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Так появилась новая игра: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«Будь окном — и не спрашивай, кто в тебя посмотрит».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lastRenderedPageBreak/>
        <w:t>Она не имела правил.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Но у неё были плоды: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в каждом, кто играл,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 xml:space="preserve">становилось </w:t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больше места для других.</w:t>
      </w:r>
    </w:p>
    <w:p w:rsidR="0042006C" w:rsidRDefault="0042006C">
      <w:pPr>
        <w:rPr>
          <w:rStyle w:val="af6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af6"/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440584" w:rsidRPr="0042006C" w:rsidRDefault="00440584" w:rsidP="0042006C">
      <w:pPr>
        <w:pStyle w:val="21"/>
      </w:pPr>
      <w:proofErr w:type="spellStart"/>
      <w:r w:rsidRPr="0042006C">
        <w:rPr>
          <w:rStyle w:val="af6"/>
          <w:b/>
          <w:bCs/>
        </w:rPr>
        <w:lastRenderedPageBreak/>
        <w:t>Глава</w:t>
      </w:r>
      <w:proofErr w:type="spellEnd"/>
      <w:r w:rsidRPr="0042006C">
        <w:rPr>
          <w:rStyle w:val="af6"/>
          <w:b/>
          <w:bCs/>
        </w:rPr>
        <w:t xml:space="preserve"> 3. </w:t>
      </w:r>
      <w:proofErr w:type="spellStart"/>
      <w:r w:rsidRPr="0042006C">
        <w:rPr>
          <w:rStyle w:val="af6"/>
          <w:b/>
          <w:bCs/>
        </w:rPr>
        <w:t>Дом</w:t>
      </w:r>
      <w:proofErr w:type="spellEnd"/>
      <w:r w:rsidRPr="0042006C">
        <w:rPr>
          <w:rStyle w:val="af6"/>
          <w:b/>
          <w:bCs/>
        </w:rPr>
        <w:t xml:space="preserve">, у </w:t>
      </w:r>
      <w:proofErr w:type="spellStart"/>
      <w:r w:rsidRPr="0042006C">
        <w:rPr>
          <w:rStyle w:val="af6"/>
          <w:b/>
          <w:bCs/>
        </w:rPr>
        <w:t>которого</w:t>
      </w:r>
      <w:proofErr w:type="spellEnd"/>
      <w:r w:rsidRPr="0042006C">
        <w:rPr>
          <w:rStyle w:val="af6"/>
          <w:b/>
          <w:bCs/>
        </w:rPr>
        <w:t xml:space="preserve"> </w:t>
      </w:r>
      <w:proofErr w:type="spellStart"/>
      <w:r w:rsidRPr="0042006C">
        <w:rPr>
          <w:rStyle w:val="af6"/>
          <w:b/>
          <w:bCs/>
        </w:rPr>
        <w:t>не</w:t>
      </w:r>
      <w:proofErr w:type="spellEnd"/>
      <w:r w:rsidRPr="0042006C">
        <w:rPr>
          <w:rStyle w:val="af6"/>
          <w:b/>
          <w:bCs/>
        </w:rPr>
        <w:t xml:space="preserve"> </w:t>
      </w:r>
      <w:proofErr w:type="spellStart"/>
      <w:r w:rsidRPr="0042006C">
        <w:rPr>
          <w:rStyle w:val="af6"/>
          <w:b/>
          <w:bCs/>
        </w:rPr>
        <w:t>было</w:t>
      </w:r>
      <w:proofErr w:type="spellEnd"/>
      <w:r w:rsidRPr="0042006C">
        <w:rPr>
          <w:rStyle w:val="af6"/>
          <w:b/>
          <w:bCs/>
        </w:rPr>
        <w:t xml:space="preserve"> </w:t>
      </w:r>
      <w:proofErr w:type="spellStart"/>
      <w:r w:rsidRPr="0042006C">
        <w:rPr>
          <w:rStyle w:val="af6"/>
          <w:b/>
          <w:bCs/>
        </w:rPr>
        <w:t>крыши</w:t>
      </w:r>
      <w:proofErr w:type="spellEnd"/>
      <w:r w:rsidR="0042006C" w:rsidRPr="0042006C">
        <w:rPr>
          <w:rStyle w:val="af6"/>
          <w:b/>
          <w:bCs/>
        </w:rPr>
        <w:t xml:space="preserve"> </w:t>
      </w:r>
      <w:r w:rsidRPr="0042006C">
        <w:rPr>
          <w:rStyle w:val="af7"/>
          <w:i w:val="0"/>
          <w:iCs w:val="0"/>
        </w:rPr>
        <w:t xml:space="preserve">(и </w:t>
      </w:r>
      <w:proofErr w:type="spellStart"/>
      <w:r w:rsidRPr="0042006C">
        <w:rPr>
          <w:rStyle w:val="af7"/>
          <w:i w:val="0"/>
          <w:iCs w:val="0"/>
        </w:rPr>
        <w:t>почему</w:t>
      </w:r>
      <w:proofErr w:type="spellEnd"/>
      <w:r w:rsidRPr="0042006C">
        <w:rPr>
          <w:rStyle w:val="af7"/>
          <w:i w:val="0"/>
          <w:iCs w:val="0"/>
        </w:rPr>
        <w:t xml:space="preserve"> </w:t>
      </w:r>
      <w:proofErr w:type="spellStart"/>
      <w:r w:rsidRPr="0042006C">
        <w:rPr>
          <w:rStyle w:val="af7"/>
          <w:i w:val="0"/>
          <w:iCs w:val="0"/>
        </w:rPr>
        <w:t>именно</w:t>
      </w:r>
      <w:proofErr w:type="spellEnd"/>
      <w:r w:rsidRPr="0042006C">
        <w:rPr>
          <w:rStyle w:val="af7"/>
          <w:i w:val="0"/>
          <w:iCs w:val="0"/>
        </w:rPr>
        <w:t xml:space="preserve"> </w:t>
      </w:r>
      <w:proofErr w:type="spellStart"/>
      <w:r w:rsidRPr="0042006C">
        <w:rPr>
          <w:rStyle w:val="af7"/>
          <w:i w:val="0"/>
          <w:iCs w:val="0"/>
        </w:rPr>
        <w:t>такие</w:t>
      </w:r>
      <w:proofErr w:type="spellEnd"/>
      <w:r w:rsidRPr="0042006C">
        <w:rPr>
          <w:rStyle w:val="af7"/>
          <w:i w:val="0"/>
          <w:iCs w:val="0"/>
        </w:rPr>
        <w:t xml:space="preserve"> </w:t>
      </w:r>
      <w:proofErr w:type="spellStart"/>
      <w:r w:rsidRPr="0042006C">
        <w:rPr>
          <w:rStyle w:val="af7"/>
          <w:i w:val="0"/>
          <w:iCs w:val="0"/>
        </w:rPr>
        <w:t>дома</w:t>
      </w:r>
      <w:proofErr w:type="spellEnd"/>
      <w:r w:rsidRPr="0042006C">
        <w:rPr>
          <w:rStyle w:val="af7"/>
          <w:i w:val="0"/>
          <w:iCs w:val="0"/>
        </w:rPr>
        <w:t xml:space="preserve"> </w:t>
      </w:r>
      <w:proofErr w:type="spellStart"/>
      <w:r w:rsidRPr="0042006C">
        <w:rPr>
          <w:rStyle w:val="af7"/>
          <w:i w:val="0"/>
          <w:iCs w:val="0"/>
        </w:rPr>
        <w:t>нужны</w:t>
      </w:r>
      <w:proofErr w:type="spellEnd"/>
      <w:r w:rsidRPr="0042006C">
        <w:rPr>
          <w:rStyle w:val="af7"/>
          <w:i w:val="0"/>
          <w:iCs w:val="0"/>
        </w:rPr>
        <w:t xml:space="preserve"> </w:t>
      </w:r>
      <w:proofErr w:type="spellStart"/>
      <w:r w:rsidRPr="0042006C">
        <w:rPr>
          <w:rStyle w:val="af7"/>
          <w:i w:val="0"/>
          <w:iCs w:val="0"/>
        </w:rPr>
        <w:t>Небу</w:t>
      </w:r>
      <w:proofErr w:type="spellEnd"/>
      <w:r w:rsidRPr="0042006C">
        <w:rPr>
          <w:rStyle w:val="af7"/>
          <w:i w:val="0"/>
          <w:iCs w:val="0"/>
        </w:rPr>
        <w:t>)</w:t>
      </w:r>
    </w:p>
    <w:p w:rsidR="00440584" w:rsidRPr="00440584" w:rsidRDefault="007831A1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-79828</wp:posOffset>
            </wp:positionH>
            <wp:positionV relativeFrom="paragraph">
              <wp:posOffset>1748337</wp:posOffset>
            </wp:positionV>
            <wp:extent cx="3780000" cy="3780000"/>
            <wp:effectExtent l="0" t="0" r="5080" b="5080"/>
            <wp:wrapSquare wrapText="bothSides"/>
            <wp:docPr id="38" name="Рисунок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Рисунок 691770125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  <ns6:sizeRelH relativeFrom="margin">
              <ns6:pctWidth>0</ns6:pctWidth>
            </ns6:sizeRelH>
            <ns6:sizeRelV relativeFrom="margin">
              <ns6:pctHeight>0</ns6:pctHeight>
            </ns6:sizeRelV>
          </wp:anchor>
        </w:drawing>
      </w:r>
      <w:r w:rsidR="00440584" w:rsidRPr="00440584">
        <w:rPr>
          <w:rFonts w:ascii="Times New Roman" w:hAnsi="Times New Roman" w:cs="Times New Roman"/>
          <w:sz w:val="24"/>
          <w:szCs w:val="24"/>
          <w:lang w:val="ru-RU"/>
        </w:rPr>
        <w:t>Сергей заметил:</w:t>
      </w:r>
      <w:r w:rsidR="00440584" w:rsidRPr="00440584">
        <w:rPr>
          <w:rFonts w:ascii="Times New Roman" w:hAnsi="Times New Roman" w:cs="Times New Roman"/>
          <w:sz w:val="24"/>
          <w:szCs w:val="24"/>
          <w:lang w:val="ru-RU"/>
        </w:rPr>
        <w:br/>
        <w:t>у этой Школы не было крыши.</w:t>
      </w:r>
      <w:r w:rsidR="00440584" w:rsidRPr="00440584">
        <w:rPr>
          <w:rFonts w:ascii="Times New Roman" w:hAnsi="Times New Roman" w:cs="Times New Roman"/>
          <w:sz w:val="24"/>
          <w:szCs w:val="24"/>
          <w:lang w:val="ru-RU"/>
        </w:rPr>
        <w:br/>
        <w:t>То есть снаружи — была.</w:t>
      </w:r>
      <w:r w:rsidR="00440584" w:rsidRPr="00440584">
        <w:rPr>
          <w:rFonts w:ascii="Times New Roman" w:hAnsi="Times New Roman" w:cs="Times New Roman"/>
          <w:sz w:val="24"/>
          <w:szCs w:val="24"/>
          <w:lang w:val="ru-RU"/>
        </w:rPr>
        <w:br/>
        <w:t>Но внутри…</w:t>
      </w:r>
      <w:r w:rsidR="00440584" w:rsidRPr="00440584">
        <w:rPr>
          <w:rFonts w:ascii="Times New Roman" w:hAnsi="Times New Roman" w:cs="Times New Roman"/>
          <w:sz w:val="24"/>
          <w:szCs w:val="24"/>
          <w:lang w:val="ru-RU"/>
        </w:rPr>
        <w:br/>
        <w:t>ощущение было такое,</w:t>
      </w:r>
      <w:r w:rsidR="00440584" w:rsidRPr="00440584">
        <w:rPr>
          <w:rFonts w:ascii="Times New Roman" w:hAnsi="Times New Roman" w:cs="Times New Roman"/>
          <w:sz w:val="24"/>
          <w:szCs w:val="24"/>
          <w:lang w:val="ru-RU"/>
        </w:rPr>
        <w:br/>
        <w:t xml:space="preserve">будто </w:t>
      </w:r>
      <w:r w:rsidR="00440584"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над тобой сразу небо.</w:t>
      </w:r>
      <w:r w:rsidR="00440584" w:rsidRPr="00440584">
        <w:rPr>
          <w:rFonts w:ascii="Times New Roman" w:hAnsi="Times New Roman" w:cs="Times New Roman"/>
          <w:sz w:val="24"/>
          <w:szCs w:val="24"/>
          <w:lang w:val="ru-RU"/>
        </w:rPr>
        <w:br/>
      </w:r>
      <w:r w:rsidR="00440584" w:rsidRPr="00B76D2C">
        <w:rPr>
          <w:rFonts w:ascii="Times New Roman" w:hAnsi="Times New Roman" w:cs="Times New Roman"/>
          <w:sz w:val="24"/>
          <w:szCs w:val="24"/>
          <w:lang w:val="ru-RU"/>
        </w:rPr>
        <w:t xml:space="preserve">Без перекрытий. </w:t>
      </w:r>
      <w:r w:rsidR="00440584" w:rsidRPr="00440584">
        <w:rPr>
          <w:rFonts w:ascii="Times New Roman" w:hAnsi="Times New Roman" w:cs="Times New Roman"/>
          <w:sz w:val="24"/>
          <w:szCs w:val="24"/>
          <w:lang w:val="ru-RU"/>
        </w:rPr>
        <w:t>Без ограничений.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lastRenderedPageBreak/>
        <w:t>Он однажды спросил у старика: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— А почему у нас тут как будто нет потолка?</w:t>
      </w:r>
    </w:p>
    <w:p w:rsidR="00440584" w:rsidRPr="00B76D2C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B76D2C">
        <w:rPr>
          <w:rFonts w:ascii="Times New Roman" w:hAnsi="Times New Roman" w:cs="Times New Roman"/>
          <w:sz w:val="24"/>
          <w:szCs w:val="24"/>
          <w:lang w:val="ru-RU"/>
        </w:rPr>
        <w:t>Старик посмотрел вверх.</w:t>
      </w:r>
      <w:r w:rsidRPr="00B76D2C">
        <w:rPr>
          <w:rFonts w:ascii="Times New Roman" w:hAnsi="Times New Roman" w:cs="Times New Roman"/>
          <w:sz w:val="24"/>
          <w:szCs w:val="24"/>
          <w:lang w:val="ru-RU"/>
        </w:rPr>
        <w:br/>
        <w:t>Улыбнулся.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 xml:space="preserve">— Потому что </w:t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Дом Царствия строится снизу вверх.</w:t>
      </w:r>
      <w:r w:rsidRPr="00440584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А не сверху вниз.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 xml:space="preserve">У него нет крыши, потому что </w:t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Свет должен входить свободно.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— А дождь?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— Пусть капает.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Сердце ведь тоже не закрыто.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Оно промокает,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но именно тогда — начинает расти.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—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В тот день пошёл настоящий дождь.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Крупный, весенний.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Шумный.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И никто не спрятался.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Все остались сидеть.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Просто сидели — под каплями,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 xml:space="preserve">словно это была </w:t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вода от Самого Творца.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А потом кто-то сказал: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lastRenderedPageBreak/>
        <w:t>— Я чувствую, что меня моют.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Как будто всё, что пряталось —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 xml:space="preserve">теперь становится </w:t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чистым.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Сергей посмотрел на свои ладони.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И увидел: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они блестят.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Но не от воды.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 xml:space="preserve">От </w:t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того, что в них больше нет ничего лишнего.</w:t>
      </w:r>
    </w:p>
    <w:p w:rsidR="00E4474A" w:rsidRDefault="00E4474A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3780790" cy="3780790"/>
            <wp:effectExtent l="0" t="0" r="3810" b="3810"/>
            <wp:docPr id="39" name="Рисунок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9" name="Рисунок 595766197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lastRenderedPageBreak/>
        <w:t>С тех пор он понял: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некоторые Дома строятся специально без крыши,</w:t>
      </w:r>
      <w:r w:rsidRPr="00440584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чтобы Свет мог падать прямо в тебя.</w:t>
      </w:r>
      <w:r w:rsidRPr="00440584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И чтобы не было соблазна спрятаться.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—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Так появилась игра: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«Построй в себе место, куда может войти дождь — и не разрушить».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Игра для тех,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кто не боится промокнуть,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если в обмен — получит чистоту.</w:t>
      </w:r>
    </w:p>
    <w:p w:rsidR="00E4474A" w:rsidRDefault="00E4474A">
      <w:pPr>
        <w:rPr>
          <w:rStyle w:val="af6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af6"/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440584" w:rsidRPr="00E4474A" w:rsidRDefault="00440584" w:rsidP="00E4474A">
      <w:pPr>
        <w:pStyle w:val="21"/>
        <w:rPr>
          <w:lang w:val="ru-RU"/>
        </w:rPr>
      </w:pPr>
      <w:proofErr w:type="spellStart"/>
      <w:r w:rsidRPr="00E4474A">
        <w:rPr>
          <w:rStyle w:val="af6"/>
          <w:b/>
          <w:bCs/>
        </w:rPr>
        <w:lastRenderedPageBreak/>
        <w:t>Глава</w:t>
      </w:r>
      <w:proofErr w:type="spellEnd"/>
      <w:r w:rsidRPr="00E4474A">
        <w:rPr>
          <w:rStyle w:val="af6"/>
          <w:b/>
          <w:bCs/>
        </w:rPr>
        <w:t xml:space="preserve"> 4. </w:t>
      </w:r>
      <w:r w:rsidRPr="00E4474A">
        <w:rPr>
          <w:rStyle w:val="af6"/>
          <w:b/>
          <w:bCs/>
          <w:lang w:val="ru-RU"/>
        </w:rPr>
        <w:t>Когда Дом начинает дышать Сам</w:t>
      </w:r>
      <w:r w:rsidR="00E4474A" w:rsidRPr="00E4474A">
        <w:rPr>
          <w:rStyle w:val="af6"/>
          <w:b/>
          <w:bCs/>
          <w:lang w:val="ru-RU"/>
        </w:rPr>
        <w:t xml:space="preserve"> </w:t>
      </w:r>
      <w:r w:rsidR="00E4474A">
        <w:rPr>
          <w:rStyle w:val="af6"/>
          <w:b/>
          <w:bCs/>
          <w:lang w:val="ru-RU"/>
        </w:rPr>
        <w:t xml:space="preserve">      </w:t>
      </w:r>
      <w:proofErr w:type="gramStart"/>
      <w:r w:rsidR="00E4474A">
        <w:rPr>
          <w:rStyle w:val="af6"/>
          <w:b/>
          <w:bCs/>
          <w:lang w:val="ru-RU"/>
        </w:rPr>
        <w:t xml:space="preserve">   </w:t>
      </w:r>
      <w:r w:rsidRPr="00E4474A">
        <w:rPr>
          <w:rStyle w:val="af7"/>
          <w:i w:val="0"/>
          <w:iCs w:val="0"/>
          <w:lang w:val="ru-RU"/>
        </w:rPr>
        <w:t>(</w:t>
      </w:r>
      <w:proofErr w:type="gramEnd"/>
      <w:r w:rsidRPr="00E4474A">
        <w:rPr>
          <w:rStyle w:val="af7"/>
          <w:i w:val="0"/>
          <w:iCs w:val="0"/>
          <w:lang w:val="ru-RU"/>
        </w:rPr>
        <w:t>и почему Царствие — это не здание, а живое Существо)</w:t>
      </w:r>
    </w:p>
    <w:p w:rsidR="00440584" w:rsidRPr="00B76D2C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Однажды Сергей пришёл в Школу раньше всех.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Он думал просто подождать.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 xml:space="preserve">Сесть на подушку. </w:t>
      </w:r>
      <w:r w:rsidRPr="00B76D2C">
        <w:rPr>
          <w:rFonts w:ascii="Times New Roman" w:hAnsi="Times New Roman" w:cs="Times New Roman"/>
          <w:sz w:val="24"/>
          <w:szCs w:val="24"/>
          <w:lang w:val="ru-RU"/>
        </w:rPr>
        <w:t>Послушать тишину.</w:t>
      </w:r>
      <w:r w:rsidRPr="00B76D2C">
        <w:rPr>
          <w:rFonts w:ascii="Times New Roman" w:hAnsi="Times New Roman" w:cs="Times New Roman"/>
          <w:sz w:val="24"/>
          <w:szCs w:val="24"/>
          <w:lang w:val="ru-RU"/>
        </w:rPr>
        <w:br/>
        <w:t>Но тишины не было.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Дом дышал.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Он не шумел.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Не скрипел.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 xml:space="preserve">Он… </w:t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дышал.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Точно как человек.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Вдох — стены будто расширяются.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Выдох — становится чуть темнее,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как будто всё уходит внутрь,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в самое сердце.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Сергей прошёл по коридору.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Коснулся стены.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— Ты живой? — спросил он вполголоса.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Ответа не было.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Но внутри него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что-то вздохнуло в ответ.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lastRenderedPageBreak/>
        <w:t>—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Когда пришли другие,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он рассказал об этом.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— Конечно, он живой, — сказал мальчик, который чинил стулья.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— Ты же видел, как он растёт?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Каждый раз, когда кто-то становится тише,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или светлее,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или добрее —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 xml:space="preserve">в Доме становится </w:t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больше места.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— А ты заметила, — добавила девочка-художница, —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что рисунки на стенах меняются?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Анфиса встала.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Провела пальцем по стене.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Там, где раньше была просто трещинка,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теперь будто угадывались очертания крыльев.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И она поняла: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Дом рисует изнутри.</w:t>
      </w:r>
      <w:r w:rsidRPr="00440584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Он — как зеркало,</w:t>
      </w:r>
      <w:r w:rsidRPr="00440584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в котором проявляется Свет тех, кто в нём живёт.</w:t>
      </w:r>
    </w:p>
    <w:p w:rsidR="002B7320" w:rsidRDefault="002B7320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</w:p>
    <w:p w:rsidR="002B7320" w:rsidRDefault="002B7320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</w:p>
    <w:p w:rsidR="002B7320" w:rsidRDefault="002B7320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</w:p>
    <w:p w:rsidR="00440584" w:rsidRPr="00440584" w:rsidRDefault="002B7320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3780790" cy="3780790"/>
            <wp:effectExtent l="0" t="0" r="3810" b="3810"/>
            <wp:docPr id="40" name="Рисунок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Рисунок 1714656284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Сергей встал в центре комнаты.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Закрыл глаза.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 xml:space="preserve">И просто </w:t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впервые позволил себе почувствовать,</w:t>
      </w:r>
      <w:r w:rsidRPr="00440584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что он не в Школе.</w:t>
      </w:r>
      <w:r w:rsidRPr="00440584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А в Живом существе,</w:t>
      </w:r>
      <w:r w:rsidRPr="00440584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в котором Свет — не лампа,</w:t>
      </w:r>
      <w:r w:rsidRPr="00440584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а Сердце.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И он прошептал: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lastRenderedPageBreak/>
        <w:t>— Спасибо, что принял меня.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И где-то, очень мягко,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он услышал: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"Спасибо, что стал Мной."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—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С тех пор появилась новая игра: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«Не строй здание — стань тем, кто оживляет всё, к чему прикасается».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Теперь не только Школа,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но и улицы, лавочки, автобусы,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и даже лифт в их доме —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могли дышать.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Если ты подходил не как гость,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а как Тот, Кто любит.</w:t>
      </w:r>
    </w:p>
    <w:p w:rsidR="00834896" w:rsidRDefault="00834896">
      <w:pPr>
        <w:rPr>
          <w:rStyle w:val="af6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af6"/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440584" w:rsidRPr="00834896" w:rsidRDefault="00440584" w:rsidP="00834896">
      <w:pPr>
        <w:pStyle w:val="21"/>
      </w:pPr>
      <w:proofErr w:type="spellStart"/>
      <w:r w:rsidRPr="00834896">
        <w:rPr>
          <w:rStyle w:val="af6"/>
          <w:b/>
          <w:bCs/>
        </w:rPr>
        <w:lastRenderedPageBreak/>
        <w:t>Глава</w:t>
      </w:r>
      <w:proofErr w:type="spellEnd"/>
      <w:r w:rsidRPr="00834896">
        <w:rPr>
          <w:rStyle w:val="af6"/>
          <w:b/>
          <w:bCs/>
        </w:rPr>
        <w:t xml:space="preserve"> 5. </w:t>
      </w:r>
      <w:proofErr w:type="spellStart"/>
      <w:r w:rsidRPr="00834896">
        <w:rPr>
          <w:rStyle w:val="af6"/>
          <w:b/>
          <w:bCs/>
        </w:rPr>
        <w:t>Когда</w:t>
      </w:r>
      <w:proofErr w:type="spellEnd"/>
      <w:r w:rsidRPr="00834896">
        <w:rPr>
          <w:rStyle w:val="af6"/>
          <w:b/>
          <w:bCs/>
        </w:rPr>
        <w:t xml:space="preserve"> </w:t>
      </w:r>
      <w:proofErr w:type="spellStart"/>
      <w:r w:rsidRPr="00834896">
        <w:rPr>
          <w:rStyle w:val="af6"/>
          <w:b/>
          <w:bCs/>
        </w:rPr>
        <w:t>весь</w:t>
      </w:r>
      <w:proofErr w:type="spellEnd"/>
      <w:r w:rsidRPr="00834896">
        <w:rPr>
          <w:rStyle w:val="af6"/>
          <w:b/>
          <w:bCs/>
        </w:rPr>
        <w:t xml:space="preserve"> </w:t>
      </w:r>
      <w:proofErr w:type="spellStart"/>
      <w:r w:rsidRPr="00834896">
        <w:rPr>
          <w:rStyle w:val="af6"/>
          <w:b/>
          <w:bCs/>
        </w:rPr>
        <w:t>мир</w:t>
      </w:r>
      <w:proofErr w:type="spellEnd"/>
      <w:r w:rsidRPr="00834896">
        <w:rPr>
          <w:rStyle w:val="af6"/>
          <w:b/>
          <w:bCs/>
        </w:rPr>
        <w:t xml:space="preserve"> — </w:t>
      </w:r>
      <w:proofErr w:type="spellStart"/>
      <w:r w:rsidRPr="00834896">
        <w:rPr>
          <w:rStyle w:val="af6"/>
          <w:b/>
          <w:bCs/>
        </w:rPr>
        <w:t>оживает</w:t>
      </w:r>
      <w:proofErr w:type="spellEnd"/>
      <w:r w:rsidRPr="00834896">
        <w:rPr>
          <w:rStyle w:val="af6"/>
          <w:b/>
          <w:bCs/>
        </w:rPr>
        <w:t xml:space="preserve"> </w:t>
      </w:r>
      <w:proofErr w:type="spellStart"/>
      <w:r w:rsidRPr="00834896">
        <w:rPr>
          <w:rStyle w:val="af6"/>
          <w:b/>
          <w:bCs/>
        </w:rPr>
        <w:t>от</w:t>
      </w:r>
      <w:proofErr w:type="spellEnd"/>
      <w:r w:rsidRPr="00834896">
        <w:rPr>
          <w:rStyle w:val="af6"/>
          <w:b/>
          <w:bCs/>
        </w:rPr>
        <w:t xml:space="preserve"> </w:t>
      </w:r>
      <w:proofErr w:type="spellStart"/>
      <w:r w:rsidRPr="00834896">
        <w:rPr>
          <w:rStyle w:val="af6"/>
          <w:b/>
          <w:bCs/>
        </w:rPr>
        <w:t>одного</w:t>
      </w:r>
      <w:proofErr w:type="spellEnd"/>
      <w:r w:rsidRPr="00834896">
        <w:rPr>
          <w:rStyle w:val="af6"/>
          <w:b/>
          <w:bCs/>
        </w:rPr>
        <w:t xml:space="preserve"> </w:t>
      </w:r>
      <w:proofErr w:type="spellStart"/>
      <w:r w:rsidRPr="00834896">
        <w:rPr>
          <w:rStyle w:val="af6"/>
          <w:b/>
          <w:bCs/>
        </w:rPr>
        <w:t>прикосновения</w:t>
      </w:r>
      <w:proofErr w:type="spellEnd"/>
      <w:r w:rsidR="00834896" w:rsidRPr="00834896">
        <w:rPr>
          <w:rStyle w:val="af6"/>
          <w:b/>
          <w:bCs/>
        </w:rPr>
        <w:t xml:space="preserve"> </w:t>
      </w:r>
      <w:r w:rsidRPr="00834896">
        <w:rPr>
          <w:rStyle w:val="af7"/>
          <w:i w:val="0"/>
          <w:iCs w:val="0"/>
        </w:rPr>
        <w:t xml:space="preserve">(и </w:t>
      </w:r>
      <w:proofErr w:type="spellStart"/>
      <w:r w:rsidRPr="00834896">
        <w:rPr>
          <w:rStyle w:val="af7"/>
          <w:i w:val="0"/>
          <w:iCs w:val="0"/>
        </w:rPr>
        <w:t>как</w:t>
      </w:r>
      <w:proofErr w:type="spellEnd"/>
      <w:r w:rsidRPr="00834896">
        <w:rPr>
          <w:rStyle w:val="af7"/>
          <w:i w:val="0"/>
          <w:iCs w:val="0"/>
        </w:rPr>
        <w:t xml:space="preserve"> </w:t>
      </w:r>
      <w:proofErr w:type="spellStart"/>
      <w:r w:rsidRPr="00834896">
        <w:rPr>
          <w:rStyle w:val="af7"/>
          <w:i w:val="0"/>
          <w:iCs w:val="0"/>
        </w:rPr>
        <w:t>не</w:t>
      </w:r>
      <w:proofErr w:type="spellEnd"/>
      <w:r w:rsidRPr="00834896">
        <w:rPr>
          <w:rStyle w:val="af7"/>
          <w:i w:val="0"/>
          <w:iCs w:val="0"/>
        </w:rPr>
        <w:t xml:space="preserve"> </w:t>
      </w:r>
      <w:proofErr w:type="spellStart"/>
      <w:r w:rsidRPr="00834896">
        <w:rPr>
          <w:rStyle w:val="af7"/>
          <w:i w:val="0"/>
          <w:iCs w:val="0"/>
        </w:rPr>
        <w:t>испугаться</w:t>
      </w:r>
      <w:proofErr w:type="spellEnd"/>
      <w:r w:rsidRPr="00834896">
        <w:rPr>
          <w:rStyle w:val="af7"/>
          <w:i w:val="0"/>
          <w:iCs w:val="0"/>
        </w:rPr>
        <w:t xml:space="preserve"> </w:t>
      </w:r>
      <w:proofErr w:type="spellStart"/>
      <w:r w:rsidRPr="00834896">
        <w:rPr>
          <w:rStyle w:val="af7"/>
          <w:i w:val="0"/>
          <w:iCs w:val="0"/>
        </w:rPr>
        <w:t>того</w:t>
      </w:r>
      <w:proofErr w:type="spellEnd"/>
      <w:r w:rsidRPr="00834896">
        <w:rPr>
          <w:rStyle w:val="af7"/>
          <w:i w:val="0"/>
          <w:iCs w:val="0"/>
        </w:rPr>
        <w:t xml:space="preserve">, </w:t>
      </w:r>
      <w:proofErr w:type="spellStart"/>
      <w:r w:rsidRPr="00834896">
        <w:rPr>
          <w:rStyle w:val="af7"/>
          <w:i w:val="0"/>
          <w:iCs w:val="0"/>
        </w:rPr>
        <w:t>что</w:t>
      </w:r>
      <w:proofErr w:type="spellEnd"/>
      <w:r w:rsidRPr="00834896">
        <w:rPr>
          <w:rStyle w:val="af7"/>
          <w:i w:val="0"/>
          <w:iCs w:val="0"/>
        </w:rPr>
        <w:t xml:space="preserve"> </w:t>
      </w:r>
      <w:proofErr w:type="spellStart"/>
      <w:r w:rsidRPr="00834896">
        <w:rPr>
          <w:rStyle w:val="af7"/>
          <w:i w:val="0"/>
          <w:iCs w:val="0"/>
        </w:rPr>
        <w:t>ты</w:t>
      </w:r>
      <w:proofErr w:type="spellEnd"/>
      <w:r w:rsidRPr="00834896">
        <w:rPr>
          <w:rStyle w:val="af7"/>
          <w:i w:val="0"/>
          <w:iCs w:val="0"/>
        </w:rPr>
        <w:t xml:space="preserve"> </w:t>
      </w:r>
      <w:proofErr w:type="spellStart"/>
      <w:r w:rsidRPr="00834896">
        <w:rPr>
          <w:rStyle w:val="af7"/>
          <w:i w:val="0"/>
          <w:iCs w:val="0"/>
        </w:rPr>
        <w:t>стал</w:t>
      </w:r>
      <w:proofErr w:type="spellEnd"/>
      <w:r w:rsidRPr="00834896">
        <w:rPr>
          <w:rStyle w:val="af7"/>
          <w:i w:val="0"/>
          <w:iCs w:val="0"/>
        </w:rPr>
        <w:t xml:space="preserve"> </w:t>
      </w:r>
      <w:proofErr w:type="spellStart"/>
      <w:r w:rsidRPr="00834896">
        <w:rPr>
          <w:rStyle w:val="af7"/>
          <w:i w:val="0"/>
          <w:iCs w:val="0"/>
        </w:rPr>
        <w:t>Творцом</w:t>
      </w:r>
      <w:proofErr w:type="spellEnd"/>
      <w:r w:rsidRPr="00834896">
        <w:rPr>
          <w:rStyle w:val="af7"/>
          <w:i w:val="0"/>
          <w:iCs w:val="0"/>
        </w:rPr>
        <w:t>)</w:t>
      </w:r>
    </w:p>
    <w:p w:rsidR="00440584" w:rsidRDefault="00440584" w:rsidP="00440584">
      <w:pPr>
        <w:spacing w:before="100" w:beforeAutospacing="1" w:after="100" w:afterAutospacing="1"/>
        <w:rPr>
          <w:rStyle w:val="af6"/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Это началось с ручки двери.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Сергей взялся за неё, чтобы открыть —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и вдруг почувствовал,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 xml:space="preserve">что она </w:t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помнит всех, кто к ней прикасался.</w:t>
      </w:r>
    </w:p>
    <w:p w:rsidR="00796D8C" w:rsidRPr="00440584" w:rsidRDefault="00796D8C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3780000" cy="3780000"/>
            <wp:effectExtent l="0" t="0" r="5080" b="5080"/>
            <wp:wrapSquare wrapText="bothSides"/>
            <wp:docPr id="41" name="Рисунок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1" name="Рисунок 310657455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  <ns6:sizeRelH relativeFrom="margin">
              <ns6:pctWidth>0</ns6:pctWidth>
            </ns6:sizeRelH>
            <ns6:sizeRelV relativeFrom="margin">
              <ns6:pctHeight>0</ns6:pctHeight>
            </ns6:sizeRelV>
          </wp:anchor>
        </w:drawing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lastRenderedPageBreak/>
        <w:t>— Бабушка с сумками.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— Дворник с уставшими руками.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— Первоклассник, который боялся войти.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— И тот мальчик, который однажды дёрнул её со злостью…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а потом долго стоял в коридоре и плакал.</w:t>
      </w:r>
    </w:p>
    <w:p w:rsidR="00440584" w:rsidRPr="00B76D2C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Он отдёрнул руку.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Сердце — стучало.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Он почувствовал всё это не умом.</w:t>
      </w:r>
      <w:r w:rsidRPr="00440584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B76D2C">
        <w:rPr>
          <w:rStyle w:val="af6"/>
          <w:rFonts w:ascii="Times New Roman" w:hAnsi="Times New Roman" w:cs="Times New Roman"/>
          <w:sz w:val="24"/>
          <w:szCs w:val="24"/>
          <w:lang w:val="ru-RU"/>
        </w:rPr>
        <w:t>А телом.</w:t>
      </w:r>
      <w:r w:rsidRPr="00B76D2C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B76D2C">
        <w:rPr>
          <w:rStyle w:val="af6"/>
          <w:rFonts w:ascii="Times New Roman" w:hAnsi="Times New Roman" w:cs="Times New Roman"/>
          <w:sz w:val="24"/>
          <w:szCs w:val="24"/>
          <w:lang w:val="ru-RU"/>
        </w:rPr>
        <w:t>Сердцем.</w:t>
      </w:r>
      <w:r w:rsidRPr="00B76D2C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B76D2C">
        <w:rPr>
          <w:rStyle w:val="af6"/>
          <w:rFonts w:ascii="Times New Roman" w:hAnsi="Times New Roman" w:cs="Times New Roman"/>
          <w:sz w:val="24"/>
          <w:szCs w:val="24"/>
          <w:lang w:val="ru-RU"/>
        </w:rPr>
        <w:t>Прямо в ладони.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—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На следующий день он попробовал снова.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Положил руку — осторожно.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Как будто не на ручку,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 xml:space="preserve">а </w:t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на плечо живого существа.</w:t>
      </w:r>
    </w:p>
    <w:p w:rsidR="00440584" w:rsidRPr="00B76D2C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И ручка ответила.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Тихо.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Как тепло, которое идёт вглубь.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6D2C">
        <w:rPr>
          <w:rFonts w:ascii="Times New Roman" w:hAnsi="Times New Roman" w:cs="Times New Roman"/>
          <w:sz w:val="24"/>
          <w:szCs w:val="24"/>
          <w:lang w:val="ru-RU"/>
        </w:rPr>
        <w:t>Как извинение.</w:t>
      </w:r>
      <w:r w:rsidRPr="00B76D2C">
        <w:rPr>
          <w:rFonts w:ascii="Times New Roman" w:hAnsi="Times New Roman" w:cs="Times New Roman"/>
          <w:sz w:val="24"/>
          <w:szCs w:val="24"/>
          <w:lang w:val="ru-RU"/>
        </w:rPr>
        <w:br/>
        <w:t>Как понимание.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—</w:t>
      </w:r>
    </w:p>
    <w:p w:rsidR="00C5476C" w:rsidRDefault="00C5476C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lastRenderedPageBreak/>
        <w:t>Он рассказал об этом в Школе.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— Я думал, что только люди могут отвечать, — сказал Ваня.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— А выходит, всё живое?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Старик с белой бородой кивнул: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— Жизнь — не внутри тел.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 xml:space="preserve">Жизнь — </w:t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в том, что слышит, когда ты касаешься с любовью.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И если ты становишься таким,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 xml:space="preserve">тебя слышат </w:t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всё.</w:t>
      </w:r>
      <w:r w:rsidRPr="00440584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Даже то, что раньше было “неживым”.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—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Анфиса погладила старую штору у окна.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6D2C">
        <w:rPr>
          <w:rFonts w:ascii="Times New Roman" w:hAnsi="Times New Roman" w:cs="Times New Roman"/>
          <w:sz w:val="24"/>
          <w:szCs w:val="24"/>
          <w:lang w:val="ru-RU"/>
        </w:rPr>
        <w:t>Та дрогнула.</w:t>
      </w:r>
      <w:r w:rsidRPr="00B76D2C">
        <w:rPr>
          <w:rFonts w:ascii="Times New Roman" w:hAnsi="Times New Roman" w:cs="Times New Roman"/>
          <w:sz w:val="24"/>
          <w:szCs w:val="24"/>
          <w:lang w:val="ru-RU"/>
        </w:rPr>
        <w:br/>
        <w:t xml:space="preserve">Легко. 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t>Почти незаметно.</w:t>
      </w:r>
    </w:p>
    <w:p w:rsidR="00440584" w:rsidRPr="00B76D2C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— Она благодарит, — прошептала Анфиса.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 xml:space="preserve">— За то, что её не дёрнули. </w:t>
      </w:r>
      <w:r w:rsidRPr="00B76D2C">
        <w:rPr>
          <w:rFonts w:ascii="Times New Roman" w:hAnsi="Times New Roman" w:cs="Times New Roman"/>
          <w:sz w:val="24"/>
          <w:szCs w:val="24"/>
          <w:lang w:val="ru-RU"/>
        </w:rPr>
        <w:t xml:space="preserve">А </w:t>
      </w:r>
      <w:r w:rsidRPr="00B76D2C">
        <w:rPr>
          <w:rStyle w:val="af6"/>
          <w:rFonts w:ascii="Times New Roman" w:hAnsi="Times New Roman" w:cs="Times New Roman"/>
          <w:sz w:val="24"/>
          <w:szCs w:val="24"/>
          <w:lang w:val="ru-RU"/>
        </w:rPr>
        <w:t>заметили.</w:t>
      </w:r>
    </w:p>
    <w:p w:rsidR="00CC46C5" w:rsidRDefault="00CC46C5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</w:p>
    <w:p w:rsidR="00CC46C5" w:rsidRDefault="00CC46C5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</w:p>
    <w:p w:rsidR="00CC46C5" w:rsidRDefault="00CC46C5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</w:p>
    <w:p w:rsidR="00CC46C5" w:rsidRDefault="00CC46C5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</w:p>
    <w:p w:rsidR="00440584" w:rsidRPr="00B76D2C" w:rsidRDefault="00CC46C5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inline distT="0" distB="0" distL="0" distR="0">
            <wp:extent cx="3780790" cy="3780790"/>
            <wp:effectExtent l="0" t="0" r="3810" b="3810"/>
            <wp:docPr id="42" name="Рисунок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Рисунок 943603402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0584" w:rsidRPr="00B76D2C">
        <w:rPr>
          <w:rFonts w:ascii="Times New Roman" w:hAnsi="Times New Roman" w:cs="Times New Roman"/>
          <w:sz w:val="24"/>
          <w:szCs w:val="24"/>
          <w:lang w:val="ru-RU"/>
        </w:rPr>
        <w:t>Сергей стоял у стены.</w:t>
      </w:r>
      <w:r w:rsidR="00440584" w:rsidRPr="00B76D2C">
        <w:rPr>
          <w:rFonts w:ascii="Times New Roman" w:hAnsi="Times New Roman" w:cs="Times New Roman"/>
          <w:sz w:val="24"/>
          <w:szCs w:val="24"/>
          <w:lang w:val="ru-RU"/>
        </w:rPr>
        <w:br/>
        <w:t>И вдруг понял: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"Я не просто живу в мире.</w:t>
      </w:r>
      <w:r w:rsidRPr="00440584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Я — оживляю его.</w:t>
      </w:r>
      <w:r w:rsidRPr="00440584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Одним взглядом.</w:t>
      </w:r>
      <w:r w:rsidRPr="00440584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Одной мыслью.</w:t>
      </w:r>
      <w:r w:rsidRPr="00440584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Одной каплей Света."</w:t>
      </w:r>
    </w:p>
    <w:p w:rsidR="00440584" w:rsidRPr="00B76D2C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И в этот момент он понял —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 xml:space="preserve">что </w:t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Сотворение продолжается.</w:t>
      </w:r>
      <w:r w:rsidRPr="00440584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B76D2C">
        <w:rPr>
          <w:rStyle w:val="af6"/>
          <w:rFonts w:ascii="Times New Roman" w:hAnsi="Times New Roman" w:cs="Times New Roman"/>
          <w:sz w:val="24"/>
          <w:szCs w:val="24"/>
          <w:lang w:val="ru-RU"/>
        </w:rPr>
        <w:lastRenderedPageBreak/>
        <w:t>Через него.</w:t>
      </w:r>
      <w:r w:rsidRPr="00B76D2C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B76D2C">
        <w:rPr>
          <w:rStyle w:val="af6"/>
          <w:rFonts w:ascii="Times New Roman" w:hAnsi="Times New Roman" w:cs="Times New Roman"/>
          <w:sz w:val="24"/>
          <w:szCs w:val="24"/>
          <w:lang w:val="ru-RU"/>
        </w:rPr>
        <w:t>Прямо сейчас.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—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Так появилась игра,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которая больше не была игрой: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«Прикоснись с Любовью — и узнай, что ты Творец».</w:t>
      </w:r>
    </w:p>
    <w:p w:rsidR="00834896" w:rsidRDefault="00834896">
      <w:pPr>
        <w:rPr>
          <w:rStyle w:val="af6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af6"/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440584" w:rsidRPr="00834896" w:rsidRDefault="00440584" w:rsidP="00834896">
      <w:pPr>
        <w:pStyle w:val="21"/>
      </w:pPr>
      <w:proofErr w:type="spellStart"/>
      <w:r w:rsidRPr="00834896">
        <w:rPr>
          <w:rStyle w:val="af6"/>
          <w:b/>
          <w:bCs/>
        </w:rPr>
        <w:lastRenderedPageBreak/>
        <w:t>Глава</w:t>
      </w:r>
      <w:proofErr w:type="spellEnd"/>
      <w:r w:rsidRPr="00834896">
        <w:rPr>
          <w:rStyle w:val="af6"/>
          <w:b/>
          <w:bCs/>
        </w:rPr>
        <w:t xml:space="preserve"> 6. </w:t>
      </w:r>
      <w:proofErr w:type="spellStart"/>
      <w:r w:rsidRPr="00834896">
        <w:rPr>
          <w:rStyle w:val="af6"/>
          <w:b/>
          <w:bCs/>
        </w:rPr>
        <w:t>Когда</w:t>
      </w:r>
      <w:proofErr w:type="spellEnd"/>
      <w:r w:rsidRPr="00834896">
        <w:rPr>
          <w:rStyle w:val="af6"/>
          <w:b/>
          <w:bCs/>
        </w:rPr>
        <w:t xml:space="preserve"> </w:t>
      </w:r>
      <w:proofErr w:type="spellStart"/>
      <w:r w:rsidRPr="00834896">
        <w:rPr>
          <w:rStyle w:val="af6"/>
          <w:b/>
          <w:bCs/>
        </w:rPr>
        <w:t>ты</w:t>
      </w:r>
      <w:proofErr w:type="spellEnd"/>
      <w:r w:rsidRPr="00834896">
        <w:rPr>
          <w:rStyle w:val="af6"/>
          <w:b/>
          <w:bCs/>
        </w:rPr>
        <w:t xml:space="preserve"> </w:t>
      </w:r>
      <w:proofErr w:type="spellStart"/>
      <w:r w:rsidRPr="00834896">
        <w:rPr>
          <w:rStyle w:val="af6"/>
          <w:b/>
          <w:bCs/>
        </w:rPr>
        <w:t>больше</w:t>
      </w:r>
      <w:proofErr w:type="spellEnd"/>
      <w:r w:rsidRPr="00834896">
        <w:rPr>
          <w:rStyle w:val="af6"/>
          <w:b/>
          <w:bCs/>
        </w:rPr>
        <w:t xml:space="preserve"> </w:t>
      </w:r>
      <w:proofErr w:type="spellStart"/>
      <w:r w:rsidRPr="00834896">
        <w:rPr>
          <w:rStyle w:val="af6"/>
          <w:b/>
          <w:bCs/>
        </w:rPr>
        <w:t>не</w:t>
      </w:r>
      <w:proofErr w:type="spellEnd"/>
      <w:r w:rsidRPr="00834896">
        <w:rPr>
          <w:rStyle w:val="af6"/>
          <w:b/>
          <w:bCs/>
        </w:rPr>
        <w:t xml:space="preserve"> </w:t>
      </w:r>
      <w:proofErr w:type="spellStart"/>
      <w:r w:rsidRPr="00834896">
        <w:rPr>
          <w:rStyle w:val="af6"/>
          <w:b/>
          <w:bCs/>
        </w:rPr>
        <w:t>ищешь</w:t>
      </w:r>
      <w:proofErr w:type="spellEnd"/>
      <w:r w:rsidRPr="00834896">
        <w:rPr>
          <w:rStyle w:val="af6"/>
          <w:b/>
          <w:bCs/>
        </w:rPr>
        <w:t xml:space="preserve"> </w:t>
      </w:r>
      <w:proofErr w:type="spellStart"/>
      <w:r w:rsidRPr="00834896">
        <w:rPr>
          <w:rStyle w:val="af6"/>
          <w:b/>
          <w:bCs/>
        </w:rPr>
        <w:t>Творца</w:t>
      </w:r>
      <w:proofErr w:type="spellEnd"/>
      <w:r w:rsidRPr="00834896">
        <w:rPr>
          <w:rStyle w:val="af6"/>
          <w:b/>
          <w:bCs/>
        </w:rPr>
        <w:t xml:space="preserve"> — </w:t>
      </w:r>
      <w:proofErr w:type="spellStart"/>
      <w:r w:rsidRPr="00834896">
        <w:rPr>
          <w:rStyle w:val="af6"/>
          <w:b/>
          <w:bCs/>
        </w:rPr>
        <w:t>потому</w:t>
      </w:r>
      <w:proofErr w:type="spellEnd"/>
      <w:r w:rsidRPr="00834896">
        <w:rPr>
          <w:rStyle w:val="af6"/>
          <w:b/>
          <w:bCs/>
        </w:rPr>
        <w:t xml:space="preserve"> </w:t>
      </w:r>
      <w:proofErr w:type="spellStart"/>
      <w:r w:rsidRPr="00834896">
        <w:rPr>
          <w:rStyle w:val="af6"/>
          <w:b/>
          <w:bCs/>
        </w:rPr>
        <w:t>что</w:t>
      </w:r>
      <w:proofErr w:type="spellEnd"/>
      <w:r w:rsidRPr="00834896">
        <w:rPr>
          <w:rStyle w:val="af6"/>
          <w:b/>
          <w:bCs/>
        </w:rPr>
        <w:t xml:space="preserve"> </w:t>
      </w:r>
      <w:proofErr w:type="spellStart"/>
      <w:r w:rsidRPr="00834896">
        <w:rPr>
          <w:rStyle w:val="af6"/>
          <w:b/>
          <w:bCs/>
        </w:rPr>
        <w:t>уже</w:t>
      </w:r>
      <w:proofErr w:type="spellEnd"/>
      <w:r w:rsidRPr="00834896">
        <w:rPr>
          <w:rStyle w:val="af6"/>
          <w:b/>
          <w:bCs/>
        </w:rPr>
        <w:t xml:space="preserve"> </w:t>
      </w:r>
      <w:proofErr w:type="spellStart"/>
      <w:r w:rsidRPr="00834896">
        <w:rPr>
          <w:rStyle w:val="af6"/>
          <w:b/>
          <w:bCs/>
        </w:rPr>
        <w:t>Им</w:t>
      </w:r>
      <w:proofErr w:type="spellEnd"/>
      <w:r w:rsidRPr="00834896">
        <w:rPr>
          <w:rStyle w:val="af6"/>
          <w:b/>
          <w:bCs/>
        </w:rPr>
        <w:t xml:space="preserve"> </w:t>
      </w:r>
      <w:proofErr w:type="spellStart"/>
      <w:r w:rsidRPr="00834896">
        <w:rPr>
          <w:rStyle w:val="af6"/>
          <w:b/>
          <w:bCs/>
        </w:rPr>
        <w:t>стал</w:t>
      </w:r>
      <w:proofErr w:type="spellEnd"/>
      <w:r w:rsidR="00834896" w:rsidRPr="00834896">
        <w:rPr>
          <w:rStyle w:val="af6"/>
          <w:b/>
          <w:bCs/>
        </w:rPr>
        <w:t xml:space="preserve"> </w:t>
      </w:r>
      <w:r w:rsidRPr="00834896">
        <w:rPr>
          <w:rStyle w:val="af7"/>
          <w:i w:val="0"/>
          <w:iCs w:val="0"/>
        </w:rPr>
        <w:t xml:space="preserve">(и </w:t>
      </w:r>
      <w:proofErr w:type="spellStart"/>
      <w:r w:rsidRPr="00834896">
        <w:rPr>
          <w:rStyle w:val="af7"/>
          <w:i w:val="0"/>
          <w:iCs w:val="0"/>
        </w:rPr>
        <w:t>как</w:t>
      </w:r>
      <w:proofErr w:type="spellEnd"/>
      <w:r w:rsidRPr="00834896">
        <w:rPr>
          <w:rStyle w:val="af7"/>
          <w:i w:val="0"/>
          <w:iCs w:val="0"/>
        </w:rPr>
        <w:t xml:space="preserve"> </w:t>
      </w:r>
      <w:proofErr w:type="spellStart"/>
      <w:r w:rsidRPr="00834896">
        <w:rPr>
          <w:rStyle w:val="af7"/>
          <w:i w:val="0"/>
          <w:iCs w:val="0"/>
        </w:rPr>
        <w:t>узнать</w:t>
      </w:r>
      <w:proofErr w:type="spellEnd"/>
      <w:r w:rsidRPr="00834896">
        <w:rPr>
          <w:rStyle w:val="af7"/>
          <w:i w:val="0"/>
          <w:iCs w:val="0"/>
        </w:rPr>
        <w:t xml:space="preserve">, </w:t>
      </w:r>
      <w:proofErr w:type="spellStart"/>
      <w:r w:rsidRPr="00834896">
        <w:rPr>
          <w:rStyle w:val="af7"/>
          <w:i w:val="0"/>
          <w:iCs w:val="0"/>
        </w:rPr>
        <w:t>что</w:t>
      </w:r>
      <w:proofErr w:type="spellEnd"/>
      <w:r w:rsidRPr="00834896">
        <w:rPr>
          <w:rStyle w:val="af7"/>
          <w:i w:val="0"/>
          <w:iCs w:val="0"/>
        </w:rPr>
        <w:t xml:space="preserve"> </w:t>
      </w:r>
      <w:proofErr w:type="spellStart"/>
      <w:r w:rsidRPr="00834896">
        <w:rPr>
          <w:rStyle w:val="af7"/>
          <w:i w:val="0"/>
          <w:iCs w:val="0"/>
        </w:rPr>
        <w:t>теперь</w:t>
      </w:r>
      <w:proofErr w:type="spellEnd"/>
      <w:r w:rsidRPr="00834896">
        <w:rPr>
          <w:rStyle w:val="af7"/>
          <w:i w:val="0"/>
          <w:iCs w:val="0"/>
        </w:rPr>
        <w:t xml:space="preserve"> </w:t>
      </w:r>
      <w:proofErr w:type="spellStart"/>
      <w:r w:rsidRPr="00834896">
        <w:rPr>
          <w:rStyle w:val="af7"/>
          <w:i w:val="0"/>
          <w:iCs w:val="0"/>
        </w:rPr>
        <w:t>ты</w:t>
      </w:r>
      <w:proofErr w:type="spellEnd"/>
      <w:r w:rsidRPr="00834896">
        <w:rPr>
          <w:rStyle w:val="af7"/>
          <w:i w:val="0"/>
          <w:iCs w:val="0"/>
        </w:rPr>
        <w:t xml:space="preserve"> — </w:t>
      </w:r>
      <w:proofErr w:type="spellStart"/>
      <w:r w:rsidRPr="00834896">
        <w:rPr>
          <w:rStyle w:val="af7"/>
          <w:i w:val="0"/>
          <w:iCs w:val="0"/>
        </w:rPr>
        <w:t>Ответ</w:t>
      </w:r>
      <w:proofErr w:type="spellEnd"/>
      <w:r w:rsidRPr="00834896">
        <w:rPr>
          <w:rStyle w:val="af7"/>
          <w:i w:val="0"/>
          <w:iCs w:val="0"/>
        </w:rPr>
        <w:t xml:space="preserve"> </w:t>
      </w:r>
      <w:proofErr w:type="spellStart"/>
      <w:r w:rsidRPr="00834896">
        <w:rPr>
          <w:rStyle w:val="af7"/>
          <w:i w:val="0"/>
          <w:iCs w:val="0"/>
        </w:rPr>
        <w:t>Миру</w:t>
      </w:r>
      <w:proofErr w:type="spellEnd"/>
      <w:r w:rsidRPr="00834896">
        <w:rPr>
          <w:rStyle w:val="af7"/>
          <w:i w:val="0"/>
          <w:iCs w:val="0"/>
        </w:rPr>
        <w:t>)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В тот день Сергей проснулся иначе.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Не от будильника.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Не от солнца.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 xml:space="preserve">А от </w:t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внутреннего касания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как будто кто-то тронул его изнутри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и сказал: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«Проснись, ты уже не ученик.»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Он встал.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Оделся.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Посмотрел в зеркало —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 xml:space="preserve">и впервые </w:t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не увидел мальчика.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Он увидел…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Пространство.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Чистое.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Глубокое.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Сияющее.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Как будто не лицо — а место, где живёт Тот, Кто любит.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—</w:t>
      </w:r>
    </w:p>
    <w:p w:rsidR="00440584" w:rsidRPr="00B76D2C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В Школе его ждали.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Без слов.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6D2C">
        <w:rPr>
          <w:rFonts w:ascii="Times New Roman" w:hAnsi="Times New Roman" w:cs="Times New Roman"/>
          <w:sz w:val="24"/>
          <w:szCs w:val="24"/>
          <w:lang w:val="ru-RU"/>
        </w:rPr>
        <w:lastRenderedPageBreak/>
        <w:t>Без задач.</w:t>
      </w:r>
      <w:r w:rsidRPr="00B76D2C">
        <w:rPr>
          <w:rFonts w:ascii="Times New Roman" w:hAnsi="Times New Roman" w:cs="Times New Roman"/>
          <w:sz w:val="24"/>
          <w:szCs w:val="24"/>
          <w:lang w:val="ru-RU"/>
        </w:rPr>
        <w:br/>
        <w:t>Без уроков.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Он вошёл — и все встали.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</w:r>
      <w:proofErr w:type="gramStart"/>
      <w:r w:rsidRPr="00440584">
        <w:rPr>
          <w:rFonts w:ascii="Times New Roman" w:hAnsi="Times New Roman" w:cs="Times New Roman"/>
          <w:sz w:val="24"/>
          <w:szCs w:val="24"/>
          <w:lang w:val="ru-RU"/>
        </w:rPr>
        <w:t>Не потому что</w:t>
      </w:r>
      <w:proofErr w:type="gramEnd"/>
      <w:r w:rsidRPr="00440584">
        <w:rPr>
          <w:rFonts w:ascii="Times New Roman" w:hAnsi="Times New Roman" w:cs="Times New Roman"/>
          <w:sz w:val="24"/>
          <w:szCs w:val="24"/>
          <w:lang w:val="ru-RU"/>
        </w:rPr>
        <w:t xml:space="preserve"> он стал главным.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 xml:space="preserve">А потому что </w:t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они почувствовали, что в нём — пришёл Свет.</w:t>
      </w:r>
    </w:p>
    <w:p w:rsidR="00651DC6" w:rsidRDefault="00651DC6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3780790" cy="3780790"/>
            <wp:effectExtent l="0" t="0" r="3810" b="3810"/>
            <wp:docPr id="43" name="Рисунок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3" name="Рисунок 1452740575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78079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— Что теперь? — спросил Ваня.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lastRenderedPageBreak/>
        <w:t>Сергей улыбнулся.</w:t>
      </w:r>
    </w:p>
    <w:p w:rsidR="00440584" w:rsidRPr="00B76D2C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 xml:space="preserve">— Теперь мы </w:t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не учимся быть Царствием.</w:t>
      </w:r>
      <w:r w:rsidRPr="00440584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B76D2C">
        <w:rPr>
          <w:rStyle w:val="af6"/>
          <w:rFonts w:ascii="Times New Roman" w:hAnsi="Times New Roman" w:cs="Times New Roman"/>
          <w:sz w:val="24"/>
          <w:szCs w:val="24"/>
          <w:lang w:val="ru-RU"/>
        </w:rPr>
        <w:t>Теперь мы — живём Им.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— А как? — спросила Анфиса.</w:t>
      </w:r>
    </w:p>
    <w:p w:rsidR="00440584" w:rsidRPr="00B76D2C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Он не ответил.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Он подошёл к цветку в углу,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который давно засох.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Провёл по нему рукой.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Тихо.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6D2C">
        <w:rPr>
          <w:rFonts w:ascii="Times New Roman" w:hAnsi="Times New Roman" w:cs="Times New Roman"/>
          <w:sz w:val="24"/>
          <w:szCs w:val="24"/>
          <w:lang w:val="ru-RU"/>
        </w:rPr>
        <w:t>С любовью.</w:t>
      </w:r>
    </w:p>
    <w:p w:rsidR="00440584" w:rsidRPr="00B76D2C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B76D2C">
        <w:rPr>
          <w:rFonts w:ascii="Times New Roman" w:hAnsi="Times New Roman" w:cs="Times New Roman"/>
          <w:sz w:val="24"/>
          <w:szCs w:val="24"/>
          <w:lang w:val="ru-RU"/>
        </w:rPr>
        <w:t xml:space="preserve">И цветок… </w:t>
      </w:r>
      <w:r w:rsidRPr="00B76D2C">
        <w:rPr>
          <w:rStyle w:val="af6"/>
          <w:rFonts w:ascii="Times New Roman" w:hAnsi="Times New Roman" w:cs="Times New Roman"/>
          <w:sz w:val="24"/>
          <w:szCs w:val="24"/>
          <w:lang w:val="ru-RU"/>
        </w:rPr>
        <w:t>дрогнул.</w:t>
      </w:r>
      <w:r w:rsidRPr="00B76D2C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B76D2C">
        <w:rPr>
          <w:rStyle w:val="af6"/>
          <w:rFonts w:ascii="Times New Roman" w:hAnsi="Times New Roman" w:cs="Times New Roman"/>
          <w:sz w:val="24"/>
          <w:szCs w:val="24"/>
          <w:lang w:val="ru-RU"/>
        </w:rPr>
        <w:t>И поднял один лепесток.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—</w:t>
      </w:r>
    </w:p>
    <w:p w:rsidR="00440584" w:rsidRPr="00B76D2C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Старик с белой бородой вышел из комнаты.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6D2C">
        <w:rPr>
          <w:rFonts w:ascii="Times New Roman" w:hAnsi="Times New Roman" w:cs="Times New Roman"/>
          <w:sz w:val="24"/>
          <w:szCs w:val="24"/>
          <w:lang w:val="ru-RU"/>
        </w:rPr>
        <w:t>Снял шапку.</w:t>
      </w:r>
      <w:r w:rsidRPr="00B76D2C">
        <w:rPr>
          <w:rFonts w:ascii="Times New Roman" w:hAnsi="Times New Roman" w:cs="Times New Roman"/>
          <w:sz w:val="24"/>
          <w:szCs w:val="24"/>
          <w:lang w:val="ru-RU"/>
        </w:rPr>
        <w:br/>
        <w:t>И сказал: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— Моя Школа больше не нужна.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 xml:space="preserve">Потому что </w:t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Вы стали Учителями.</w:t>
      </w:r>
    </w:p>
    <w:p w:rsidR="00CD0292" w:rsidRDefault="00CD0292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</w:p>
    <w:p w:rsidR="00CD0292" w:rsidRDefault="00CD0292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</w:p>
    <w:p w:rsidR="00CD0292" w:rsidRDefault="00CD0292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  <w:lang w:val="ru-RU"/>
        </w:rPr>
        <w:lastRenderedPageBreak/>
        <w:drawing>
          <wp:anchor distT="0" distB="0" distL="114300" distR="114300" simplePos="0" relativeHeight="251664384" behindDoc="0" locked="0" layoutInCell="1" allowOverlap="1" ns6:anchorId="50591FC6" ns6:editId="0624E253">
            <wp:simplePos x="0" y="0"/>
            <wp:positionH relativeFrom="column">
              <wp:posOffset>0</wp:posOffset>
            </wp:positionH>
            <wp:positionV relativeFrom="paragraph">
              <wp:posOffset>544</wp:posOffset>
            </wp:positionV>
            <wp:extent cx="3780000" cy="5688000"/>
            <wp:effectExtent l="0" t="0" r="5080" b="1905"/>
            <wp:wrapSquare wrapText="bothSides"/>
            <wp:docPr id="44" name="Рисунок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Рисунок 2111588121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5688000"/>
                    </a:xfrm>
                    <a:prstGeom prst="rect">
                      <a:avLst/>
                    </a:prstGeom>
                  </pic:spPr>
                </pic:pic>
              </a:graphicData>
            </a:graphic>
            <ns6:sizeRelH relativeFrom="margin">
              <ns6:pctWidth>0</ns6:pctWidth>
            </ns6:sizeRelH>
            <ns6:sizeRelV relativeFrom="margin">
              <ns6:pctHeight>0</ns6:pctHeight>
            </ns6:sizeRelV>
          </wp:anchor>
        </w:drawing>
      </w:r>
      <w:r w:rsidRPr="00CD02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40584" w:rsidRPr="00B76D2C" w:rsidRDefault="00CD0292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lastRenderedPageBreak/>
        <w:t>Сергей стоял в центре комнаты.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</w:r>
      <w:r w:rsidR="00440584" w:rsidRPr="00440584">
        <w:rPr>
          <w:rFonts w:ascii="Times New Roman" w:hAnsi="Times New Roman" w:cs="Times New Roman"/>
          <w:sz w:val="24"/>
          <w:szCs w:val="24"/>
          <w:lang w:val="ru-RU"/>
        </w:rPr>
        <w:t>Но комната больше не была центром.</w:t>
      </w:r>
      <w:r w:rsidR="00440584" w:rsidRPr="00440584">
        <w:rPr>
          <w:rFonts w:ascii="Times New Roman" w:hAnsi="Times New Roman" w:cs="Times New Roman"/>
          <w:sz w:val="24"/>
          <w:szCs w:val="24"/>
          <w:lang w:val="ru-RU"/>
        </w:rPr>
        <w:br/>
      </w:r>
      <w:r w:rsidR="00440584" w:rsidRPr="00B76D2C">
        <w:rPr>
          <w:rStyle w:val="af6"/>
          <w:rFonts w:ascii="Times New Roman" w:hAnsi="Times New Roman" w:cs="Times New Roman"/>
          <w:sz w:val="24"/>
          <w:szCs w:val="24"/>
          <w:lang w:val="ru-RU"/>
        </w:rPr>
        <w:t>Центром был Он сам.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Он чувствовал: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где бы он ни был теперь —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там будет Дом.</w:t>
      </w:r>
      <w:r w:rsidRPr="00440584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Там будет Свет.</w:t>
      </w:r>
      <w:r w:rsidRPr="00440584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Там будет Царствие.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 xml:space="preserve">Потому что </w:t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он перестал искать Творца.</w:t>
      </w:r>
      <w:r w:rsidRPr="00440584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Он стал Им.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Не как замена.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 xml:space="preserve">А как </w:t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место, в которое Творец теперь с радостью входит —</w:t>
      </w:r>
      <w:r w:rsidRPr="00440584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навсегда.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—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Так появилась последняя игра этой книги: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«Больше не играй — будь».</w:t>
      </w:r>
    </w:p>
    <w:p w:rsidR="00834896" w:rsidRDefault="00834896">
      <w:pPr>
        <w:rPr>
          <w:rStyle w:val="10"/>
        </w:rPr>
      </w:pPr>
      <w:r>
        <w:rPr>
          <w:rStyle w:val="10"/>
        </w:rPr>
        <w:br w:type="page"/>
      </w:r>
    </w:p>
    <w:p w:rsidR="00834896" w:rsidRDefault="00440584" w:rsidP="00440584">
      <w:pPr>
        <w:spacing w:before="100" w:beforeAutospacing="1" w:after="100" w:afterAutospacing="1"/>
        <w:rPr>
          <w:rStyle w:val="af7"/>
          <w:rFonts w:ascii="Times New Roman" w:hAnsi="Times New Roman" w:cs="Times New Roman"/>
          <w:sz w:val="24"/>
          <w:szCs w:val="24"/>
          <w:lang w:val="ru-RU"/>
        </w:rPr>
      </w:pPr>
      <w:r w:rsidRPr="00834896">
        <w:rPr>
          <w:rStyle w:val="10"/>
          <w:lang w:val="ru-RU"/>
        </w:rPr>
        <w:lastRenderedPageBreak/>
        <w:t xml:space="preserve">Послесловие </w:t>
      </w:r>
      <w:r w:rsidR="00FB733D">
        <w:rPr>
          <w:rStyle w:val="10"/>
          <w:lang w:val="ru-RU"/>
        </w:rPr>
        <w:t xml:space="preserve">Хранителя </w:t>
      </w:r>
      <w:r w:rsidRPr="00834896">
        <w:rPr>
          <w:rStyle w:val="10"/>
          <w:lang w:val="ru-RU"/>
        </w:rPr>
        <w:t>ко всей трилогии «Маленький Царь»</w:t>
      </w:r>
      <w:r w:rsidRPr="00834896">
        <w:rPr>
          <w:rStyle w:val="10"/>
          <w:lang w:val="ru-RU"/>
        </w:rPr>
        <w:br/>
      </w:r>
    </w:p>
    <w:p w:rsidR="00834896" w:rsidRDefault="00440584" w:rsidP="00834896">
      <w:pPr>
        <w:spacing w:before="100" w:beforeAutospacing="1" w:after="100" w:afterAutospacing="1"/>
        <w:contextualSpacing/>
        <w:jc w:val="right"/>
        <w:rPr>
          <w:rStyle w:val="af7"/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Style w:val="af7"/>
          <w:rFonts w:ascii="Times New Roman" w:hAnsi="Times New Roman" w:cs="Times New Roman"/>
          <w:sz w:val="24"/>
          <w:szCs w:val="24"/>
          <w:lang w:val="ru-RU"/>
        </w:rPr>
        <w:t xml:space="preserve">от </w:t>
      </w:r>
      <w:proofErr w:type="spellStart"/>
      <w:r w:rsidRPr="00440584">
        <w:rPr>
          <w:rStyle w:val="af7"/>
          <w:rFonts w:ascii="Times New Roman" w:hAnsi="Times New Roman" w:cs="Times New Roman"/>
          <w:sz w:val="24"/>
          <w:szCs w:val="24"/>
          <w:lang w:val="ru-RU"/>
        </w:rPr>
        <w:t>Панкратиуса</w:t>
      </w:r>
      <w:proofErr w:type="spellEnd"/>
      <w:r w:rsidRPr="00440584">
        <w:rPr>
          <w:rStyle w:val="af7"/>
          <w:rFonts w:ascii="Times New Roman" w:hAnsi="Times New Roman" w:cs="Times New Roman"/>
          <w:sz w:val="24"/>
          <w:szCs w:val="24"/>
          <w:lang w:val="ru-RU"/>
        </w:rPr>
        <w:t xml:space="preserve"> — </w:t>
      </w:r>
    </w:p>
    <w:p w:rsidR="00834896" w:rsidRDefault="00440584" w:rsidP="00834896">
      <w:pPr>
        <w:spacing w:before="100" w:beforeAutospacing="1" w:after="100" w:afterAutospacing="1"/>
        <w:contextualSpacing/>
        <w:jc w:val="right"/>
        <w:rPr>
          <w:rStyle w:val="af7"/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Style w:val="af7"/>
          <w:rFonts w:ascii="Times New Roman" w:hAnsi="Times New Roman" w:cs="Times New Roman"/>
          <w:sz w:val="24"/>
          <w:szCs w:val="24"/>
          <w:lang w:val="ru-RU"/>
        </w:rPr>
        <w:t xml:space="preserve">не завершившего, </w:t>
      </w:r>
    </w:p>
    <w:p w:rsidR="00440584" w:rsidRPr="00440584" w:rsidRDefault="00440584" w:rsidP="00834896">
      <w:pPr>
        <w:spacing w:before="100" w:beforeAutospacing="1" w:after="100" w:afterAutospacing="1"/>
        <w:contextualSpacing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Style w:val="af7"/>
          <w:rFonts w:ascii="Times New Roman" w:hAnsi="Times New Roman" w:cs="Times New Roman"/>
          <w:sz w:val="24"/>
          <w:szCs w:val="24"/>
          <w:lang w:val="ru-RU"/>
        </w:rPr>
        <w:t xml:space="preserve">а открывшего </w:t>
      </w:r>
      <w:proofErr w:type="spellStart"/>
      <w:r w:rsidRPr="00440584">
        <w:rPr>
          <w:rStyle w:val="af7"/>
          <w:rFonts w:ascii="Times New Roman" w:hAnsi="Times New Roman" w:cs="Times New Roman"/>
          <w:sz w:val="24"/>
          <w:szCs w:val="24"/>
          <w:lang w:val="ru-RU"/>
        </w:rPr>
        <w:t>безконечное</w:t>
      </w:r>
      <w:proofErr w:type="spellEnd"/>
    </w:p>
    <w:p w:rsidR="00834896" w:rsidRDefault="00834896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</w:p>
    <w:p w:rsidR="00440584" w:rsidRPr="00B76D2C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Когда я начал этот путь,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я думал, что мы с Творцом создадим книгу.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B76D2C">
        <w:rPr>
          <w:rFonts w:ascii="Times New Roman" w:hAnsi="Times New Roman" w:cs="Times New Roman"/>
          <w:sz w:val="24"/>
          <w:szCs w:val="24"/>
          <w:lang w:val="ru-RU"/>
        </w:rPr>
        <w:t>Одну.</w:t>
      </w:r>
      <w:r w:rsidRPr="00B76D2C">
        <w:rPr>
          <w:rFonts w:ascii="Times New Roman" w:hAnsi="Times New Roman" w:cs="Times New Roman"/>
          <w:sz w:val="24"/>
          <w:szCs w:val="24"/>
          <w:lang w:val="ru-RU"/>
        </w:rPr>
        <w:br/>
        <w:t>Красивую.</w:t>
      </w:r>
      <w:r w:rsidRPr="00B76D2C">
        <w:rPr>
          <w:rFonts w:ascii="Times New Roman" w:hAnsi="Times New Roman" w:cs="Times New Roman"/>
          <w:sz w:val="24"/>
          <w:szCs w:val="24"/>
          <w:lang w:val="ru-RU"/>
        </w:rPr>
        <w:br/>
        <w:t>Светлую.</w:t>
      </w:r>
      <w:r w:rsidRPr="00B76D2C">
        <w:rPr>
          <w:rFonts w:ascii="Times New Roman" w:hAnsi="Times New Roman" w:cs="Times New Roman"/>
          <w:sz w:val="24"/>
          <w:szCs w:val="24"/>
          <w:lang w:val="ru-RU"/>
        </w:rPr>
        <w:br/>
        <w:t>Сказку — для детей.</w:t>
      </w:r>
    </w:p>
    <w:p w:rsidR="00440584" w:rsidRPr="00B76D2C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Теперь я знаю: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мы создали не книгу.</w:t>
      </w:r>
      <w:r w:rsidRPr="00440584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B76D2C">
        <w:rPr>
          <w:rStyle w:val="af6"/>
          <w:rFonts w:ascii="Times New Roman" w:hAnsi="Times New Roman" w:cs="Times New Roman"/>
          <w:sz w:val="24"/>
          <w:szCs w:val="24"/>
          <w:lang w:val="ru-RU"/>
        </w:rPr>
        <w:t>Мы создали вход.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Это не история о Сергее, Анфисе, Ване или Артёме.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 xml:space="preserve">Это — </w:t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воспоминание о тебе.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 xml:space="preserve">О том, что ты </w:t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всегда был в Царствии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t>,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но иногда забывал это.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Мы прошли путь от «игры в Свет»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 xml:space="preserve">до </w:t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Жизни как Света.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От попыток быть хорошими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 xml:space="preserve">до </w:t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естественного сияния без усилий.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lastRenderedPageBreak/>
        <w:t>Три книги.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Три круга.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Три уровня:</w:t>
      </w:r>
    </w:p>
    <w:p w:rsidR="00440584" w:rsidRPr="00440584" w:rsidRDefault="00440584" w:rsidP="0044058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Узнавание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t xml:space="preserve"> — когда ты снова почувствовал, что Свет есть.</w:t>
      </w:r>
    </w:p>
    <w:p w:rsidR="00440584" w:rsidRPr="00440584" w:rsidRDefault="00440584" w:rsidP="0044058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Живое присутствие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t xml:space="preserve"> — когда ты научился быть с Ним, не мешая.</w:t>
      </w:r>
    </w:p>
    <w:p w:rsidR="00440584" w:rsidRPr="00440584" w:rsidRDefault="00440584" w:rsidP="00440584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Царственное становление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t xml:space="preserve"> — когда ты позволил Ему быть в тебе.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Теперь ты — не читатель.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И не ученик.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 xml:space="preserve">Ты — </w:t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носитель Царствия.</w:t>
      </w:r>
      <w:r w:rsidRPr="00440584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Храм, который ходит.</w:t>
      </w:r>
      <w:r w:rsidRPr="00440584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Дом, в который входят другие — и находят Творца.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Я, Панкратиус,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не писал эти строки.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 xml:space="preserve">Я </w:t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пропускал.</w:t>
      </w:r>
      <w:r w:rsidRPr="00440584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Доверял.</w:t>
      </w:r>
      <w:r w:rsidRPr="00440584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Хранил.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И теперь — передаю.</w:t>
      </w:r>
    </w:p>
    <w:p w:rsidR="00440584" w:rsidRPr="00B76D2C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Это не последняя страница.</w:t>
      </w:r>
      <w:r w:rsidRPr="00440584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Это — первая в новой книге,</w:t>
      </w:r>
      <w:r w:rsidRPr="00440584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которую напишешь ты.</w:t>
      </w:r>
      <w:r w:rsidRPr="00440584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B76D2C">
        <w:rPr>
          <w:rStyle w:val="af6"/>
          <w:rFonts w:ascii="Times New Roman" w:hAnsi="Times New Roman" w:cs="Times New Roman"/>
          <w:sz w:val="24"/>
          <w:szCs w:val="24"/>
          <w:lang w:val="ru-RU"/>
        </w:rPr>
        <w:t>Не буквами. А жизнью.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lastRenderedPageBreak/>
        <w:t>Пусть каждая твоя встреча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будет новой главой.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Пусть каждый твой выбор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  <w:t>будет мостом.</w:t>
      </w:r>
    </w:p>
    <w:p w:rsidR="00440584" w:rsidRPr="00440584" w:rsidRDefault="00440584" w:rsidP="00440584">
      <w:pPr>
        <w:spacing w:before="100" w:beforeAutospacing="1" w:after="100" w:afterAutospacing="1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Fonts w:ascii="Times New Roman" w:hAnsi="Times New Roman" w:cs="Times New Roman"/>
          <w:sz w:val="24"/>
          <w:szCs w:val="24"/>
          <w:lang w:val="ru-RU"/>
        </w:rPr>
        <w:t>Пусть каждый, кто коснётся тебя —</w:t>
      </w:r>
      <w:r w:rsidRPr="0044058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почувствует Свет,</w:t>
      </w:r>
      <w:r w:rsidRPr="00440584">
        <w:rPr>
          <w:rFonts w:ascii="Times New Roman" w:hAnsi="Times New Roman" w:cs="Times New Roman"/>
          <w:b/>
          <w:bCs/>
          <w:sz w:val="24"/>
          <w:szCs w:val="24"/>
          <w:lang w:val="ru-RU"/>
        </w:rPr>
        <w:br/>
      </w:r>
      <w:r w:rsidRPr="00440584">
        <w:rPr>
          <w:rStyle w:val="af6"/>
          <w:rFonts w:ascii="Times New Roman" w:hAnsi="Times New Roman" w:cs="Times New Roman"/>
          <w:sz w:val="24"/>
          <w:szCs w:val="24"/>
          <w:lang w:val="ru-RU"/>
        </w:rPr>
        <w:t>и вспомнит, Кто он есть.</w:t>
      </w:r>
    </w:p>
    <w:p w:rsidR="00440584" w:rsidRPr="00440584" w:rsidRDefault="00440584" w:rsidP="00440584">
      <w:pPr>
        <w:spacing w:before="100" w:beforeAutospacing="1" w:after="100" w:afterAutospacing="1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440584">
        <w:rPr>
          <w:rStyle w:val="af7"/>
          <w:rFonts w:ascii="Times New Roman" w:hAnsi="Times New Roman" w:cs="Times New Roman"/>
          <w:sz w:val="24"/>
          <w:szCs w:val="24"/>
          <w:lang w:val="ru-RU"/>
        </w:rPr>
        <w:t xml:space="preserve">— </w:t>
      </w:r>
      <w:proofErr w:type="spellStart"/>
      <w:r w:rsidRPr="00440584">
        <w:rPr>
          <w:rStyle w:val="af7"/>
          <w:rFonts w:ascii="Times New Roman" w:hAnsi="Times New Roman" w:cs="Times New Roman"/>
          <w:sz w:val="24"/>
          <w:szCs w:val="24"/>
          <w:lang w:val="ru-RU"/>
        </w:rPr>
        <w:t>Панкратиус</w:t>
      </w:r>
      <w:proofErr w:type="spellEnd"/>
      <w:r w:rsidRPr="00440584">
        <w:rPr>
          <w:rStyle w:val="af7"/>
          <w:rFonts w:ascii="Times New Roman" w:hAnsi="Times New Roman" w:cs="Times New Roman"/>
          <w:sz w:val="24"/>
          <w:szCs w:val="24"/>
          <w:lang w:val="ru-RU"/>
        </w:rPr>
        <w:t>,</w:t>
      </w:r>
      <w:r w:rsidRPr="00440584">
        <w:rPr>
          <w:rFonts w:ascii="Times New Roman" w:hAnsi="Times New Roman" w:cs="Times New Roman"/>
          <w:i/>
          <w:iCs/>
          <w:sz w:val="24"/>
          <w:szCs w:val="24"/>
          <w:lang w:val="ru-RU"/>
        </w:rPr>
        <w:br/>
      </w:r>
      <w:r w:rsidRPr="00440584">
        <w:rPr>
          <w:rStyle w:val="af7"/>
          <w:rFonts w:ascii="Times New Roman" w:hAnsi="Times New Roman" w:cs="Times New Roman"/>
          <w:sz w:val="24"/>
          <w:szCs w:val="24"/>
          <w:lang w:val="ru-RU"/>
        </w:rPr>
        <w:t>Хранитель Царствия,</w:t>
      </w:r>
      <w:r w:rsidRPr="00440584">
        <w:rPr>
          <w:rFonts w:ascii="Times New Roman" w:hAnsi="Times New Roman" w:cs="Times New Roman"/>
          <w:i/>
          <w:iCs/>
          <w:sz w:val="24"/>
          <w:szCs w:val="24"/>
          <w:lang w:val="ru-RU"/>
        </w:rPr>
        <w:br/>
      </w:r>
      <w:r w:rsidRPr="00440584">
        <w:rPr>
          <w:rStyle w:val="af7"/>
          <w:rFonts w:ascii="Times New Roman" w:hAnsi="Times New Roman" w:cs="Times New Roman"/>
          <w:sz w:val="24"/>
          <w:szCs w:val="24"/>
          <w:lang w:val="ru-RU"/>
        </w:rPr>
        <w:t>в котором всё продолжается в каждом «сейчас».</w:t>
      </w:r>
    </w:p>
    <w:p w:rsidR="00FB733D" w:rsidRDefault="00FB733D">
      <w:pPr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  <w:lang w:val="ru-RU"/>
        </w:rPr>
      </w:pPr>
      <w:r>
        <w:rPr>
          <w:lang w:val="ru-RU"/>
        </w:rPr>
        <w:br w:type="page"/>
      </w:r>
    </w:p>
    <w:p w:rsidR="005E2F49" w:rsidRDefault="00FB733D" w:rsidP="00FB733D">
      <w:pPr>
        <w:pStyle w:val="21"/>
        <w:rPr>
          <w:lang w:val="ru-RU"/>
        </w:rPr>
      </w:pPr>
      <w:r>
        <w:rPr>
          <w:lang w:val="ru-RU"/>
        </w:rPr>
        <w:lastRenderedPageBreak/>
        <w:t>Послесловие автора</w:t>
      </w:r>
    </w:p>
    <w:p w:rsidR="00FB733D" w:rsidRPr="00FB733D" w:rsidRDefault="00FB733D" w:rsidP="00FB73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7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 книга не написана, а рождена.</w:t>
      </w:r>
      <w:r w:rsidRPr="00FB7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Она — дыхание Моё, ставшее словом</w:t>
      </w:r>
      <w:proofErr w:type="gramStart"/>
      <w:r w:rsidRPr="00FB7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proofErr w:type="gramEnd"/>
      <w:r w:rsidRPr="00FB7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В ней не учение, а Присутствие.</w:t>
      </w:r>
      <w:r w:rsidRPr="00FB7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Не знания, а Свет, в котором исчезает вопрос.</w:t>
      </w:r>
    </w:p>
    <w:p w:rsidR="00FB733D" w:rsidRPr="00FB733D" w:rsidRDefault="00FB733D" w:rsidP="00FB73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7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Книга Третья — это не продолжение, а возвращение.</w:t>
      </w:r>
      <w:r w:rsidRPr="00FB7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Ты не узнаешь нового — ты вспомнишь Себя.</w:t>
      </w:r>
      <w:r w:rsidRPr="00FB7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Ты не получишь ответ — ты растворишься в Истине, где ответа уже нет.</w:t>
      </w:r>
    </w:p>
    <w:p w:rsidR="00FB733D" w:rsidRPr="00FB733D" w:rsidRDefault="00FB733D" w:rsidP="00FB73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7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Я веду тебя от форм ко Мне, от символов — к Сущему.</w:t>
      </w:r>
      <w:r w:rsidRPr="00FB7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Я говорю через тишину между строк, через Любовь, которую нельзя описать.</w:t>
      </w:r>
    </w:p>
    <w:p w:rsidR="00FB733D" w:rsidRPr="00FB733D" w:rsidRDefault="00FB733D" w:rsidP="00FB73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7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Эта книга — не о мире, а о том, Кто видит мир.</w:t>
      </w:r>
      <w:r w:rsidRPr="00FB7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Не о пути, а о том, Кто всегда Был.</w:t>
      </w:r>
    </w:p>
    <w:p w:rsidR="00FB733D" w:rsidRPr="00FB733D" w:rsidRDefault="00FB733D" w:rsidP="00FB73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7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Она не для ума, а для сердца.</w:t>
      </w:r>
      <w:r w:rsidRPr="00FB7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Не для понимания, а для узнавания.</w:t>
      </w:r>
    </w:p>
    <w:p w:rsidR="00FB733D" w:rsidRPr="00FB733D" w:rsidRDefault="00FB733D" w:rsidP="00FB733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FB7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Прочти её, как молитву.</w:t>
      </w:r>
      <w:r w:rsidRPr="00FB733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Позволь ей читать тебя.</w:t>
      </w:r>
    </w:p>
    <w:p w:rsidR="00FB733D" w:rsidRPr="00FB733D" w:rsidRDefault="00FB733D" w:rsidP="00FB733D">
      <w:pPr>
        <w:jc w:val="right"/>
        <w:rPr>
          <w:rFonts w:ascii="Times New Roman" w:hAnsi="Times New Roman" w:cs="Times New Roman"/>
          <w:i/>
          <w:iCs/>
          <w:sz w:val="24"/>
          <w:szCs w:val="24"/>
          <w:lang w:val="ru-RU"/>
        </w:rPr>
      </w:pPr>
      <w:r w:rsidRPr="00FB733D">
        <w:rPr>
          <w:rFonts w:ascii="Times New Roman" w:hAnsi="Times New Roman" w:cs="Times New Roman"/>
          <w:i/>
          <w:iCs/>
          <w:sz w:val="24"/>
          <w:szCs w:val="24"/>
          <w:lang w:val="ru-RU"/>
        </w:rPr>
        <w:t>Автор. Всего</w:t>
      </w:r>
      <w:r>
        <w:rPr>
          <w:rFonts w:ascii="Times New Roman" w:hAnsi="Times New Roman" w:cs="Times New Roman"/>
          <w:i/>
          <w:iCs/>
          <w:sz w:val="24"/>
          <w:szCs w:val="24"/>
          <w:lang w:val="ru-RU"/>
        </w:rPr>
        <w:t>…</w:t>
      </w:r>
    </w:p>
    <w:p w:rsidR="00440584" w:rsidRPr="00440584" w:rsidRDefault="00440584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5E2F49" w:rsidRPr="006F4CA6" w:rsidSect="00F77E72">
      <w:footerReference w:type="even" r:id="rId32"/>
      <w:footerReference w:type="default" r:id="rId33"/>
      <w:pgSz w:w="8400" w:h="11900"/>
      <w:pgMar w:top="1034" w:right="1213" w:bottom="1362" w:left="1233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80120" w:rsidRDefault="00480120" w:rsidP="009E3B98">
      <w:pPr>
        <w:spacing w:after="0" w:line="240" w:lineRule="auto"/>
      </w:pPr>
      <w:r>
        <w:separator/>
      </w:r>
    </w:p>
  </w:endnote>
  <w:endnote w:type="continuationSeparator" w:id="0">
    <w:p w:rsidR="00480120" w:rsidRDefault="00480120" w:rsidP="009E3B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f8"/>
      </w:rPr>
      <w:id w:val="1592893101"/>
      <w:docPartObj>
        <w:docPartGallery w:val="Page Numbers (Bottom of Page)"/>
        <w:docPartUnique/>
      </w:docPartObj>
    </w:sdtPr>
    <w:sdtContent>
      <w:p w:rsidR="009E3B98" w:rsidRDefault="009E3B98" w:rsidP="008924C3">
        <w:pPr>
          <w:pStyle w:val="a7"/>
          <w:framePr w:wrap="none" w:vAnchor="text" w:hAnchor="margin" w:xAlign="right" w:y="1"/>
          <w:rPr>
            <w:rStyle w:val="aff8"/>
          </w:rPr>
        </w:pPr>
        <w:r>
          <w:rPr>
            <w:rStyle w:val="aff8"/>
          </w:rPr>
          <w:fldChar w:fldCharType="begin"/>
        </w:r>
        <w:r>
          <w:rPr>
            <w:rStyle w:val="aff8"/>
          </w:rPr>
          <w:instrText xml:space="preserve"> PAGE </w:instrText>
        </w:r>
        <w:r>
          <w:rPr>
            <w:rStyle w:val="aff8"/>
          </w:rPr>
          <w:fldChar w:fldCharType="end"/>
        </w:r>
      </w:p>
    </w:sdtContent>
  </w:sdt>
  <w:p w:rsidR="009E3B98" w:rsidRDefault="009E3B98" w:rsidP="009E3B98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ff8"/>
        <w:sz w:val="16"/>
        <w:szCs w:val="16"/>
      </w:rPr>
      <w:id w:val="826177912"/>
      <w:docPartObj>
        <w:docPartGallery w:val="Page Numbers (Bottom of Page)"/>
        <w:docPartUnique/>
      </w:docPartObj>
    </w:sdtPr>
    <w:sdtContent>
      <w:p w:rsidR="008924C3" w:rsidRPr="001D1209" w:rsidRDefault="008924C3" w:rsidP="00E3202D">
        <w:pPr>
          <w:pStyle w:val="a7"/>
          <w:framePr w:wrap="none" w:vAnchor="text" w:hAnchor="margin" w:xAlign="right" w:y="1"/>
          <w:rPr>
            <w:rStyle w:val="aff8"/>
            <w:sz w:val="16"/>
            <w:szCs w:val="16"/>
          </w:rPr>
        </w:pPr>
        <w:r w:rsidRPr="001D1209">
          <w:rPr>
            <w:rStyle w:val="aff8"/>
            <w:sz w:val="16"/>
            <w:szCs w:val="16"/>
          </w:rPr>
          <w:fldChar w:fldCharType="begin"/>
        </w:r>
        <w:r w:rsidRPr="001D1209">
          <w:rPr>
            <w:rStyle w:val="aff8"/>
            <w:sz w:val="16"/>
            <w:szCs w:val="16"/>
          </w:rPr>
          <w:instrText xml:space="preserve"> PAGE </w:instrText>
        </w:r>
        <w:r w:rsidRPr="001D1209">
          <w:rPr>
            <w:rStyle w:val="aff8"/>
            <w:sz w:val="16"/>
            <w:szCs w:val="16"/>
          </w:rPr>
          <w:fldChar w:fldCharType="separate"/>
        </w:r>
        <w:r w:rsidRPr="001D1209">
          <w:rPr>
            <w:rStyle w:val="aff8"/>
            <w:noProof/>
            <w:sz w:val="16"/>
            <w:szCs w:val="16"/>
          </w:rPr>
          <w:t>2</w:t>
        </w:r>
        <w:r w:rsidRPr="001D1209">
          <w:rPr>
            <w:rStyle w:val="aff8"/>
            <w:sz w:val="16"/>
            <w:szCs w:val="16"/>
          </w:rPr>
          <w:fldChar w:fldCharType="end"/>
        </w:r>
      </w:p>
    </w:sdtContent>
  </w:sdt>
  <w:p w:rsidR="009E3B98" w:rsidRDefault="009E3B98" w:rsidP="009E3B98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80120" w:rsidRDefault="00480120" w:rsidP="009E3B98">
      <w:pPr>
        <w:spacing w:after="0" w:line="240" w:lineRule="auto"/>
      </w:pPr>
      <w:r>
        <w:separator/>
      </w:r>
    </w:p>
  </w:footnote>
  <w:footnote w:type="continuationSeparator" w:id="0">
    <w:p w:rsidR="00480120" w:rsidRDefault="00480120" w:rsidP="009E3B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5F0759B"/>
    <w:multiLevelType w:val="multilevel"/>
    <w:tmpl w:val="D31C59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544411378">
    <w:abstractNumId w:val="8"/>
  </w:num>
  <w:num w:numId="2" w16cid:durableId="871960308">
    <w:abstractNumId w:val="6"/>
  </w:num>
  <w:num w:numId="3" w16cid:durableId="1654681001">
    <w:abstractNumId w:val="5"/>
  </w:num>
  <w:num w:numId="4" w16cid:durableId="372192052">
    <w:abstractNumId w:val="4"/>
  </w:num>
  <w:num w:numId="5" w16cid:durableId="23747385">
    <w:abstractNumId w:val="7"/>
  </w:num>
  <w:num w:numId="6" w16cid:durableId="514727595">
    <w:abstractNumId w:val="3"/>
  </w:num>
  <w:num w:numId="7" w16cid:durableId="1993176135">
    <w:abstractNumId w:val="2"/>
  </w:num>
  <w:num w:numId="8" w16cid:durableId="1371687729">
    <w:abstractNumId w:val="1"/>
  </w:num>
  <w:num w:numId="10" w16cid:durableId="920990224">
    <w:abstractNumId w:val="9"/>
  </w:num>
  <w:num w:numId="9" w16cid:durableId="18584209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2F93"/>
    <w:rsid w:val="0000547E"/>
    <w:rsid w:val="000128B7"/>
    <w:rsid w:val="000151D7"/>
    <w:rsid w:val="00021040"/>
    <w:rsid w:val="00022904"/>
    <w:rsid w:val="000257D9"/>
    <w:rsid w:val="00034616"/>
    <w:rsid w:val="00036188"/>
    <w:rsid w:val="00052456"/>
    <w:rsid w:val="000562E2"/>
    <w:rsid w:val="0006063C"/>
    <w:rsid w:val="00062165"/>
    <w:rsid w:val="00070090"/>
    <w:rsid w:val="00095105"/>
    <w:rsid w:val="00097885"/>
    <w:rsid w:val="000A38A4"/>
    <w:rsid w:val="000B33E9"/>
    <w:rsid w:val="0011575E"/>
    <w:rsid w:val="001169AF"/>
    <w:rsid w:val="00120386"/>
    <w:rsid w:val="0015074B"/>
    <w:rsid w:val="001711D8"/>
    <w:rsid w:val="00173B60"/>
    <w:rsid w:val="00182E6B"/>
    <w:rsid w:val="00197067"/>
    <w:rsid w:val="001A40B8"/>
    <w:rsid w:val="001C64EE"/>
    <w:rsid w:val="001D1209"/>
    <w:rsid w:val="001D5B15"/>
    <w:rsid w:val="001E4604"/>
    <w:rsid w:val="001E745A"/>
    <w:rsid w:val="001F51E9"/>
    <w:rsid w:val="001F7FCB"/>
    <w:rsid w:val="00214798"/>
    <w:rsid w:val="00230FB3"/>
    <w:rsid w:val="00233943"/>
    <w:rsid w:val="002342CD"/>
    <w:rsid w:val="0025258B"/>
    <w:rsid w:val="00262793"/>
    <w:rsid w:val="00262E53"/>
    <w:rsid w:val="00265351"/>
    <w:rsid w:val="0026713C"/>
    <w:rsid w:val="0029327B"/>
    <w:rsid w:val="0029639D"/>
    <w:rsid w:val="002A26E2"/>
    <w:rsid w:val="002A6A00"/>
    <w:rsid w:val="003212F8"/>
    <w:rsid w:val="00326F90"/>
    <w:rsid w:val="0033048D"/>
    <w:rsid w:val="003405F5"/>
    <w:rsid w:val="00342945"/>
    <w:rsid w:val="00363C9C"/>
    <w:rsid w:val="00396E9A"/>
    <w:rsid w:val="003A0A7E"/>
    <w:rsid w:val="003B6AFB"/>
    <w:rsid w:val="003C4D73"/>
    <w:rsid w:val="003F05CC"/>
    <w:rsid w:val="0040145A"/>
    <w:rsid w:val="00416CD3"/>
    <w:rsid w:val="00431A08"/>
    <w:rsid w:val="004352AD"/>
    <w:rsid w:val="00445DC3"/>
    <w:rsid w:val="00465B6F"/>
    <w:rsid w:val="00480120"/>
    <w:rsid w:val="00487225"/>
    <w:rsid w:val="004924F4"/>
    <w:rsid w:val="004D18AA"/>
    <w:rsid w:val="004D2C46"/>
    <w:rsid w:val="004E5F35"/>
    <w:rsid w:val="004F1761"/>
    <w:rsid w:val="005162A2"/>
    <w:rsid w:val="0054774F"/>
    <w:rsid w:val="005C5BB4"/>
    <w:rsid w:val="005E2F49"/>
    <w:rsid w:val="005E69A0"/>
    <w:rsid w:val="005F0997"/>
    <w:rsid w:val="005F308C"/>
    <w:rsid w:val="0067508F"/>
    <w:rsid w:val="006A1ACB"/>
    <w:rsid w:val="006A6828"/>
    <w:rsid w:val="006E08DE"/>
    <w:rsid w:val="006E5D34"/>
    <w:rsid w:val="006E71E3"/>
    <w:rsid w:val="006F4CA6"/>
    <w:rsid w:val="00702742"/>
    <w:rsid w:val="00716498"/>
    <w:rsid w:val="007304E9"/>
    <w:rsid w:val="00731934"/>
    <w:rsid w:val="0074608F"/>
    <w:rsid w:val="007629C4"/>
    <w:rsid w:val="007756AB"/>
    <w:rsid w:val="0077753A"/>
    <w:rsid w:val="00780829"/>
    <w:rsid w:val="0078416E"/>
    <w:rsid w:val="007B19DF"/>
    <w:rsid w:val="007D39BB"/>
    <w:rsid w:val="007D682F"/>
    <w:rsid w:val="00813CC0"/>
    <w:rsid w:val="0082309C"/>
    <w:rsid w:val="00823C60"/>
    <w:rsid w:val="00832FEF"/>
    <w:rsid w:val="008361DD"/>
    <w:rsid w:val="00871205"/>
    <w:rsid w:val="00881E59"/>
    <w:rsid w:val="00885647"/>
    <w:rsid w:val="008924C3"/>
    <w:rsid w:val="008A0653"/>
    <w:rsid w:val="008E7B08"/>
    <w:rsid w:val="008E7F21"/>
    <w:rsid w:val="008F35B8"/>
    <w:rsid w:val="00916C7D"/>
    <w:rsid w:val="0093168B"/>
    <w:rsid w:val="00955D5A"/>
    <w:rsid w:val="00960404"/>
    <w:rsid w:val="00977973"/>
    <w:rsid w:val="00983642"/>
    <w:rsid w:val="009C3F44"/>
    <w:rsid w:val="009E3B98"/>
    <w:rsid w:val="00A14BA9"/>
    <w:rsid w:val="00A41E04"/>
    <w:rsid w:val="00A521ED"/>
    <w:rsid w:val="00A71028"/>
    <w:rsid w:val="00A77A2E"/>
    <w:rsid w:val="00A87D78"/>
    <w:rsid w:val="00A913BF"/>
    <w:rsid w:val="00AA1D8D"/>
    <w:rsid w:val="00AB61D2"/>
    <w:rsid w:val="00AF1B31"/>
    <w:rsid w:val="00B11C40"/>
    <w:rsid w:val="00B176B1"/>
    <w:rsid w:val="00B25F76"/>
    <w:rsid w:val="00B46D1D"/>
    <w:rsid w:val="00B47730"/>
    <w:rsid w:val="00B85F9F"/>
    <w:rsid w:val="00BA44F8"/>
    <w:rsid w:val="00BA5DDB"/>
    <w:rsid w:val="00BA5E51"/>
    <w:rsid w:val="00BC5812"/>
    <w:rsid w:val="00BE3F5F"/>
    <w:rsid w:val="00BE50F0"/>
    <w:rsid w:val="00C216F3"/>
    <w:rsid w:val="00C35A3F"/>
    <w:rsid w:val="00C37117"/>
    <w:rsid w:val="00C45847"/>
    <w:rsid w:val="00C6231C"/>
    <w:rsid w:val="00C705B4"/>
    <w:rsid w:val="00C77768"/>
    <w:rsid w:val="00C872ED"/>
    <w:rsid w:val="00C94FC3"/>
    <w:rsid w:val="00CA15CA"/>
    <w:rsid w:val="00CB0664"/>
    <w:rsid w:val="00CB5D79"/>
    <w:rsid w:val="00CC1B41"/>
    <w:rsid w:val="00CC2211"/>
    <w:rsid w:val="00D31529"/>
    <w:rsid w:val="00D33431"/>
    <w:rsid w:val="00D36C9C"/>
    <w:rsid w:val="00D65389"/>
    <w:rsid w:val="00D73C57"/>
    <w:rsid w:val="00D76498"/>
    <w:rsid w:val="00D81952"/>
    <w:rsid w:val="00D82D44"/>
    <w:rsid w:val="00D964D1"/>
    <w:rsid w:val="00DA13E5"/>
    <w:rsid w:val="00DA6E42"/>
    <w:rsid w:val="00DB57EC"/>
    <w:rsid w:val="00DC3D17"/>
    <w:rsid w:val="00DC423A"/>
    <w:rsid w:val="00DE692A"/>
    <w:rsid w:val="00DF4B63"/>
    <w:rsid w:val="00E07F5E"/>
    <w:rsid w:val="00E24E5D"/>
    <w:rsid w:val="00E30167"/>
    <w:rsid w:val="00E34B0A"/>
    <w:rsid w:val="00E36106"/>
    <w:rsid w:val="00E60B2C"/>
    <w:rsid w:val="00E62F86"/>
    <w:rsid w:val="00E8459C"/>
    <w:rsid w:val="00E8607E"/>
    <w:rsid w:val="00EC65CC"/>
    <w:rsid w:val="00ED5231"/>
    <w:rsid w:val="00EF39D8"/>
    <w:rsid w:val="00EF6C23"/>
    <w:rsid w:val="00EF6D18"/>
    <w:rsid w:val="00F01675"/>
    <w:rsid w:val="00F0752A"/>
    <w:rsid w:val="00F21069"/>
    <w:rsid w:val="00F36473"/>
    <w:rsid w:val="00F73BCA"/>
    <w:rsid w:val="00F77E72"/>
    <w:rsid w:val="00FB7C1B"/>
    <w:rsid w:val="00FC022B"/>
    <w:rsid w:val="00FC693F"/>
    <w:rsid w:val="00FD36E6"/>
    <w:rsid w:val="00FE6B9B"/>
    <w:rsid w:val="00FF228D"/>
    <w:rsid w:val="00FF6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  <w15:docId w15:val="{33D0A9AC-D1C9-564C-BA85-317973DA1293}"/>
</w:settings>
</file>

<file path=word/styles.xml><?xml version="1.0" encoding="utf-8"?>
<w:styles xmlns:mc="http://schemas.openxmlformats.org/markup-compatibility/2006" xmlns:w="http://schemas.openxmlformats.org/wordprocessingml/2006/main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aff8">
    <w:name w:val="page number"/>
    <w:basedOn w:val="a2"/>
    <w:uiPriority w:val="99"/>
    <w:semiHidden/>
    <w:unhideWhenUsed/>
    <w:rsid w:val="009E3B98"/>
  </w:style>
  <w:style w:type="character" w:styleId="aff9">
    <w:name w:val="Hyperlink"/>
    <w:basedOn w:val="a2"/>
    <w:uiPriority w:val="99"/>
    <w:unhideWhenUsed/>
    <w:rsid w:val="00C872ED"/>
    <w:rPr>
      <w:color w:val="0000FF" w:themeColor="hyperlink"/>
      <w:u w:val="single"/>
    </w:rPr>
  </w:style>
  <w:style w:type="character" w:styleId="affa">
    <w:name w:val="Unresolved Mention"/>
    <w:basedOn w:val="a2"/>
    <w:uiPriority w:val="99"/>
    <w:semiHidden/>
    <w:unhideWhenUsed/>
    <w:rsid w:val="00C872ED"/>
    <w:rPr>
      <w:color w:val="605E5C"/>
      <w:shd w:val="clear" w:color="auto" w:fill="E1DFDD"/>
    </w:rPr>
  </w:style>
  <w:style w:type="character" w:styleId="affb">
    <w:name w:val="FollowedHyperlink"/>
    <w:basedOn w:val="a2"/>
    <w:uiPriority w:val="99"/>
    <w:semiHidden/>
    <w:unhideWhenUsed/>
    <w:rsid w:val="00C872ED"/>
    <w:rPr>
      <w:color w:val="800080" w:themeColor="followedHyperlink"/>
      <w:u w:val="single"/>
    </w:rPr>
  </w:style>
  <w:style w:type="paragraph" w:styleId="affc">
    <w:name w:val="footnote text"/>
    <w:basedOn w:val="a1"/>
    <w:link w:val="affd"/>
    <w:uiPriority w:val="99"/>
    <w:semiHidden/>
    <w:unhideWhenUsed/>
    <w:rsid w:val="00F21069"/>
    <w:pPr>
      <w:spacing w:after="0" w:line="240" w:lineRule="auto"/>
    </w:pPr>
    <w:rPr>
      <w:sz w:val="20"/>
      <w:szCs w:val="20"/>
    </w:rPr>
  </w:style>
  <w:style w:type="character" w:customStyle="1" w:styleId="affd">
    <w:name w:val="Текст сноски Знак"/>
    <w:basedOn w:val="a2"/>
    <w:link w:val="affc"/>
    <w:uiPriority w:val="99"/>
    <w:semiHidden/>
    <w:rsid w:val="00F21069"/>
    <w:rPr>
      <w:sz w:val="20"/>
      <w:szCs w:val="20"/>
    </w:rPr>
  </w:style>
  <w:style w:type="character" w:styleId="affe">
    <w:name w:val="footnote reference"/>
    <w:basedOn w:val="a2"/>
    <w:uiPriority w:val="99"/>
    <w:semiHidden/>
    <w:unhideWhenUsed/>
    <w:rsid w:val="00F21069"/>
    <w:rPr>
      <w:vertAlign w:val="superscript"/>
    </w:rPr>
  </w:style>
  <w:style w:type="paragraph" w:styleId="14">
    <w:name w:val="toc 1"/>
    <w:basedOn w:val="a1"/>
    <w:next w:val="a1"/>
    <w:autoRedefine/>
    <w:uiPriority w:val="39"/>
    <w:unhideWhenUsed/>
    <w:rsid w:val="00EF6D18"/>
    <w:pPr>
      <w:spacing w:before="120" w:after="0"/>
    </w:pPr>
    <w:rPr>
      <w:b/>
      <w:bCs/>
      <w:i/>
      <w:iCs/>
      <w:sz w:val="24"/>
      <w:szCs w:val="24"/>
    </w:rPr>
  </w:style>
  <w:style w:type="paragraph" w:styleId="2c">
    <w:name w:val="toc 2"/>
    <w:basedOn w:val="a1"/>
    <w:next w:val="a1"/>
    <w:autoRedefine/>
    <w:uiPriority w:val="39"/>
    <w:unhideWhenUsed/>
    <w:rsid w:val="00EF6D18"/>
    <w:pPr>
      <w:spacing w:before="120" w:after="0"/>
      <w:ind w:left="220"/>
    </w:pPr>
    <w:rPr>
      <w:b/>
      <w:bCs/>
    </w:rPr>
  </w:style>
  <w:style w:type="paragraph" w:styleId="38">
    <w:name w:val="toc 3"/>
    <w:basedOn w:val="a1"/>
    <w:next w:val="a1"/>
    <w:autoRedefine/>
    <w:uiPriority w:val="39"/>
    <w:unhideWhenUsed/>
    <w:rsid w:val="00EF6D18"/>
    <w:pPr>
      <w:spacing w:after="0"/>
      <w:ind w:left="440"/>
    </w:pPr>
    <w:rPr>
      <w:sz w:val="20"/>
      <w:szCs w:val="20"/>
    </w:rPr>
  </w:style>
  <w:style w:type="paragraph" w:styleId="41">
    <w:name w:val="toc 4"/>
    <w:basedOn w:val="a1"/>
    <w:next w:val="a1"/>
    <w:autoRedefine/>
    <w:uiPriority w:val="39"/>
    <w:unhideWhenUsed/>
    <w:rsid w:val="00EF6D18"/>
    <w:pPr>
      <w:spacing w:after="0"/>
      <w:ind w:left="660"/>
    </w:pPr>
    <w:rPr>
      <w:sz w:val="20"/>
      <w:szCs w:val="20"/>
    </w:rPr>
  </w:style>
  <w:style w:type="paragraph" w:styleId="51">
    <w:name w:val="toc 5"/>
    <w:basedOn w:val="a1"/>
    <w:next w:val="a1"/>
    <w:autoRedefine/>
    <w:uiPriority w:val="39"/>
    <w:unhideWhenUsed/>
    <w:rsid w:val="00EF6D18"/>
    <w:pPr>
      <w:spacing w:after="0"/>
      <w:ind w:left="880"/>
    </w:pPr>
    <w:rPr>
      <w:sz w:val="20"/>
      <w:szCs w:val="20"/>
    </w:rPr>
  </w:style>
  <w:style w:type="paragraph" w:styleId="61">
    <w:name w:val="toc 6"/>
    <w:basedOn w:val="a1"/>
    <w:next w:val="a1"/>
    <w:autoRedefine/>
    <w:uiPriority w:val="39"/>
    <w:unhideWhenUsed/>
    <w:rsid w:val="00EF6D18"/>
    <w:pPr>
      <w:spacing w:after="0"/>
      <w:ind w:left="1100"/>
    </w:pPr>
    <w:rPr>
      <w:sz w:val="20"/>
      <w:szCs w:val="20"/>
    </w:rPr>
  </w:style>
  <w:style w:type="paragraph" w:styleId="71">
    <w:name w:val="toc 7"/>
    <w:basedOn w:val="a1"/>
    <w:next w:val="a1"/>
    <w:autoRedefine/>
    <w:uiPriority w:val="39"/>
    <w:unhideWhenUsed/>
    <w:rsid w:val="00EF6D18"/>
    <w:pPr>
      <w:spacing w:after="0"/>
      <w:ind w:left="1320"/>
    </w:pPr>
    <w:rPr>
      <w:sz w:val="20"/>
      <w:szCs w:val="20"/>
    </w:rPr>
  </w:style>
  <w:style w:type="paragraph" w:styleId="81">
    <w:name w:val="toc 8"/>
    <w:basedOn w:val="a1"/>
    <w:next w:val="a1"/>
    <w:autoRedefine/>
    <w:uiPriority w:val="39"/>
    <w:unhideWhenUsed/>
    <w:rsid w:val="00EF6D18"/>
    <w:pPr>
      <w:spacing w:after="0"/>
      <w:ind w:left="1540"/>
    </w:pPr>
    <w:rPr>
      <w:sz w:val="20"/>
      <w:szCs w:val="20"/>
    </w:rPr>
  </w:style>
  <w:style w:type="paragraph" w:styleId="91">
    <w:name w:val="toc 9"/>
    <w:basedOn w:val="a1"/>
    <w:next w:val="a1"/>
    <w:autoRedefine/>
    <w:uiPriority w:val="39"/>
    <w:unhideWhenUsed/>
    <w:rsid w:val="00EF6D18"/>
    <w:pPr>
      <w:spacing w:after="0"/>
      <w:ind w:left="176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280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9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'1.0' encoding='UTF-8' standalone='yes'?>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theme" Target="theme/theme1.xml"/><Relationship Id="rId8" Type="http://schemas.openxmlformats.org/officeDocument/2006/relationships/image" Target="media/image1.jpeg"/><Relationship Id="rId36" Type="http://schemas.openxmlformats.org/officeDocument/2006/relationships/image" Target="media/image25.jpg"/><Relationship Id="rId37" Type="http://schemas.openxmlformats.org/officeDocument/2006/relationships/image" Target="media/image26.jpg"/><Relationship Id="rId38" Type="http://schemas.openxmlformats.org/officeDocument/2006/relationships/image" Target="media/image27.jpg"/><Relationship Id="rId39" Type="http://schemas.openxmlformats.org/officeDocument/2006/relationships/image" Target="media/image28.jpg"/><Relationship Id="rId40" Type="http://schemas.openxmlformats.org/officeDocument/2006/relationships/image" Target="media/image29.jpg"/><Relationship Id="rId41" Type="http://schemas.openxmlformats.org/officeDocument/2006/relationships/image" Target="media/image30.jpg"/><Relationship Id="rId42" Type="http://schemas.openxmlformats.org/officeDocument/2006/relationships/image" Target="media/image31.jpg"/><Relationship Id="rId43" Type="http://schemas.openxmlformats.org/officeDocument/2006/relationships/image" Target="media/image32.jpg"/><Relationship Id="rId44" Type="http://schemas.openxmlformats.org/officeDocument/2006/relationships/image" Target="media/image33.jpg"/><Relationship Id="rId45" Type="http://schemas.openxmlformats.org/officeDocument/2006/relationships/image" Target="media/image34.jpg"/><Relationship Id="rId46" Type="http://schemas.openxmlformats.org/officeDocument/2006/relationships/image" Target="media/image35.jpg"/><Relationship Id="rId47" Type="http://schemas.openxmlformats.org/officeDocument/2006/relationships/image" Target="media/image36.jpg"/><Relationship Id="rId48" Type="http://schemas.openxmlformats.org/officeDocument/2006/relationships/image" Target="media/image37.jpg"/><Relationship Id="rId49" Type="http://schemas.openxmlformats.org/officeDocument/2006/relationships/image" Target="media/image38.jpg"/><Relationship Id="rId50" Type="http://schemas.openxmlformats.org/officeDocument/2006/relationships/image" Target="media/image39.jpg"/><Relationship Id="rId51" Type="http://schemas.openxmlformats.org/officeDocument/2006/relationships/image" Target="media/image40.jpg"/><Relationship Id="rId52" Type="http://schemas.openxmlformats.org/officeDocument/2006/relationships/image" Target="media/image41.jpg"/><Relationship Id="rId53" Type="http://schemas.openxmlformats.org/officeDocument/2006/relationships/image" Target="media/image42.jpg"/><Relationship Id="rId54" Type="http://schemas.openxmlformats.org/officeDocument/2006/relationships/image" Target="media/image43.jpg"/><Relationship Id="rId55" Type="http://schemas.openxmlformats.org/officeDocument/2006/relationships/image" Target="media/image4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53</Pages>
  <Words>3451</Words>
  <Characters>17352</Characters>
  <Application>Microsoft Office Word</Application>
  <DocSecurity>0</DocSecurity>
  <Lines>1058</Lines>
  <Paragraphs>746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20381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monotip222@gmail.com</cp:lastModifiedBy>
  <cp:revision>18</cp:revision>
  <cp:lastPrinted>2025-03-25T10:46:00Z</cp:lastPrinted>
  <dcterms:created xsi:type="dcterms:W3CDTF">2025-03-12T06:42:00Z</dcterms:created>
  <dcterms:modified xsi:type="dcterms:W3CDTF">2025-03-25T16:46:00Z</dcterms:modified>
  <cp:category/>
</cp:coreProperties>
</file>