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mc="http://schemas.openxmlformats.org/markup-compatibility/2006" xmlns:ns6="http://schemas.microsoft.com/office/word/2010/wordprocessingDrawing" xmlns:pic="http://schemas.openxmlformats.org/drawingml/2006/picture" xmlns:r="http://schemas.openxmlformats.org/officeDocument/2006/relationships" xmlns:w="http://schemas.openxmlformats.org/wordprocessingml/2006/main" xmlns:wp="http://schemas.openxmlformats.org/drawingml/2006/wordprocessingDrawing" mc:Ignorable="w14 w15 w16se w16cid w16 w16cex w16sdtdh wp14">
  <w:body>
    <w:p w:rsidR="008F7FDD" w:rsidRDefault="008F7FDD">
      <w:pPr>
        <w:spacing w:after="200" w:line="276" w:lineRule="auto"/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3780790" cy="5671185"/>
            <wp:effectExtent l="0" t="0" r="3810" b="5715"/>
            <wp:docPr id="1" name="Рисунок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" name="Рисунок 14221634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567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FDD" w:rsidRDefault="008F7FDD">
      <w:pPr>
        <w:spacing w:after="200" w:line="276" w:lineRule="auto"/>
        <w:rPr>
          <w:b/>
          <w:bCs/>
          <w:lang w:val="en-US"/>
        </w:rPr>
      </w:pPr>
    </w:p>
    <w:p w:rsidR="008F7FDD" w:rsidRPr="008F7FDD" w:rsidRDefault="008F7FDD" w:rsidP="008F7FDD">
      <w:pPr>
        <w:spacing w:after="200" w:line="276" w:lineRule="auto"/>
        <w:rPr>
          <w:b/>
          <w:bCs/>
          <w:lang w:val="en-US"/>
        </w:rPr>
      </w:pPr>
    </w:p>
    <w:p w:rsidR="008F7FDD" w:rsidRDefault="008F7FDD" w:rsidP="008F7FDD">
      <w:pPr>
        <w:spacing w:after="200" w:line="276" w:lineRule="auto"/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:rsidR="008F7FDD" w:rsidRPr="008F7FDD" w:rsidRDefault="008F7FDD">
      <w:pPr>
        <w:spacing w:after="200" w:line="276" w:lineRule="auto"/>
        <w:rPr>
          <w:lang w:val="en-US"/>
        </w:rPr>
      </w:pPr>
    </w:p>
    <w:p w:rsidR="00360490" w:rsidRPr="008F7FDD" w:rsidRDefault="00360490" w:rsidP="005E2F49">
      <w:pPr>
        <w:pStyle w:val="a9"/>
        <w:rPr>
          <w:rFonts w:ascii="Times New Roman" w:eastAsiaTheme="majorEastAsia" w:hAnsi="Times New Roman" w:cs="Times New Roman"/>
          <w:b/>
          <w:bCs/>
          <w:color w:val="365F91" w:themeColor="accent1" w:themeShade="BF"/>
        </w:rPr>
      </w:pPr>
    </w:p>
    <w:p w:rsidR="00360490" w:rsidRPr="008F7FDD" w:rsidRDefault="00360490">
      <w:pPr>
        <w:spacing w:after="200" w:line="276" w:lineRule="auto"/>
        <w:rPr>
          <w:rFonts w:eastAsiaTheme="majorEastAsia"/>
          <w:b/>
          <w:bCs/>
          <w:color w:val="365F91" w:themeColor="accent1" w:themeShade="BF"/>
          <w:sz w:val="22"/>
          <w:szCs w:val="22"/>
          <w:lang w:val="en-US" w:eastAsia="en-US"/>
        </w:rPr>
      </w:pPr>
      <w:r w:rsidRPr="008F7FDD">
        <w:rPr>
          <w:rFonts w:eastAsiaTheme="majorEastAsia"/>
          <w:b/>
          <w:bCs/>
          <w:color w:val="365F91" w:themeColor="accent1" w:themeShade="BF"/>
          <w:sz w:val="22"/>
          <w:szCs w:val="22"/>
        </w:rPr>
        <w:br w:type="page"/>
      </w:r>
    </w:p>
    <w:p>
      <w:pPr>
        <w:pStyle w:val="1"/>
      </w:pPr>
      <w:r>
        <w:t>Part 1</w:t>
      </w:r>
    </w:p>
    <w:p w:rsidR="005E2F49" w:rsidRDefault="00AA277B" w:rsidP="00360490">
      <w:pPr>
        <w:pStyle w:val="21"/>
      </w:pPr>
      <w:bookmarkStart w:id="0" w:name="_Toc195645067"/>
      <w:r w:rsidRPr="00AA277B">
        <w:lastRenderedPageBreak/>
        <w:t>Chapter 1. The One Who Sees the Light</w:t>
      </w:r>
      <w:bookmarkEnd w:id="0"/>
    </w:p>
    <w:p w:rsidR="00AA277B" w:rsidRPr="00AA277B" w:rsidRDefault="00AA277B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  <w:r w:rsidRPr="00231CC7">
        <w:rPr>
          <w:rFonts w:ascii="Times New Roman" w:hAnsi="Times New Roman" w:cs="Times New Roman"/>
          <w:sz w:val="24"/>
          <w:szCs w:val="24"/>
        </w:rPr>
        <w:t xml:space="preserve">No one really knew where </w:t>
      </w:r>
      <w:proofErr w:type="spellStart"/>
      <w:r w:rsidRPr="00231CC7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="00284030">
        <w:rPr>
          <w:rStyle w:val="affe"/>
          <w:rFonts w:ascii="Times New Roman" w:eastAsia="Times New Roman" w:hAnsi="Times New Roman" w:cs="Times New Roman"/>
          <w:sz w:val="24"/>
          <w:szCs w:val="24"/>
          <w:lang w:val="ru-RU" w:eastAsia="ru-RU"/>
        </w:rPr>
        <w:footnoteReference w:id="1"/>
      </w:r>
      <w:r w:rsidR="00284030" w:rsidRPr="00231CC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1CC7">
        <w:rPr>
          <w:rFonts w:ascii="Times New Roman" w:hAnsi="Times New Roman" w:cs="Times New Roman"/>
          <w:sz w:val="24"/>
          <w:szCs w:val="24"/>
        </w:rPr>
        <w:t>came from.</w:t>
      </w: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  <w:r w:rsidRPr="00231CC7">
        <w:rPr>
          <w:rFonts w:ascii="Times New Roman" w:hAnsi="Times New Roman" w:cs="Times New Roman"/>
          <w:sz w:val="24"/>
          <w:szCs w:val="24"/>
        </w:rPr>
        <w:t>He was just suddenly there —</w:t>
      </w: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  <w:r w:rsidRPr="00231CC7">
        <w:rPr>
          <w:rFonts w:ascii="Times New Roman" w:hAnsi="Times New Roman" w:cs="Times New Roman"/>
          <w:sz w:val="24"/>
          <w:szCs w:val="24"/>
        </w:rPr>
        <w:t>as if he had always been.</w:t>
      </w: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  <w:r w:rsidRPr="00231CC7">
        <w:rPr>
          <w:rFonts w:ascii="Times New Roman" w:hAnsi="Times New Roman" w:cs="Times New Roman"/>
          <w:sz w:val="24"/>
          <w:szCs w:val="24"/>
        </w:rPr>
        <w:t>Born like everyone else,</w:t>
      </w: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  <w:r w:rsidRPr="00231CC7">
        <w:rPr>
          <w:rFonts w:ascii="Times New Roman" w:hAnsi="Times New Roman" w:cs="Times New Roman"/>
          <w:sz w:val="24"/>
          <w:szCs w:val="24"/>
        </w:rPr>
        <w:t>in a hospital on the edge of town,</w:t>
      </w:r>
    </w:p>
    <w:p w:rsidR="00231CC7" w:rsidRPr="00231CC7" w:rsidRDefault="00284030" w:rsidP="00231CC7">
      <w:pPr>
        <w:pStyle w:val="a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124279</wp:posOffset>
            </wp:positionH>
            <wp:positionV relativeFrom="paragraph">
              <wp:posOffset>344170</wp:posOffset>
            </wp:positionV>
            <wp:extent cx="3418840" cy="3418840"/>
            <wp:effectExtent l="0" t="0" r="0" b="0"/>
            <wp:wrapSquare wrapText="bothSides"/>
            <wp:docPr id="2" name="Рисунок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Рисунок 84356815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18840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="00231CC7" w:rsidRPr="00231CC7">
        <w:rPr>
          <w:rFonts w:ascii="Times New Roman" w:hAnsi="Times New Roman" w:cs="Times New Roman"/>
          <w:sz w:val="24"/>
          <w:szCs w:val="24"/>
        </w:rPr>
        <w:t>but an old woman on a bench later said:</w:t>
      </w: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  <w:r w:rsidRPr="00231CC7">
        <w:rPr>
          <w:rFonts w:ascii="Times New Roman" w:hAnsi="Times New Roman" w:cs="Times New Roman"/>
          <w:sz w:val="24"/>
          <w:szCs w:val="24"/>
        </w:rPr>
        <w:lastRenderedPageBreak/>
        <w:t>— His eyes… they were like he knew me.</w:t>
      </w:r>
    </w:p>
    <w:p w:rsidR="005E2F49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  <w:r w:rsidRPr="00231CC7">
        <w:rPr>
          <w:rFonts w:ascii="Times New Roman" w:hAnsi="Times New Roman" w:cs="Times New Roman"/>
          <w:sz w:val="24"/>
          <w:szCs w:val="24"/>
        </w:rPr>
        <w:t>Like he had known me… before.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proofErr w:type="spellStart"/>
      <w:r w:rsidRPr="008F7FDD">
        <w:rPr>
          <w:lang w:val="en-US"/>
        </w:rPr>
        <w:t>Seroel</w:t>
      </w:r>
      <w:proofErr w:type="spellEnd"/>
      <w:r w:rsidR="00284030" w:rsidRPr="008F7FDD">
        <w:rPr>
          <w:lang w:val="en-US"/>
        </w:rPr>
        <w:t xml:space="preserve"> </w:t>
      </w:r>
      <w:r w:rsidRPr="008F7FDD">
        <w:rPr>
          <w:lang w:val="en-US"/>
        </w:rPr>
        <w:t>was ordinary.</w:t>
      </w:r>
      <w:r w:rsidRPr="008F7FDD">
        <w:rPr>
          <w:lang w:val="en-US"/>
        </w:rPr>
        <w:br/>
      </w:r>
      <w:r w:rsidRPr="00231CC7">
        <w:rPr>
          <w:lang w:val="en-US"/>
        </w:rPr>
        <w:t>Well, almost.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He didn’t cry.</w:t>
      </w:r>
      <w:r w:rsidRPr="00231CC7">
        <w:rPr>
          <w:lang w:val="en-US"/>
        </w:rPr>
        <w:br/>
        <w:t>He didn’t scream.</w:t>
      </w:r>
      <w:r w:rsidRPr="00231CC7">
        <w:rPr>
          <w:lang w:val="en-US"/>
        </w:rPr>
        <w:br/>
        <w:t>He watched.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The wall. The chandelier. The cat. The rain.</w:t>
      </w:r>
      <w:r w:rsidRPr="00231CC7">
        <w:rPr>
          <w:lang w:val="en-US"/>
        </w:rPr>
        <w:br/>
        <w:t>And it was as if he was listening.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His mom thought — maybe he was just a dreamer.</w:t>
      </w:r>
      <w:r w:rsidRPr="00231CC7">
        <w:rPr>
          <w:lang w:val="en-US"/>
        </w:rPr>
        <w:br/>
        <w:t>And his dad said: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— He’ll be a physicist. He looks like he’s counting atoms.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 xml:space="preserve">But </w:t>
      </w:r>
      <w:proofErr w:type="spellStart"/>
      <w:r w:rsidRPr="00231CC7">
        <w:rPr>
          <w:lang w:val="en-US"/>
        </w:rPr>
        <w:t>Seroel</w:t>
      </w:r>
      <w:proofErr w:type="spellEnd"/>
      <w:r w:rsidRPr="00231CC7">
        <w:rPr>
          <w:lang w:val="en-US"/>
        </w:rPr>
        <w:t xml:space="preserve"> wasn’t counting.</w:t>
      </w:r>
      <w:r w:rsidRPr="00231CC7">
        <w:rPr>
          <w:lang w:val="en-US"/>
        </w:rPr>
        <w:br/>
        <w:t>He was remembering.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He remembered how the Light plays in silence.</w:t>
      </w:r>
      <w:r w:rsidRPr="00231CC7">
        <w:rPr>
          <w:lang w:val="en-US"/>
        </w:rPr>
        <w:br/>
        <w:t>He knew that water has moods,</w:t>
      </w:r>
      <w:r w:rsidRPr="00231CC7">
        <w:rPr>
          <w:lang w:val="en-US"/>
        </w:rPr>
        <w:br/>
        <w:t>that trees speak — just very slowly,</w:t>
      </w:r>
      <w:r w:rsidRPr="00231CC7">
        <w:rPr>
          <w:lang w:val="en-US"/>
        </w:rPr>
        <w:br/>
        <w:t xml:space="preserve">that the cat, </w:t>
      </w:r>
      <w:proofErr w:type="spellStart"/>
      <w:r w:rsidRPr="00231CC7">
        <w:rPr>
          <w:lang w:val="en-US"/>
        </w:rPr>
        <w:t>Murka</w:t>
      </w:r>
      <w:proofErr w:type="spellEnd"/>
      <w:r w:rsidRPr="00231CC7">
        <w:rPr>
          <w:lang w:val="en-US"/>
        </w:rPr>
        <w:t>, wasn’t just purring,</w:t>
      </w:r>
      <w:r w:rsidRPr="00231CC7">
        <w:rPr>
          <w:lang w:val="en-US"/>
        </w:rPr>
        <w:br/>
        <w:t>but singing an ancient song.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He knew that grown-ups couldn’t hear it,</w:t>
      </w:r>
      <w:r w:rsidRPr="00231CC7">
        <w:rPr>
          <w:lang w:val="en-US"/>
        </w:rPr>
        <w:br/>
        <w:t>because their switch inside had been turned off.</w:t>
      </w:r>
      <w:r w:rsidRPr="00231CC7">
        <w:rPr>
          <w:lang w:val="en-US"/>
        </w:rPr>
        <w:br/>
        <w:t>They called it “growing up,”</w:t>
      </w:r>
      <w:r w:rsidRPr="00231CC7">
        <w:rPr>
          <w:lang w:val="en-US"/>
        </w:rPr>
        <w:br/>
        <w:t>but really, it was forgetting.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proofErr w:type="spellStart"/>
      <w:r w:rsidRPr="00231CC7">
        <w:rPr>
          <w:lang w:val="en-US"/>
        </w:rPr>
        <w:t>Seroel</w:t>
      </w:r>
      <w:proofErr w:type="spellEnd"/>
      <w:r w:rsidRPr="00231CC7">
        <w:rPr>
          <w:lang w:val="en-US"/>
        </w:rPr>
        <w:t xml:space="preserve"> hadn’t forgotten.</w:t>
      </w:r>
      <w:r w:rsidRPr="00231CC7">
        <w:rPr>
          <w:lang w:val="en-US"/>
        </w:rPr>
        <w:br/>
        <w:t>He couldn’t.</w:t>
      </w:r>
      <w:r w:rsidRPr="00231CC7">
        <w:rPr>
          <w:lang w:val="en-US"/>
        </w:rPr>
        <w:br/>
      </w:r>
      <w:r w:rsidRPr="00231CC7">
        <w:rPr>
          <w:lang w:val="en-US"/>
        </w:rPr>
        <w:lastRenderedPageBreak/>
        <w:t>He didn’t want to.</w:t>
      </w:r>
      <w:r w:rsidRPr="00231CC7">
        <w:rPr>
          <w:lang w:val="en-US"/>
        </w:rPr>
        <w:br/>
        <w:t>He had just… stayed turned on.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One day, outside, he saw</w:t>
      </w:r>
      <w:r w:rsidRPr="00231CC7">
        <w:rPr>
          <w:lang w:val="en-US"/>
        </w:rPr>
        <w:br/>
        <w:t>a girl about two years younger</w:t>
      </w:r>
      <w:r w:rsidRPr="00231CC7">
        <w:rPr>
          <w:lang w:val="en-US"/>
        </w:rPr>
        <w:br/>
        <w:t>standing and staring at a tree.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But she wasn’t just looking —</w:t>
      </w:r>
      <w:r w:rsidRPr="00231CC7">
        <w:rPr>
          <w:lang w:val="en-US"/>
        </w:rPr>
        <w:br/>
        <w:t>she was listening.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 xml:space="preserve">— You see it too? — </w:t>
      </w:r>
      <w:proofErr w:type="spellStart"/>
      <w:r w:rsidRPr="00231CC7">
        <w:rPr>
          <w:lang w:val="en-US"/>
        </w:rPr>
        <w:t>Seroel</w:t>
      </w:r>
      <w:proofErr w:type="spellEnd"/>
      <w:r w:rsidRPr="00231CC7">
        <w:rPr>
          <w:lang w:val="en-US"/>
        </w:rPr>
        <w:t xml:space="preserve"> asked.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The girl flinched.</w:t>
      </w:r>
      <w:r w:rsidRPr="00231CC7">
        <w:rPr>
          <w:lang w:val="en-US"/>
        </w:rPr>
        <w:br/>
        <w:t>— See what?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— How it breathes.</w:t>
      </w:r>
      <w:r w:rsidRPr="00231CC7">
        <w:rPr>
          <w:lang w:val="en-US"/>
        </w:rPr>
        <w:br/>
        <w:t>— What does?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— The tree.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She looked at him like he was strange.</w:t>
      </w:r>
      <w:r w:rsidRPr="00231CC7">
        <w:rPr>
          <w:lang w:val="en-US"/>
        </w:rPr>
        <w:br/>
        <w:t>But then, in a whisper, she said: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— I thought… it was just me…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 xml:space="preserve">That’s how he met </w:t>
      </w:r>
      <w:proofErr w:type="spellStart"/>
      <w:r w:rsidRPr="00231CC7">
        <w:rPr>
          <w:b/>
          <w:bCs/>
          <w:lang w:val="en-US"/>
        </w:rPr>
        <w:t>Elira</w:t>
      </w:r>
      <w:proofErr w:type="spellEnd"/>
      <w:r w:rsidR="00284030">
        <w:rPr>
          <w:rStyle w:val="affe"/>
          <w:b/>
          <w:bCs/>
        </w:rPr>
        <w:footnoteReference w:id="2"/>
      </w:r>
      <w:r w:rsidRPr="00231CC7">
        <w:rPr>
          <w:lang w:val="en-US"/>
        </w:rPr>
        <w:t>.</w:t>
      </w:r>
    </w:p>
    <w:p w:rsidR="00231CC7" w:rsidRPr="00231CC7" w:rsidRDefault="00231CC7" w:rsidP="00231CC7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2A26E2" w:rsidRPr="005E2F49" w:rsidRDefault="002A26E2" w:rsidP="002A26E2">
      <w:pPr>
        <w:pStyle w:val="a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>
            <wp:extent cx="3169920" cy="3169920"/>
            <wp:effectExtent l="0" t="0" r="5080" b="5080"/>
            <wp:docPr id="3" name="Рисунок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" name="Рисунок 213203088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F49" w:rsidRPr="005E2F49" w:rsidRDefault="005E2F49" w:rsidP="005E2F49">
      <w:pPr>
        <w:pStyle w:val="a9"/>
        <w:rPr>
          <w:rFonts w:ascii="Times New Roman" w:hAnsi="Times New Roman" w:cs="Times New Roman"/>
          <w:sz w:val="24"/>
          <w:szCs w:val="24"/>
          <w:lang w:val="ru-RU"/>
        </w:rPr>
      </w:pP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 xml:space="preserve">A week later, he met </w:t>
      </w:r>
      <w:proofErr w:type="spellStart"/>
      <w:r w:rsidRPr="00231CC7">
        <w:rPr>
          <w:b/>
          <w:bCs/>
          <w:lang w:val="en-US"/>
        </w:rPr>
        <w:t>Vanoel</w:t>
      </w:r>
      <w:proofErr w:type="spellEnd"/>
      <w:r w:rsidR="00284030">
        <w:rPr>
          <w:rStyle w:val="affe"/>
          <w:b/>
          <w:bCs/>
        </w:rPr>
        <w:footnoteReference w:id="3"/>
      </w:r>
      <w:r w:rsidRPr="00231CC7">
        <w:rPr>
          <w:lang w:val="en-US"/>
        </w:rPr>
        <w:t>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proofErr w:type="spellStart"/>
      <w:r w:rsidRPr="00231CC7">
        <w:rPr>
          <w:lang w:val="en-US"/>
        </w:rPr>
        <w:t>Vanoel</w:t>
      </w:r>
      <w:proofErr w:type="spellEnd"/>
      <w:r w:rsidRPr="00231CC7">
        <w:rPr>
          <w:lang w:val="en-US"/>
        </w:rPr>
        <w:t xml:space="preserve"> was trying to explain to a pigeon</w:t>
      </w:r>
      <w:r w:rsidRPr="00231CC7">
        <w:rPr>
          <w:lang w:val="en-US"/>
        </w:rPr>
        <w:br/>
        <w:t>that it was welcome to sit on his shoulder.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 xml:space="preserve">— He hears you anyway, — said </w:t>
      </w:r>
      <w:proofErr w:type="spellStart"/>
      <w:r w:rsidRPr="00231CC7">
        <w:rPr>
          <w:lang w:val="en-US"/>
        </w:rPr>
        <w:t>Seroel</w:t>
      </w:r>
      <w:proofErr w:type="spellEnd"/>
      <w:r w:rsidRPr="00231CC7">
        <w:rPr>
          <w:lang w:val="en-US"/>
        </w:rPr>
        <w:t>.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t>— Really?</w:t>
      </w:r>
    </w:p>
    <w:p w:rsidR="00231CC7" w:rsidRPr="00231CC7" w:rsidRDefault="00231CC7" w:rsidP="00231CC7">
      <w:pPr>
        <w:spacing w:before="100" w:beforeAutospacing="1" w:after="100" w:afterAutospacing="1"/>
        <w:rPr>
          <w:lang w:val="en-US"/>
        </w:rPr>
      </w:pPr>
      <w:r w:rsidRPr="00231CC7">
        <w:rPr>
          <w:lang w:val="en-US"/>
        </w:rPr>
        <w:lastRenderedPageBreak/>
        <w:t>— Their ears are very thin.</w:t>
      </w:r>
      <w:r w:rsidRPr="00231CC7">
        <w:rPr>
          <w:lang w:val="en-US"/>
        </w:rPr>
        <w:br/>
        <w:t>— Oh, like my grandpa’s. He always says, “I hear with my heart.”</w:t>
      </w:r>
    </w:p>
    <w:p w:rsidR="00FE6B9B" w:rsidRDefault="00FE6B9B" w:rsidP="00FE6B9B">
      <w:pPr>
        <w:pStyle w:val="a9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>
            <wp:extent cx="3596640" cy="3596640"/>
            <wp:effectExtent l="0" t="0" r="0" b="0"/>
            <wp:docPr id="4" name="Рисунок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Рисунок 66030017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ABE" w:rsidRPr="005E2F49" w:rsidRDefault="00D90ABE" w:rsidP="00FE6B9B">
      <w:pPr>
        <w:pStyle w:val="a9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90ABE" w:rsidRPr="00D90ABE" w:rsidRDefault="00D90ABE" w:rsidP="00D90ABE">
      <w:pPr>
        <w:rPr>
          <w:lang w:val="en-US"/>
        </w:rPr>
      </w:pPr>
      <w:r w:rsidRPr="00D90ABE">
        <w:rPr>
          <w:lang w:val="en-US"/>
        </w:rPr>
        <w:t xml:space="preserve">And </w:t>
      </w:r>
      <w:proofErr w:type="spellStart"/>
      <w:r w:rsidRPr="00D90ABE">
        <w:rPr>
          <w:lang w:val="en-US"/>
        </w:rPr>
        <w:t>Vanoel</w:t>
      </w:r>
      <w:proofErr w:type="spellEnd"/>
      <w:r w:rsidRPr="00D90ABE">
        <w:rPr>
          <w:lang w:val="en-US"/>
        </w:rPr>
        <w:t xml:space="preserve"> became the third.</w:t>
      </w:r>
    </w:p>
    <w:p w:rsidR="00D90ABE" w:rsidRPr="00D90ABE" w:rsidRDefault="00D90ABE" w:rsidP="00D90ABE">
      <w:pPr>
        <w:rPr>
          <w:lang w:val="en-US"/>
        </w:rPr>
      </w:pPr>
      <w:r w:rsidRPr="00D90ABE">
        <w:rPr>
          <w:lang w:val="en-US"/>
        </w:rPr>
        <w:t>That’s how the Club of the Little King was born.</w:t>
      </w:r>
    </w:p>
    <w:p w:rsidR="00D90ABE" w:rsidRPr="00D90ABE" w:rsidRDefault="00D90ABE" w:rsidP="00D90ABE">
      <w:pPr>
        <w:rPr>
          <w:lang w:val="en-US"/>
        </w:rPr>
      </w:pPr>
      <w:r w:rsidRPr="00D90ABE">
        <w:rPr>
          <w:lang w:val="en-US"/>
        </w:rPr>
        <w:t>Only no one knew it was a club.</w:t>
      </w:r>
    </w:p>
    <w:p w:rsidR="00D90ABE" w:rsidRPr="00D90ABE" w:rsidRDefault="00D90ABE" w:rsidP="00D90ABE">
      <w:pPr>
        <w:rPr>
          <w:lang w:val="en-US"/>
        </w:rPr>
      </w:pPr>
      <w:r w:rsidRPr="00D90ABE">
        <w:rPr>
          <w:lang w:val="en-US"/>
        </w:rPr>
        <w:t>And no one knew who the King was.</w:t>
      </w:r>
    </w:p>
    <w:p w:rsidR="00363C9C" w:rsidRPr="00AA277B" w:rsidRDefault="00D90ABE" w:rsidP="00D90AB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/>
        </w:rPr>
      </w:pPr>
      <w:r w:rsidRPr="00AA277B">
        <w:rPr>
          <w:lang w:val="en-US"/>
        </w:rPr>
        <w:t xml:space="preserve">Except one. </w:t>
      </w:r>
      <w:r w:rsidRPr="00AA277B">
        <w:rPr>
          <w:b/>
          <w:bCs/>
          <w:lang w:val="en-US"/>
        </w:rPr>
        <w:t>The Light.</w:t>
      </w:r>
      <w:r w:rsidR="00363C9C" w:rsidRPr="00AA277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/>
        </w:rPr>
        <w:br w:type="page"/>
      </w:r>
    </w:p>
    <w:p w:rsidR="005E2F49" w:rsidRDefault="00AA277B" w:rsidP="00360490">
      <w:pPr>
        <w:pStyle w:val="21"/>
      </w:pPr>
      <w:bookmarkStart w:id="1" w:name="_Toc195645068"/>
      <w:r w:rsidRPr="00AA277B">
        <w:lastRenderedPageBreak/>
        <w:t>Chapter 2. Who the Real Kings Are</w:t>
      </w:r>
      <w:bookmarkEnd w:id="1"/>
    </w:p>
    <w:p w:rsidR="00AA277B" w:rsidRPr="00AA277B" w:rsidRDefault="00AA277B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C31389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never said he was a King.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That would’ve been… silly.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And who would even care?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No one’s afraid of kings anymore.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They’re in cartoons —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with crowns, long robes,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and big funny mustaches.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 xml:space="preserve">But </w:t>
      </w:r>
      <w:proofErr w:type="spellStart"/>
      <w:r w:rsidRPr="00C31389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had no robe, no crown.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Only eyes you could drown in.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And a silence that felt more important than any word.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 xml:space="preserve">One day, </w:t>
      </w:r>
      <w:proofErr w:type="spellStart"/>
      <w:r w:rsidRPr="00C31389">
        <w:rPr>
          <w:rFonts w:ascii="Times New Roman" w:hAnsi="Times New Roman" w:cs="Times New Roman"/>
          <w:sz w:val="24"/>
          <w:szCs w:val="24"/>
        </w:rPr>
        <w:t>Elira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asked: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Why are you so weird?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What do you mean?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I mean, you don’t argue. You don’t get upset. You don’t complain.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Are you even human?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C31389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thought for a moment.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Then said: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I’m a King.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C31389">
        <w:rPr>
          <w:rFonts w:ascii="Times New Roman" w:hAnsi="Times New Roman" w:cs="Times New Roman"/>
          <w:sz w:val="24"/>
          <w:szCs w:val="24"/>
        </w:rPr>
        <w:t>Elira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frowned.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Really? Just like that?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lastRenderedPageBreak/>
        <w:t>— Yeah. Just not like in the stories.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Then how?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C31389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smiled.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A King isn’t someone who's in charge.</w:t>
      </w:r>
    </w:p>
    <w:p w:rsidR="00AA277B" w:rsidRPr="00C31389" w:rsidRDefault="00AA277B" w:rsidP="00AA277B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 xml:space="preserve">A King is someone who sees </w:t>
      </w:r>
      <w:r w:rsidRPr="00C31389">
        <w:rPr>
          <w:rFonts w:ascii="Times New Roman" w:hAnsi="Times New Roman" w:cs="Times New Roman"/>
          <w:b/>
          <w:bCs/>
          <w:sz w:val="24"/>
          <w:szCs w:val="24"/>
        </w:rPr>
        <w:t>what matters</w:t>
      </w:r>
      <w:r w:rsidRPr="00C31389">
        <w:rPr>
          <w:rFonts w:ascii="Times New Roman" w:hAnsi="Times New Roman" w:cs="Times New Roman"/>
          <w:sz w:val="24"/>
          <w:szCs w:val="24"/>
        </w:rPr>
        <w:t>.</w:t>
      </w:r>
    </w:p>
    <w:p w:rsidR="00363C9C" w:rsidRPr="00C31389" w:rsidRDefault="00363C9C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5E2F49" w:rsidRPr="005E2F49" w:rsidRDefault="00C216F3" w:rsidP="00363C9C">
      <w:pPr>
        <w:pStyle w:val="a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>
            <wp:extent cx="3780790" cy="3780790"/>
            <wp:effectExtent l="0" t="0" r="3810" b="3810"/>
            <wp:docPr id="5" name="Рисунок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" name="Рисунок 2392414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F49" w:rsidRPr="005E2F49" w:rsidRDefault="005E2F49" w:rsidP="005E2F49">
      <w:pPr>
        <w:pStyle w:val="a9"/>
        <w:rPr>
          <w:rFonts w:ascii="Times New Roman" w:hAnsi="Times New Roman" w:cs="Times New Roman"/>
          <w:sz w:val="24"/>
          <w:szCs w:val="24"/>
          <w:lang w:val="ru-RU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She didn’t understand.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lastRenderedPageBreak/>
        <w:t xml:space="preserve">But </w:t>
      </w:r>
      <w:proofErr w:type="spellStart"/>
      <w:r w:rsidRPr="00C31389">
        <w:rPr>
          <w:rFonts w:ascii="Times New Roman" w:hAnsi="Times New Roman" w:cs="Times New Roman"/>
          <w:sz w:val="24"/>
          <w:szCs w:val="24"/>
        </w:rPr>
        <w:t>Vanoel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>, who was poking the dirt with a stick, suddenly said: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Like Mom. She always knows when I’ve hidden something.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C31389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nodded.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Exactly. But a King doesn’t just see what you’ve hidden.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He sees why you did it.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And he doesn’t punish. He understands.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C31389">
        <w:rPr>
          <w:rFonts w:ascii="Times New Roman" w:hAnsi="Times New Roman" w:cs="Times New Roman"/>
          <w:sz w:val="24"/>
          <w:szCs w:val="24"/>
        </w:rPr>
        <w:t>Elira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sat on a swing and went quiet.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She was thinking.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anchor distT="0" distB="0" distL="114300" distR="114300" simplePos="0" relativeHeight="251658240" behindDoc="0" locked="0" layoutInCell="1" allowOverlap="1" ns6:anchorId="41D73B67">
            <wp:simplePos x="0" y="0"/>
            <wp:positionH relativeFrom="column">
              <wp:posOffset>-46083</wp:posOffset>
            </wp:positionH>
            <wp:positionV relativeFrom="paragraph">
              <wp:posOffset>98606</wp:posOffset>
            </wp:positionV>
            <wp:extent cx="3474000" cy="3474000"/>
            <wp:effectExtent l="0" t="0" r="6350" b="6350"/>
            <wp:wrapSquare wrapText="bothSides"/>
            <wp:docPr id="6" name="Рисунок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Рисунок 37966328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74000" cy="3474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lastRenderedPageBreak/>
        <w:t xml:space="preserve">— </w:t>
      </w:r>
      <w:proofErr w:type="gramStart"/>
      <w:r w:rsidRPr="00C31389">
        <w:rPr>
          <w:rFonts w:ascii="Times New Roman" w:hAnsi="Times New Roman" w:cs="Times New Roman"/>
          <w:sz w:val="24"/>
          <w:szCs w:val="24"/>
        </w:rPr>
        <w:t>So</w:t>
      </w:r>
      <w:proofErr w:type="gramEnd"/>
      <w:r w:rsidRPr="00C31389">
        <w:rPr>
          <w:rFonts w:ascii="Times New Roman" w:hAnsi="Times New Roman" w:cs="Times New Roman"/>
          <w:sz w:val="24"/>
          <w:szCs w:val="24"/>
        </w:rPr>
        <w:t xml:space="preserve"> you’re saying…</w:t>
      </w:r>
    </w:p>
    <w:p w:rsidR="005E2F4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b/>
          <w:bCs/>
          <w:sz w:val="24"/>
          <w:szCs w:val="24"/>
        </w:rPr>
        <w:t>anyone can be a king</w:t>
      </w:r>
      <w:r w:rsidRPr="00C31389">
        <w:rPr>
          <w:rFonts w:ascii="Times New Roman" w:hAnsi="Times New Roman" w:cs="Times New Roman"/>
          <w:sz w:val="24"/>
          <w:szCs w:val="24"/>
        </w:rPr>
        <w:t>?</w:t>
      </w:r>
    </w:p>
    <w:p w:rsidR="00363C9C" w:rsidRPr="00C31389" w:rsidRDefault="00363C9C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C31389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shrugged.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If they’re not afraid to really see.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 xml:space="preserve">— Will you teach us? — </w:t>
      </w:r>
      <w:proofErr w:type="spellStart"/>
      <w:r w:rsidRPr="00C31389">
        <w:rPr>
          <w:rFonts w:ascii="Times New Roman" w:hAnsi="Times New Roman" w:cs="Times New Roman"/>
          <w:sz w:val="24"/>
          <w:szCs w:val="24"/>
        </w:rPr>
        <w:t>Vanoel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suddenly asked.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C31389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didn’t answer.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He just walked over,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 xml:space="preserve">placed a hand on </w:t>
      </w:r>
      <w:proofErr w:type="spellStart"/>
      <w:r w:rsidRPr="00C31389">
        <w:rPr>
          <w:rFonts w:ascii="Times New Roman" w:hAnsi="Times New Roman" w:cs="Times New Roman"/>
          <w:sz w:val="24"/>
          <w:szCs w:val="24"/>
        </w:rPr>
        <w:t>Vanoel’s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shoulder, and said: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— I already started.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That day, they went down to the river.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Not to swim.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But to listen to how Time flows.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It sounded like water rustling over stones.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And in that sound,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there was music without words —</w:t>
      </w:r>
    </w:p>
    <w:p w:rsidR="00C216F3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>the kind grown-ups call "silence".</w:t>
      </w:r>
    </w:p>
    <w:p w:rsidR="00C216F3" w:rsidRPr="00C31389" w:rsidRDefault="00C216F3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363C9C" w:rsidRPr="00C31389" w:rsidRDefault="00363C9C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/>
        </w:rPr>
      </w:pPr>
      <w:r w:rsidRPr="00C31389">
        <w:rPr>
          <w:lang w:val="en-US"/>
        </w:rPr>
        <w:br w:type="page"/>
      </w:r>
    </w:p>
    <w:p w:rsidR="005E2F49" w:rsidRDefault="00C31389" w:rsidP="00360490">
      <w:pPr>
        <w:pStyle w:val="21"/>
      </w:pPr>
      <w:bookmarkStart w:id="2" w:name="_Toc195645069"/>
      <w:r w:rsidRPr="00C31389">
        <w:lastRenderedPageBreak/>
        <w:t>Chapter 3. How to Talk to a Tree (or The First Secret Game of the Little King)</w:t>
      </w:r>
      <w:bookmarkEnd w:id="2"/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C31389">
        <w:rPr>
          <w:rFonts w:ascii="Times New Roman" w:hAnsi="Times New Roman" w:cs="Times New Roman"/>
          <w:sz w:val="24"/>
          <w:szCs w:val="24"/>
        </w:rPr>
        <w:t xml:space="preserve">The next day, </w:t>
      </w:r>
      <w:proofErr w:type="spellStart"/>
      <w:r w:rsidRPr="00C31389">
        <w:rPr>
          <w:rFonts w:ascii="Times New Roman" w:hAnsi="Times New Roman" w:cs="Times New Roman"/>
          <w:sz w:val="24"/>
          <w:szCs w:val="24"/>
        </w:rPr>
        <w:t>Vanoel</w:t>
      </w:r>
      <w:proofErr w:type="spellEnd"/>
      <w:r w:rsidRPr="00C31389">
        <w:rPr>
          <w:rFonts w:ascii="Times New Roman" w:hAnsi="Times New Roman" w:cs="Times New Roman"/>
          <w:sz w:val="24"/>
          <w:szCs w:val="24"/>
        </w:rPr>
        <w:t xml:space="preserve"> was the first to arrive.</w:t>
      </w:r>
    </w:p>
    <w:p w:rsidR="00C31389" w:rsidRPr="00C31389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511F8A">
        <w:rPr>
          <w:rFonts w:ascii="Times New Roman" w:hAnsi="Times New Roman" w:cs="Times New Roman"/>
          <w:sz w:val="24"/>
          <w:szCs w:val="24"/>
        </w:rPr>
        <w:t>He was always the first —</w:t>
      </w: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511F8A">
        <w:rPr>
          <w:rFonts w:ascii="Times New Roman" w:hAnsi="Times New Roman" w:cs="Times New Roman"/>
          <w:sz w:val="24"/>
          <w:szCs w:val="24"/>
        </w:rPr>
        <w:t>because he was afraid the game would start without him.</w:t>
      </w: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511F8A">
        <w:rPr>
          <w:rFonts w:ascii="Times New Roman" w:hAnsi="Times New Roman" w:cs="Times New Roman"/>
          <w:sz w:val="24"/>
          <w:szCs w:val="24"/>
        </w:rPr>
        <w:t>He didn’t know what the game was.</w:t>
      </w: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511F8A">
        <w:rPr>
          <w:rFonts w:ascii="Times New Roman" w:hAnsi="Times New Roman" w:cs="Times New Roman"/>
          <w:sz w:val="24"/>
          <w:szCs w:val="24"/>
        </w:rPr>
        <w:t>But he felt it:</w:t>
      </w: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511F8A">
        <w:rPr>
          <w:rFonts w:ascii="Times New Roman" w:hAnsi="Times New Roman" w:cs="Times New Roman"/>
          <w:sz w:val="24"/>
          <w:szCs w:val="24"/>
        </w:rPr>
        <w:t>today would be important.</w:t>
      </w: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proofErr w:type="spellStart"/>
      <w:r w:rsidRPr="00511F8A">
        <w:rPr>
          <w:rFonts w:ascii="Times New Roman" w:hAnsi="Times New Roman" w:cs="Times New Roman"/>
          <w:sz w:val="24"/>
          <w:szCs w:val="24"/>
        </w:rPr>
        <w:t>Elira</w:t>
      </w:r>
      <w:proofErr w:type="spellEnd"/>
      <w:r w:rsidRPr="00511F8A">
        <w:rPr>
          <w:rFonts w:ascii="Times New Roman" w:hAnsi="Times New Roman" w:cs="Times New Roman"/>
          <w:sz w:val="24"/>
          <w:szCs w:val="24"/>
        </w:rPr>
        <w:t xml:space="preserve"> came later, with a backpack and a notebook.</w:t>
      </w: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511F8A">
        <w:rPr>
          <w:rFonts w:ascii="Times New Roman" w:hAnsi="Times New Roman" w:cs="Times New Roman"/>
          <w:sz w:val="24"/>
          <w:szCs w:val="24"/>
        </w:rPr>
        <w:t>— I decided to write everything down.</w:t>
      </w: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511F8A">
        <w:rPr>
          <w:rFonts w:ascii="Times New Roman" w:hAnsi="Times New Roman" w:cs="Times New Roman"/>
          <w:sz w:val="24"/>
          <w:szCs w:val="24"/>
        </w:rPr>
        <w:t xml:space="preserve">— Why? — </w:t>
      </w:r>
      <w:proofErr w:type="spellStart"/>
      <w:r w:rsidRPr="00511F8A">
        <w:rPr>
          <w:rFonts w:ascii="Times New Roman" w:hAnsi="Times New Roman" w:cs="Times New Roman"/>
          <w:sz w:val="24"/>
          <w:szCs w:val="24"/>
        </w:rPr>
        <w:t>Vanoel</w:t>
      </w:r>
      <w:proofErr w:type="spellEnd"/>
      <w:r w:rsidRPr="00511F8A">
        <w:rPr>
          <w:rFonts w:ascii="Times New Roman" w:hAnsi="Times New Roman" w:cs="Times New Roman"/>
          <w:sz w:val="24"/>
          <w:szCs w:val="24"/>
        </w:rPr>
        <w:t xml:space="preserve"> asked.</w:t>
      </w:r>
    </w:p>
    <w:p w:rsidR="00C31389" w:rsidRP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511F8A" w:rsidRDefault="00C31389" w:rsidP="00C31389">
      <w:pPr>
        <w:pStyle w:val="a9"/>
        <w:rPr>
          <w:rFonts w:ascii="Times New Roman" w:hAnsi="Times New Roman" w:cs="Times New Roman"/>
          <w:sz w:val="24"/>
          <w:szCs w:val="24"/>
        </w:rPr>
      </w:pPr>
      <w:r w:rsidRPr="00511F8A">
        <w:rPr>
          <w:rFonts w:ascii="Times New Roman" w:hAnsi="Times New Roman" w:cs="Times New Roman"/>
          <w:sz w:val="24"/>
          <w:szCs w:val="24"/>
        </w:rPr>
        <w:t>— What if this turns into a book someday?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— A book?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— You'll see!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proofErr w:type="spellStart"/>
      <w:r w:rsidRPr="00511F8A">
        <w:rPr>
          <w:b/>
          <w:bCs/>
          <w:lang w:val="en-US"/>
        </w:rPr>
        <w:t>Seroel</w:t>
      </w:r>
      <w:proofErr w:type="spellEnd"/>
      <w:r w:rsidRPr="00511F8A">
        <w:rPr>
          <w:lang w:val="en-US"/>
        </w:rPr>
        <w:t xml:space="preserve"> was already waiting.</w:t>
      </w:r>
      <w:r w:rsidRPr="00511F8A">
        <w:rPr>
          <w:lang w:val="en-US"/>
        </w:rPr>
        <w:br/>
        <w:t>He stood under the old birch tree by the school.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But he wasn’t just standing —</w:t>
      </w:r>
      <w:r w:rsidRPr="00511F8A">
        <w:rPr>
          <w:lang w:val="en-US"/>
        </w:rPr>
        <w:br/>
        <w:t>he was listening.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 xml:space="preserve">— What are you doing? — </w:t>
      </w:r>
      <w:proofErr w:type="spellStart"/>
      <w:r w:rsidRPr="00511F8A">
        <w:rPr>
          <w:lang w:val="en-US"/>
        </w:rPr>
        <w:t>Vanoel</w:t>
      </w:r>
      <w:proofErr w:type="spellEnd"/>
      <w:r w:rsidRPr="00511F8A">
        <w:rPr>
          <w:lang w:val="en-US"/>
        </w:rPr>
        <w:t xml:space="preserve"> asked.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 xml:space="preserve">— Shh, — </w:t>
      </w:r>
      <w:proofErr w:type="spellStart"/>
      <w:r w:rsidRPr="00511F8A">
        <w:rPr>
          <w:lang w:val="en-US"/>
        </w:rPr>
        <w:t>Seroel</w:t>
      </w:r>
      <w:proofErr w:type="spellEnd"/>
      <w:r w:rsidRPr="00511F8A">
        <w:rPr>
          <w:lang w:val="en-US"/>
        </w:rPr>
        <w:t xml:space="preserve"> whispered. — She’s speaking.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lastRenderedPageBreak/>
        <w:t>— Who is?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— The birch.</w:t>
      </w:r>
    </w:p>
    <w:p w:rsidR="00511F8A" w:rsidRPr="008F7FDD" w:rsidRDefault="00511F8A" w:rsidP="00511F8A">
      <w:pPr>
        <w:spacing w:before="100" w:beforeAutospacing="1" w:after="100" w:afterAutospacing="1"/>
        <w:rPr>
          <w:lang w:val="en-US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ns6:anchorId="164778FB" ns6:editId="4EF9032F">
            <wp:simplePos x="0" y="0"/>
            <wp:positionH relativeFrom="column">
              <wp:posOffset>-50800</wp:posOffset>
            </wp:positionH>
            <wp:positionV relativeFrom="paragraph">
              <wp:posOffset>462552</wp:posOffset>
            </wp:positionV>
            <wp:extent cx="3779520" cy="3779520"/>
            <wp:effectExtent l="0" t="0" r="5080" b="5080"/>
            <wp:wrapSquare wrapText="bothSides"/>
            <wp:docPr id="7" name="Рисунок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" name="Рисунок 66984677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proofErr w:type="spellStart"/>
      <w:r w:rsidRPr="00511F8A">
        <w:rPr>
          <w:lang w:val="en-US"/>
        </w:rPr>
        <w:t>Elira</w:t>
      </w:r>
      <w:proofErr w:type="spellEnd"/>
      <w:r w:rsidRPr="008F7FDD">
        <w:rPr>
          <w:lang w:val="en-US"/>
        </w:rPr>
        <w:t xml:space="preserve"> </w:t>
      </w:r>
      <w:r w:rsidRPr="00511F8A">
        <w:rPr>
          <w:lang w:val="en-US"/>
        </w:rPr>
        <w:t>snorted</w:t>
      </w:r>
      <w:r w:rsidRPr="008F7FDD">
        <w:rPr>
          <w:lang w:val="en-US"/>
        </w:rPr>
        <w:t>.</w:t>
      </w:r>
      <w:r w:rsidRPr="008F7FDD">
        <w:rPr>
          <w:lang w:val="en-US"/>
        </w:rPr>
        <w:br/>
        <w:t xml:space="preserve">— </w:t>
      </w:r>
      <w:r w:rsidRPr="00511F8A">
        <w:rPr>
          <w:lang w:val="en-US"/>
        </w:rPr>
        <w:t>You</w:t>
      </w:r>
      <w:r w:rsidRPr="008F7FDD">
        <w:rPr>
          <w:lang w:val="en-US"/>
        </w:rPr>
        <w:t>’</w:t>
      </w:r>
      <w:r w:rsidRPr="00511F8A">
        <w:rPr>
          <w:lang w:val="en-US"/>
        </w:rPr>
        <w:t>re</w:t>
      </w:r>
      <w:r w:rsidRPr="008F7FDD">
        <w:rPr>
          <w:lang w:val="en-US"/>
        </w:rPr>
        <w:t xml:space="preserve"> </w:t>
      </w:r>
      <w:r w:rsidRPr="00511F8A">
        <w:rPr>
          <w:lang w:val="en-US"/>
        </w:rPr>
        <w:t>crazy</w:t>
      </w:r>
      <w:r w:rsidRPr="008F7FDD">
        <w:rPr>
          <w:lang w:val="en-US"/>
        </w:rPr>
        <w:t>.</w:t>
      </w:r>
    </w:p>
    <w:p w:rsidR="00511F8A" w:rsidRPr="008F7FDD" w:rsidRDefault="00511F8A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proofErr w:type="spellStart"/>
      <w:r w:rsidRPr="00511F8A">
        <w:rPr>
          <w:lang w:val="en-US"/>
        </w:rPr>
        <w:t>Seroel</w:t>
      </w:r>
      <w:proofErr w:type="spellEnd"/>
      <w:r w:rsidRPr="00511F8A">
        <w:rPr>
          <w:lang w:val="en-US"/>
        </w:rPr>
        <w:t xml:space="preserve"> wasn’t offended.</w:t>
      </w:r>
      <w:r w:rsidRPr="00511F8A">
        <w:rPr>
          <w:lang w:val="en-US"/>
        </w:rPr>
        <w:br/>
        <w:t>He simply reached out</w:t>
      </w:r>
      <w:r w:rsidRPr="00511F8A">
        <w:rPr>
          <w:lang w:val="en-US"/>
        </w:rPr>
        <w:br/>
        <w:t>and touched the bark.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lastRenderedPageBreak/>
        <w:t>Then he said: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— Want to try?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— How?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proofErr w:type="spellStart"/>
      <w:r w:rsidRPr="00511F8A">
        <w:rPr>
          <w:lang w:val="en-US"/>
        </w:rPr>
        <w:t>Seroel</w:t>
      </w:r>
      <w:proofErr w:type="spellEnd"/>
      <w:r w:rsidRPr="00511F8A">
        <w:rPr>
          <w:lang w:val="en-US"/>
        </w:rPr>
        <w:t xml:space="preserve"> turned and smiled,</w:t>
      </w:r>
      <w:r w:rsidRPr="00511F8A">
        <w:rPr>
          <w:lang w:val="en-US"/>
        </w:rPr>
        <w:br/>
        <w:t>like someone holding a secret he longed to share.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— You only need one thing.</w:t>
      </w:r>
      <w:r w:rsidRPr="00511F8A">
        <w:rPr>
          <w:lang w:val="en-US"/>
        </w:rPr>
        <w:br/>
        <w:t>You have to become quieter than the tree.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proofErr w:type="spellStart"/>
      <w:r w:rsidRPr="00511F8A">
        <w:rPr>
          <w:lang w:val="en-US"/>
        </w:rPr>
        <w:t>Elira</w:t>
      </w:r>
      <w:proofErr w:type="spellEnd"/>
      <w:r w:rsidRPr="00511F8A">
        <w:rPr>
          <w:lang w:val="en-US"/>
        </w:rPr>
        <w:t xml:space="preserve"> made a serious face.</w:t>
      </w:r>
      <w:r w:rsidRPr="00511F8A">
        <w:rPr>
          <w:lang w:val="en-US"/>
        </w:rPr>
        <w:br/>
      </w:r>
      <w:proofErr w:type="spellStart"/>
      <w:r w:rsidRPr="00511F8A">
        <w:rPr>
          <w:lang w:val="en-US"/>
        </w:rPr>
        <w:t>Vanoel</w:t>
      </w:r>
      <w:proofErr w:type="spellEnd"/>
      <w:r w:rsidRPr="00511F8A">
        <w:rPr>
          <w:lang w:val="en-US"/>
        </w:rPr>
        <w:t xml:space="preserve"> covered his mouth with his hand.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— Now — step closer.</w:t>
      </w:r>
      <w:r w:rsidRPr="00511F8A">
        <w:rPr>
          <w:lang w:val="en-US"/>
        </w:rPr>
        <w:br/>
        <w:t>— Palm to the tree.</w:t>
      </w:r>
      <w:r w:rsidRPr="00511F8A">
        <w:rPr>
          <w:lang w:val="en-US"/>
        </w:rPr>
        <w:br/>
        <w:t>— Close your eyes.</w:t>
      </w:r>
      <w:r w:rsidRPr="00511F8A">
        <w:rPr>
          <w:lang w:val="en-US"/>
        </w:rPr>
        <w:br/>
        <w:t>— Don’t listen with your ears.</w:t>
      </w:r>
      <w:r w:rsidRPr="00511F8A">
        <w:rPr>
          <w:lang w:val="en-US"/>
        </w:rPr>
        <w:br/>
        <w:t>— Listen — inside.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They stood.</w:t>
      </w:r>
      <w:r w:rsidRPr="00511F8A">
        <w:rPr>
          <w:lang w:val="en-US"/>
        </w:rPr>
        <w:br/>
        <w:t>Silently.</w:t>
      </w:r>
      <w:r w:rsidRPr="00511F8A">
        <w:rPr>
          <w:lang w:val="en-US"/>
        </w:rPr>
        <w:br/>
        <w:t>They touched.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And then…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something happened.</w:t>
      </w:r>
    </w:p>
    <w:p w:rsidR="00511F8A" w:rsidRPr="00511F8A" w:rsidRDefault="00511F8A" w:rsidP="00511F8A">
      <w:pPr>
        <w:spacing w:before="100" w:beforeAutospacing="1" w:after="100" w:afterAutospacing="1"/>
        <w:rPr>
          <w:b/>
          <w:bCs/>
          <w:lang w:val="en-US"/>
        </w:rPr>
      </w:pPr>
    </w:p>
    <w:p w:rsidR="00511F8A" w:rsidRPr="00511F8A" w:rsidRDefault="00511F8A" w:rsidP="00511F8A">
      <w:pPr>
        <w:spacing w:before="100" w:beforeAutospacing="1" w:after="100" w:afterAutospacing="1"/>
        <w:rPr>
          <w:b/>
          <w:bCs/>
          <w:lang w:val="en-US"/>
        </w:rPr>
      </w:pP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ns6:anchorId="5877F9F2" ns6:editId="0DBC96A7">
            <wp:simplePos x="0" y="0"/>
            <wp:positionH relativeFrom="column">
              <wp:posOffset>0</wp:posOffset>
            </wp:positionH>
            <wp:positionV relativeFrom="paragraph">
              <wp:posOffset>173355</wp:posOffset>
            </wp:positionV>
            <wp:extent cx="3780000" cy="3780000"/>
            <wp:effectExtent l="0" t="0" r="5080" b="5080"/>
            <wp:wrapSquare wrapText="bothSides"/>
            <wp:docPr id="8" name="Рисунок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Рисунок 84274429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proofErr w:type="spellStart"/>
      <w:r w:rsidRPr="00511F8A">
        <w:rPr>
          <w:b/>
          <w:bCs/>
          <w:lang w:val="en-US"/>
        </w:rPr>
        <w:t>Elira</w:t>
      </w:r>
      <w:proofErr w:type="spellEnd"/>
      <w:r w:rsidRPr="00511F8A">
        <w:rPr>
          <w:lang w:val="en-US"/>
        </w:rPr>
        <w:t xml:space="preserve"> heard… a song.</w:t>
      </w:r>
      <w:r w:rsidRPr="00511F8A">
        <w:rPr>
          <w:lang w:val="en-US"/>
        </w:rPr>
        <w:br/>
        <w:t>It wasn’t music.</w:t>
      </w:r>
      <w:r w:rsidRPr="00511F8A">
        <w:rPr>
          <w:lang w:val="en-US"/>
        </w:rPr>
        <w:br/>
        <w:t>It was warmth coming from the trunk,</w:t>
      </w:r>
      <w:r w:rsidRPr="00511F8A">
        <w:rPr>
          <w:lang w:val="en-US"/>
        </w:rPr>
        <w:br/>
        <w:t>as if the tree whispered: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i/>
          <w:iCs/>
          <w:lang w:val="en-US"/>
        </w:rPr>
        <w:t>“I remember you. I remember when you were just a sprout.</w:t>
      </w:r>
      <w:r w:rsidRPr="00511F8A">
        <w:rPr>
          <w:i/>
          <w:iCs/>
          <w:lang w:val="en-US"/>
        </w:rPr>
        <w:br/>
        <w:t>Remember, too.”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proofErr w:type="spellStart"/>
      <w:r w:rsidRPr="00511F8A">
        <w:rPr>
          <w:b/>
          <w:bCs/>
          <w:lang w:val="en-US"/>
        </w:rPr>
        <w:t>Vanoel</w:t>
      </w:r>
      <w:proofErr w:type="spellEnd"/>
      <w:r w:rsidRPr="00511F8A">
        <w:rPr>
          <w:lang w:val="en-US"/>
        </w:rPr>
        <w:t xml:space="preserve"> started crying.</w:t>
      </w:r>
      <w:r w:rsidRPr="00511F8A">
        <w:rPr>
          <w:lang w:val="en-US"/>
        </w:rPr>
        <w:br/>
        <w:t>He didn’t know why.</w:t>
      </w:r>
      <w:r w:rsidRPr="00511F8A">
        <w:rPr>
          <w:lang w:val="en-US"/>
        </w:rPr>
        <w:br/>
        <w:t>But the tears felt… good.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lastRenderedPageBreak/>
        <w:t>— I… I saw myself little — really little.</w:t>
      </w:r>
      <w:r w:rsidRPr="00511F8A">
        <w:rPr>
          <w:lang w:val="en-US"/>
        </w:rPr>
        <w:br/>
        <w:t>Before… anything.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proofErr w:type="spellStart"/>
      <w:r w:rsidRPr="00511F8A">
        <w:rPr>
          <w:lang w:val="en-US"/>
        </w:rPr>
        <w:t>Elira</w:t>
      </w:r>
      <w:proofErr w:type="spellEnd"/>
      <w:r w:rsidRPr="00511F8A">
        <w:rPr>
          <w:lang w:val="en-US"/>
        </w:rPr>
        <w:t xml:space="preserve"> was quiet.</w:t>
      </w:r>
      <w:r w:rsidRPr="00511F8A">
        <w:rPr>
          <w:lang w:val="en-US"/>
        </w:rPr>
        <w:br/>
        <w:t xml:space="preserve">She looked at </w:t>
      </w:r>
      <w:proofErr w:type="spellStart"/>
      <w:r w:rsidRPr="00511F8A">
        <w:rPr>
          <w:lang w:val="en-US"/>
        </w:rPr>
        <w:t>Seroel</w:t>
      </w:r>
      <w:proofErr w:type="spellEnd"/>
      <w:r w:rsidRPr="00511F8A">
        <w:rPr>
          <w:lang w:val="en-US"/>
        </w:rPr>
        <w:t>.</w:t>
      </w:r>
      <w:r w:rsidRPr="00511F8A">
        <w:rPr>
          <w:lang w:val="en-US"/>
        </w:rPr>
        <w:br/>
        <w:t>He was so calm —</w:t>
      </w:r>
      <w:r w:rsidRPr="00511F8A">
        <w:rPr>
          <w:lang w:val="en-US"/>
        </w:rPr>
        <w:br/>
        <w:t>as if he had known this would happen all along.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From that day on, they had their first real game.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It was called:</w:t>
      </w:r>
      <w:r w:rsidRPr="00511F8A">
        <w:rPr>
          <w:lang w:val="en-US"/>
        </w:rPr>
        <w:br/>
      </w:r>
      <w:r w:rsidRPr="00511F8A">
        <w:rPr>
          <w:b/>
          <w:bCs/>
          <w:lang w:val="en-US"/>
        </w:rPr>
        <w:t>“Listen to the Ones Who Don’t Speak.”</w:t>
      </w:r>
    </w:p>
    <w:p w:rsidR="00511F8A" w:rsidRPr="00511F8A" w:rsidRDefault="00511F8A" w:rsidP="00511F8A">
      <w:pPr>
        <w:spacing w:before="100" w:beforeAutospacing="1" w:after="100" w:afterAutospacing="1"/>
        <w:rPr>
          <w:lang w:val="en-US"/>
        </w:rPr>
      </w:pPr>
      <w:r w:rsidRPr="00511F8A">
        <w:rPr>
          <w:lang w:val="en-US"/>
        </w:rPr>
        <w:t>They played it with trees, with stones, with puddles.</w:t>
      </w:r>
      <w:r w:rsidRPr="00511F8A">
        <w:rPr>
          <w:lang w:val="en-US"/>
        </w:rPr>
        <w:br/>
        <w:t>And sometimes… they really did hear.</w:t>
      </w:r>
    </w:p>
    <w:p w:rsidR="00511F8A" w:rsidRPr="00511F8A" w:rsidRDefault="00511F8A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511F8A" w:rsidRPr="00511F8A" w:rsidRDefault="00511F8A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363C9C" w:rsidRPr="00511F8A" w:rsidRDefault="00363C9C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/>
        </w:rPr>
      </w:pPr>
      <w:r w:rsidRPr="00511F8A">
        <w:rPr>
          <w:lang w:val="en-US"/>
        </w:rPr>
        <w:br w:type="page"/>
      </w:r>
    </w:p>
    <w:p w:rsidR="005E2F49" w:rsidRPr="00511F8A" w:rsidRDefault="00511F8A" w:rsidP="00360490">
      <w:pPr>
        <w:pStyle w:val="21"/>
      </w:pPr>
      <w:bookmarkStart w:id="3" w:name="_Toc195645070"/>
      <w:r w:rsidRPr="00511F8A">
        <w:lastRenderedPageBreak/>
        <w:t>Chapter 4. The Cat Who Disappears (but Always Comes Back with Something Important)</w:t>
      </w:r>
      <w:bookmarkEnd w:id="3"/>
    </w:p>
    <w:p w:rsidR="00511F8A" w:rsidRPr="00511F8A" w:rsidRDefault="00511F8A" w:rsidP="00511F8A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55421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 w:rsidRPr="00554219">
        <w:rPr>
          <w:rFonts w:ascii="Times New Roman" w:hAnsi="Times New Roman" w:cs="Times New Roman"/>
          <w:sz w:val="24"/>
          <w:szCs w:val="24"/>
        </w:rPr>
        <w:t>It happened in the evening.</w:t>
      </w:r>
    </w:p>
    <w:p w:rsidR="0055421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55421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 w:rsidRPr="00554219">
        <w:rPr>
          <w:rFonts w:ascii="Times New Roman" w:hAnsi="Times New Roman" w:cs="Times New Roman"/>
          <w:sz w:val="24"/>
          <w:szCs w:val="24"/>
        </w:rPr>
        <w:t>Everything was normal:</w:t>
      </w:r>
    </w:p>
    <w:p w:rsidR="0055421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 w:rsidRPr="00554219">
        <w:rPr>
          <w:rFonts w:ascii="Times New Roman" w:hAnsi="Times New Roman" w:cs="Times New Roman"/>
          <w:sz w:val="24"/>
          <w:szCs w:val="24"/>
        </w:rPr>
        <w:t>Mom was making soup,</w:t>
      </w:r>
    </w:p>
    <w:p w:rsidR="0055421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 w:rsidRPr="00554219">
        <w:rPr>
          <w:rFonts w:ascii="Times New Roman" w:hAnsi="Times New Roman" w:cs="Times New Roman"/>
          <w:sz w:val="24"/>
          <w:szCs w:val="24"/>
        </w:rPr>
        <w:t>Dad was flipping through the paper,</w:t>
      </w:r>
    </w:p>
    <w:p w:rsidR="0055421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 w:rsidRPr="00554219">
        <w:rPr>
          <w:rFonts w:ascii="Times New Roman" w:hAnsi="Times New Roman" w:cs="Times New Roman"/>
          <w:sz w:val="24"/>
          <w:szCs w:val="24"/>
        </w:rPr>
        <w:t xml:space="preserve">and </w:t>
      </w:r>
      <w:proofErr w:type="spellStart"/>
      <w:r w:rsidRPr="00554219">
        <w:rPr>
          <w:rFonts w:ascii="Times New Roman" w:hAnsi="Times New Roman" w:cs="Times New Roman"/>
          <w:sz w:val="24"/>
          <w:szCs w:val="24"/>
        </w:rPr>
        <w:t>Seroel</w:t>
      </w:r>
      <w:proofErr w:type="spellEnd"/>
      <w:r w:rsidRPr="00554219">
        <w:rPr>
          <w:rFonts w:ascii="Times New Roman" w:hAnsi="Times New Roman" w:cs="Times New Roman"/>
          <w:sz w:val="24"/>
          <w:szCs w:val="24"/>
        </w:rPr>
        <w:t xml:space="preserve"> sat by the window,</w:t>
      </w:r>
    </w:p>
    <w:p w:rsidR="0055421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 w:rsidRPr="00554219">
        <w:rPr>
          <w:rFonts w:ascii="Times New Roman" w:hAnsi="Times New Roman" w:cs="Times New Roman"/>
          <w:sz w:val="24"/>
          <w:szCs w:val="24"/>
        </w:rPr>
        <w:t>watching the evening light dance on the glass.</w:t>
      </w:r>
    </w:p>
    <w:p w:rsidR="00554219" w:rsidRPr="00554219" w:rsidRDefault="00360490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346257</wp:posOffset>
            </wp:positionV>
            <wp:extent cx="3780000" cy="3780000"/>
            <wp:effectExtent l="0" t="0" r="5080" b="5080"/>
            <wp:wrapSquare wrapText="bothSides"/>
            <wp:docPr id="9" name="Рисунок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" name="Рисунок 97944887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</w:p>
    <w:p w:rsidR="0055421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 w:rsidRPr="00554219">
        <w:rPr>
          <w:rFonts w:ascii="Times New Roman" w:hAnsi="Times New Roman" w:cs="Times New Roman"/>
          <w:sz w:val="24"/>
          <w:szCs w:val="24"/>
        </w:rPr>
        <w:lastRenderedPageBreak/>
        <w:t>He wasn’t waiting for anything.</w:t>
      </w:r>
    </w:p>
    <w:p w:rsidR="005E2F49" w:rsidRPr="00554219" w:rsidRDefault="00554219" w:rsidP="00554219">
      <w:pPr>
        <w:pStyle w:val="a9"/>
        <w:rPr>
          <w:rFonts w:ascii="Times New Roman" w:hAnsi="Times New Roman" w:cs="Times New Roman"/>
          <w:sz w:val="24"/>
          <w:szCs w:val="24"/>
        </w:rPr>
      </w:pPr>
      <w:r w:rsidRPr="00554219">
        <w:rPr>
          <w:rFonts w:ascii="Times New Roman" w:hAnsi="Times New Roman" w:cs="Times New Roman"/>
          <w:sz w:val="24"/>
          <w:szCs w:val="24"/>
        </w:rPr>
        <w:t>He was just… there.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And suddenly —</w:t>
      </w:r>
      <w:r w:rsidRPr="00554219">
        <w:rPr>
          <w:lang w:val="en-US"/>
        </w:rPr>
        <w:br/>
        <w:t>on the windowsill — a cat appeared.</w:t>
      </w:r>
    </w:p>
    <w:p w:rsidR="00360490" w:rsidRDefault="00360490" w:rsidP="00554219">
      <w:pPr>
        <w:spacing w:before="100" w:beforeAutospacing="1" w:after="100" w:afterAutospacing="1"/>
        <w:rPr>
          <w:lang w:val="en-US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-59327</wp:posOffset>
            </wp:positionH>
            <wp:positionV relativeFrom="paragraph">
              <wp:posOffset>1190625</wp:posOffset>
            </wp:positionV>
            <wp:extent cx="3780000" cy="3780000"/>
            <wp:effectExtent l="0" t="0" r="5080" b="5080"/>
            <wp:wrapSquare wrapText="bothSides"/>
            <wp:docPr id="10" name="Рисунок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Рисунок 144762652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="00554219" w:rsidRPr="00554219">
        <w:rPr>
          <w:lang w:val="en-US"/>
        </w:rPr>
        <w:t>He didn’t jump.</w:t>
      </w:r>
      <w:r w:rsidR="00554219" w:rsidRPr="00554219">
        <w:rPr>
          <w:lang w:val="en-US"/>
        </w:rPr>
        <w:br/>
        <w:t>He didn’t walk over.</w:t>
      </w:r>
      <w:r w:rsidR="00554219" w:rsidRPr="00554219">
        <w:rPr>
          <w:lang w:val="en-US"/>
        </w:rPr>
        <w:br/>
        <w:t>He was just… there.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proofErr w:type="spellStart"/>
      <w:r w:rsidRPr="00554219">
        <w:rPr>
          <w:lang w:val="en-US"/>
        </w:rPr>
        <w:lastRenderedPageBreak/>
        <w:t>Seroel</w:t>
      </w:r>
      <w:proofErr w:type="spellEnd"/>
      <w:r w:rsidRPr="00554219">
        <w:rPr>
          <w:lang w:val="en-US"/>
        </w:rPr>
        <w:t xml:space="preserve"> knew this cat.</w:t>
      </w:r>
      <w:r w:rsidRPr="00554219">
        <w:rPr>
          <w:lang w:val="en-US"/>
        </w:rPr>
        <w:br/>
        <w:t>He only came when something important</w:t>
      </w:r>
      <w:r w:rsidRPr="00554219">
        <w:rPr>
          <w:lang w:val="en-US"/>
        </w:rPr>
        <w:br/>
        <w:t>was about to begin.</w:t>
      </w:r>
    </w:p>
    <w:p w:rsidR="005E2F4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 xml:space="preserve">The cat’s name was </w:t>
      </w:r>
      <w:r w:rsidRPr="00554219">
        <w:rPr>
          <w:b/>
          <w:bCs/>
          <w:lang w:val="en-US"/>
        </w:rPr>
        <w:t>Blu</w:t>
      </w:r>
      <w:r w:rsidRPr="00554219">
        <w:rPr>
          <w:lang w:val="en-US"/>
        </w:rPr>
        <w:t>,</w:t>
      </w:r>
      <w:r w:rsidRPr="00554219">
        <w:rPr>
          <w:lang w:val="en-US"/>
        </w:rPr>
        <w:br/>
        <w:t>not because he was blue,</w:t>
      </w:r>
      <w:r w:rsidRPr="00554219">
        <w:rPr>
          <w:lang w:val="en-US"/>
        </w:rPr>
        <w:br/>
        <w:t>but because his eyes held the depth of the sky.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 xml:space="preserve">— You again? — </w:t>
      </w:r>
      <w:proofErr w:type="spellStart"/>
      <w:r w:rsidRPr="00554219">
        <w:rPr>
          <w:lang w:val="en-US"/>
        </w:rPr>
        <w:t>Seroel</w:t>
      </w:r>
      <w:proofErr w:type="spellEnd"/>
      <w:r w:rsidRPr="00554219">
        <w:rPr>
          <w:lang w:val="en-US"/>
        </w:rPr>
        <w:t xml:space="preserve"> said softly.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The cat didn’t answer.</w:t>
      </w:r>
      <w:r w:rsidRPr="00554219">
        <w:rPr>
          <w:lang w:val="en-US"/>
        </w:rPr>
        <w:br/>
        <w:t>He was silent —</w:t>
      </w:r>
      <w:r w:rsidRPr="00554219">
        <w:rPr>
          <w:lang w:val="en-US"/>
        </w:rPr>
        <w:br/>
        <w:t>the kind of silence only Those Who Remember Everything can make.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 xml:space="preserve">Blu rubbed against </w:t>
      </w:r>
      <w:proofErr w:type="spellStart"/>
      <w:r w:rsidRPr="00554219">
        <w:rPr>
          <w:lang w:val="en-US"/>
        </w:rPr>
        <w:t>Seroel’s</w:t>
      </w:r>
      <w:proofErr w:type="spellEnd"/>
      <w:r w:rsidRPr="00554219">
        <w:rPr>
          <w:lang w:val="en-US"/>
        </w:rPr>
        <w:t xml:space="preserve"> hand…</w:t>
      </w:r>
      <w:r w:rsidRPr="00554219">
        <w:rPr>
          <w:lang w:val="en-US"/>
        </w:rPr>
        <w:br/>
        <w:t>and then disappeared.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Just like that.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He didn’t leap down, didn’t walk away —</w:t>
      </w:r>
      <w:r w:rsidRPr="00554219">
        <w:rPr>
          <w:lang w:val="en-US"/>
        </w:rPr>
        <w:br/>
        <w:t>he simply wasn’t there anymore.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proofErr w:type="spellStart"/>
      <w:r w:rsidRPr="00554219">
        <w:rPr>
          <w:lang w:val="en-US"/>
        </w:rPr>
        <w:t>Seroel</w:t>
      </w:r>
      <w:proofErr w:type="spellEnd"/>
      <w:r w:rsidRPr="00554219">
        <w:rPr>
          <w:lang w:val="en-US"/>
        </w:rPr>
        <w:t xml:space="preserve"> smiled.</w:t>
      </w:r>
      <w:r w:rsidRPr="00554219">
        <w:rPr>
          <w:lang w:val="en-US"/>
        </w:rPr>
        <w:br/>
        <w:t>It was a sign.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 xml:space="preserve">The next day, he told </w:t>
      </w:r>
      <w:proofErr w:type="spellStart"/>
      <w:r w:rsidRPr="00554219">
        <w:rPr>
          <w:lang w:val="en-US"/>
        </w:rPr>
        <w:t>Elira</w:t>
      </w:r>
      <w:proofErr w:type="spellEnd"/>
      <w:r w:rsidRPr="00554219">
        <w:rPr>
          <w:lang w:val="en-US"/>
        </w:rPr>
        <w:t xml:space="preserve"> and </w:t>
      </w:r>
      <w:proofErr w:type="spellStart"/>
      <w:r w:rsidRPr="00554219">
        <w:rPr>
          <w:lang w:val="en-US"/>
        </w:rPr>
        <w:t>Vanoel</w:t>
      </w:r>
      <w:proofErr w:type="spellEnd"/>
      <w:r w:rsidRPr="00554219">
        <w:rPr>
          <w:lang w:val="en-US"/>
        </w:rPr>
        <w:t>: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— Today we’re getting a mission from Blu.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 xml:space="preserve">— The cat? — </w:t>
      </w:r>
      <w:proofErr w:type="spellStart"/>
      <w:r w:rsidRPr="00554219">
        <w:rPr>
          <w:lang w:val="en-US"/>
        </w:rPr>
        <w:t>Vanoel</w:t>
      </w:r>
      <w:proofErr w:type="spellEnd"/>
      <w:r w:rsidRPr="00554219">
        <w:rPr>
          <w:lang w:val="en-US"/>
        </w:rPr>
        <w:t xml:space="preserve"> blinked.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— Yes. But he’s not just any cat.</w:t>
      </w:r>
      <w:r w:rsidRPr="00554219">
        <w:rPr>
          <w:lang w:val="en-US"/>
        </w:rPr>
        <w:br/>
        <w:t>He only comes when it’s time to understand something.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lastRenderedPageBreak/>
        <w:t xml:space="preserve">— </w:t>
      </w:r>
      <w:proofErr w:type="gramStart"/>
      <w:r w:rsidRPr="00554219">
        <w:rPr>
          <w:lang w:val="en-US"/>
        </w:rPr>
        <w:t>So</w:t>
      </w:r>
      <w:proofErr w:type="gramEnd"/>
      <w:r w:rsidRPr="00554219">
        <w:rPr>
          <w:lang w:val="en-US"/>
        </w:rPr>
        <w:t xml:space="preserve"> what do we do? — asked </w:t>
      </w:r>
      <w:proofErr w:type="spellStart"/>
      <w:r w:rsidRPr="00554219">
        <w:rPr>
          <w:lang w:val="en-US"/>
        </w:rPr>
        <w:t>Elira</w:t>
      </w:r>
      <w:proofErr w:type="spellEnd"/>
      <w:r w:rsidRPr="00554219">
        <w:rPr>
          <w:lang w:val="en-US"/>
        </w:rPr>
        <w:t>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proofErr w:type="spellStart"/>
      <w:r w:rsidRPr="00554219">
        <w:rPr>
          <w:lang w:val="en-US"/>
        </w:rPr>
        <w:t>Seroel</w:t>
      </w:r>
      <w:proofErr w:type="spellEnd"/>
      <w:r w:rsidRPr="00554219">
        <w:rPr>
          <w:lang w:val="en-US"/>
        </w:rPr>
        <w:t xml:space="preserve"> thought.</w:t>
      </w:r>
      <w:r w:rsidRPr="00554219">
        <w:rPr>
          <w:lang w:val="en-US"/>
        </w:rPr>
        <w:br/>
        <w:t>Or at least looked like he did.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Then he said: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— Today’s game is called</w:t>
      </w:r>
      <w:r w:rsidRPr="00554219">
        <w:rPr>
          <w:lang w:val="en-US"/>
        </w:rPr>
        <w:br/>
      </w:r>
      <w:r w:rsidRPr="00554219">
        <w:rPr>
          <w:b/>
          <w:bCs/>
          <w:lang w:val="en-US"/>
        </w:rPr>
        <w:t>“Find What Isn’t There.”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 xml:space="preserve">— But… how? — </w:t>
      </w:r>
      <w:proofErr w:type="spellStart"/>
      <w:r w:rsidRPr="00554219">
        <w:rPr>
          <w:lang w:val="en-US"/>
        </w:rPr>
        <w:t>Vanoel</w:t>
      </w:r>
      <w:proofErr w:type="spellEnd"/>
      <w:r w:rsidRPr="00554219">
        <w:rPr>
          <w:lang w:val="en-US"/>
        </w:rPr>
        <w:t xml:space="preserve"> asked.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— Like this.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He pulled a sheet of paper from his pocket.</w:t>
      </w:r>
      <w:r w:rsidRPr="00554219">
        <w:rPr>
          <w:lang w:val="en-US"/>
        </w:rPr>
        <w:br/>
        <w:t>On it — nothing.</w:t>
      </w:r>
      <w:r w:rsidRPr="00554219">
        <w:rPr>
          <w:lang w:val="en-US"/>
        </w:rPr>
        <w:br/>
        <w:t>Just a blank page.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— Here.</w:t>
      </w:r>
      <w:r w:rsidRPr="00554219">
        <w:rPr>
          <w:lang w:val="en-US"/>
        </w:rPr>
        <w:br/>
        <w:t>— This is the important thing.</w:t>
      </w:r>
      <w:r w:rsidRPr="00554219">
        <w:rPr>
          <w:lang w:val="en-US"/>
        </w:rPr>
        <w:br/>
        <w:t xml:space="preserve">— Don’t look </w:t>
      </w:r>
      <w:r w:rsidRPr="00554219">
        <w:rPr>
          <w:i/>
          <w:iCs/>
          <w:lang w:val="en-US"/>
        </w:rPr>
        <w:t>at</w:t>
      </w:r>
      <w:r w:rsidRPr="00554219">
        <w:rPr>
          <w:lang w:val="en-US"/>
        </w:rPr>
        <w:t xml:space="preserve"> the paper — look </w:t>
      </w:r>
      <w:r w:rsidRPr="00554219">
        <w:rPr>
          <w:i/>
          <w:iCs/>
          <w:lang w:val="en-US"/>
        </w:rPr>
        <w:t>through</w:t>
      </w:r>
      <w:r w:rsidRPr="00554219">
        <w:rPr>
          <w:lang w:val="en-US"/>
        </w:rPr>
        <w:t xml:space="preserve"> it.</w:t>
      </w:r>
      <w:r w:rsidRPr="00554219">
        <w:rPr>
          <w:lang w:val="en-US"/>
        </w:rPr>
        <w:br/>
        <w:t>— Look inside yourself while you stare.</w:t>
      </w:r>
      <w:r w:rsidRPr="00554219">
        <w:rPr>
          <w:lang w:val="en-US"/>
        </w:rPr>
        <w:br/>
        <w:t>— Then tell me what you saw.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They took the paper.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Looked.</w:t>
      </w:r>
      <w:r w:rsidRPr="00554219">
        <w:rPr>
          <w:lang w:val="en-US"/>
        </w:rPr>
        <w:br/>
        <w:t>Stayed silent.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 xml:space="preserve">Then </w:t>
      </w:r>
      <w:proofErr w:type="spellStart"/>
      <w:r w:rsidRPr="00554219">
        <w:rPr>
          <w:lang w:val="en-US"/>
        </w:rPr>
        <w:t>Elira</w:t>
      </w:r>
      <w:proofErr w:type="spellEnd"/>
      <w:r w:rsidRPr="00554219">
        <w:rPr>
          <w:lang w:val="en-US"/>
        </w:rPr>
        <w:t xml:space="preserve"> said quietly: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  <w:r w:rsidRPr="00554219">
        <w:rPr>
          <w:lang w:val="en-US"/>
        </w:rPr>
        <w:t>— I remembered being little and drawing a cloud.</w:t>
      </w:r>
      <w:r w:rsidRPr="00554219">
        <w:rPr>
          <w:lang w:val="en-US"/>
        </w:rPr>
        <w:br/>
        <w:t>But it wasn’t on paper — it was in the sky.</w:t>
      </w:r>
    </w:p>
    <w:p w:rsidR="00554219" w:rsidRPr="00554219" w:rsidRDefault="00554219" w:rsidP="00554219">
      <w:pPr>
        <w:spacing w:before="100" w:beforeAutospacing="1" w:after="100" w:afterAutospacing="1"/>
        <w:rPr>
          <w:lang w:val="en-US"/>
        </w:rPr>
      </w:pPr>
    </w:p>
    <w:p w:rsidR="00554219" w:rsidRDefault="00554219" w:rsidP="005E2F49">
      <w:pPr>
        <w:pStyle w:val="a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ns6:anchorId="170CB463" ns6:editId="5D70EEDD">
            <wp:extent cx="3436100" cy="3436100"/>
            <wp:effectExtent l="0" t="0" r="5715" b="5715"/>
            <wp:docPr id="11" name="Рисунок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" name="Рисунок 112129274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39715" cy="343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r w:rsidRPr="006D4930">
        <w:rPr>
          <w:lang w:val="en-US"/>
        </w:rPr>
        <w:t xml:space="preserve">And </w:t>
      </w:r>
      <w:proofErr w:type="spellStart"/>
      <w:r w:rsidRPr="006D4930">
        <w:rPr>
          <w:lang w:val="en-US"/>
        </w:rPr>
        <w:t>Vanoel</w:t>
      </w:r>
      <w:proofErr w:type="spellEnd"/>
      <w:r w:rsidRPr="006D4930">
        <w:rPr>
          <w:lang w:val="en-US"/>
        </w:rPr>
        <w:t xml:space="preserve"> said:</w:t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r w:rsidRPr="006D4930">
        <w:rPr>
          <w:lang w:val="en-US"/>
        </w:rPr>
        <w:t>— I saw myself sleeping… but knowing I was asleep.</w:t>
      </w:r>
      <w:r w:rsidRPr="006D4930">
        <w:rPr>
          <w:lang w:val="en-US"/>
        </w:rPr>
        <w:br/>
        <w:t>Like I was here and somewhere else at the same time.</w:t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proofErr w:type="spellStart"/>
      <w:r w:rsidRPr="006D4930">
        <w:rPr>
          <w:lang w:val="en-US"/>
        </w:rPr>
        <w:t>Seroel</w:t>
      </w:r>
      <w:proofErr w:type="spellEnd"/>
      <w:r w:rsidRPr="006D4930">
        <w:rPr>
          <w:lang w:val="en-US"/>
        </w:rPr>
        <w:t xml:space="preserve"> nodded.</w:t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r w:rsidRPr="006D4930">
        <w:rPr>
          <w:lang w:val="en-US"/>
        </w:rPr>
        <w:t>— That’s it. That’s the thing that isn’t there.</w:t>
      </w:r>
      <w:r w:rsidRPr="006D4930">
        <w:rPr>
          <w:lang w:val="en-US"/>
        </w:rPr>
        <w:br/>
        <w:t xml:space="preserve">But it </w:t>
      </w:r>
      <w:r w:rsidRPr="006D4930">
        <w:rPr>
          <w:i/>
          <w:iCs/>
          <w:lang w:val="en-US"/>
        </w:rPr>
        <w:t>is</w:t>
      </w:r>
      <w:r w:rsidRPr="006D4930">
        <w:rPr>
          <w:lang w:val="en-US"/>
        </w:rPr>
        <w:t>.</w:t>
      </w:r>
      <w:r w:rsidRPr="006D4930">
        <w:rPr>
          <w:lang w:val="en-US"/>
        </w:rPr>
        <w:br/>
        <w:t>Just not for the eyes.</w:t>
      </w:r>
      <w:r w:rsidRPr="006D4930">
        <w:rPr>
          <w:lang w:val="en-US"/>
        </w:rPr>
        <w:br/>
        <w:t>Only for the heart.</w:t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r w:rsidRPr="006D4930">
        <w:rPr>
          <w:lang w:val="en-US"/>
        </w:rPr>
        <w:lastRenderedPageBreak/>
        <w:t xml:space="preserve">At that moment, </w:t>
      </w:r>
      <w:r w:rsidRPr="006D4930">
        <w:rPr>
          <w:b/>
          <w:bCs/>
          <w:lang w:val="en-US"/>
        </w:rPr>
        <w:t>Blu</w:t>
      </w:r>
      <w:r w:rsidRPr="006D4930">
        <w:rPr>
          <w:lang w:val="en-US"/>
        </w:rPr>
        <w:t xml:space="preserve"> walked past.</w:t>
      </w:r>
      <w:r w:rsidRPr="006D4930">
        <w:rPr>
          <w:lang w:val="en-US"/>
        </w:rPr>
        <w:br/>
        <w:t>Hanging from his neck — a string with a tiny key.</w:t>
      </w:r>
      <w:r w:rsidRPr="006D4930">
        <w:rPr>
          <w:lang w:val="en-US"/>
        </w:rPr>
        <w:br/>
        <w:t>He winked.</w:t>
      </w:r>
      <w:r w:rsidRPr="006D4930">
        <w:rPr>
          <w:lang w:val="en-US"/>
        </w:rPr>
        <w:br/>
        <w:t>And disappeared again.</w:t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r w:rsidRPr="006D4930">
        <w:rPr>
          <w:lang w:val="en-US"/>
        </w:rPr>
        <w:t>From then on, they had a new game:</w:t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r w:rsidRPr="006D4930">
        <w:rPr>
          <w:b/>
          <w:bCs/>
          <w:lang w:val="en-US"/>
        </w:rPr>
        <w:t xml:space="preserve">“Find What Isn’t There — and Bring It </w:t>
      </w:r>
      <w:proofErr w:type="gramStart"/>
      <w:r w:rsidRPr="006D4930">
        <w:rPr>
          <w:b/>
          <w:bCs/>
          <w:lang w:val="en-US"/>
        </w:rPr>
        <w:t>With</w:t>
      </w:r>
      <w:proofErr w:type="gramEnd"/>
      <w:r w:rsidRPr="006D4930">
        <w:rPr>
          <w:b/>
          <w:bCs/>
          <w:lang w:val="en-US"/>
        </w:rPr>
        <w:t xml:space="preserve"> You.”</w:t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r w:rsidRPr="006D4930">
        <w:rPr>
          <w:lang w:val="en-US"/>
        </w:rPr>
        <w:t>And you know what?</w:t>
      </w:r>
    </w:p>
    <w:p w:rsidR="006D4930" w:rsidRPr="006D4930" w:rsidRDefault="006D4930" w:rsidP="006D4930">
      <w:pPr>
        <w:spacing w:before="100" w:beforeAutospacing="1" w:after="100" w:afterAutospacing="1"/>
        <w:rPr>
          <w:lang w:val="en-US"/>
        </w:rPr>
      </w:pPr>
      <w:r w:rsidRPr="006D4930">
        <w:rPr>
          <w:lang w:val="en-US"/>
        </w:rPr>
        <w:t>They really did start finding it.</w:t>
      </w:r>
    </w:p>
    <w:p w:rsidR="005E2F49" w:rsidRPr="008F7FDD" w:rsidRDefault="005E2F49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B85F9F" w:rsidRPr="006D4930" w:rsidRDefault="00B85F9F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/>
        </w:rPr>
      </w:pPr>
      <w:r w:rsidRPr="006D4930">
        <w:rPr>
          <w:lang w:val="en-US"/>
        </w:rPr>
        <w:br w:type="page"/>
      </w:r>
    </w:p>
    <w:p w:rsidR="005E2F49" w:rsidRPr="00774FEC" w:rsidRDefault="00774FEC" w:rsidP="00360490">
      <w:pPr>
        <w:pStyle w:val="21"/>
      </w:pPr>
      <w:bookmarkStart w:id="4" w:name="_Toc195645071"/>
      <w:r w:rsidRPr="00774FEC">
        <w:lastRenderedPageBreak/>
        <w:t>Chapter 5. The Magical Bell No One Heard (but Everyone Started Being Nicer)</w:t>
      </w:r>
      <w:bookmarkEnd w:id="4"/>
    </w:p>
    <w:p w:rsidR="00774FEC" w:rsidRPr="00774FEC" w:rsidRDefault="00774FEC" w:rsidP="00774FEC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It all started at school.</w:t>
      </w:r>
      <w:r w:rsidRPr="00774FEC">
        <w:rPr>
          <w:lang w:val="en-US"/>
        </w:rPr>
        <w:br/>
        <w:t>The place where things were supposed to be boring.</w:t>
      </w:r>
      <w:r w:rsidRPr="00774FEC">
        <w:rPr>
          <w:lang w:val="en-US"/>
        </w:rPr>
        <w:br/>
        <w:t>Where everyone sat still</w:t>
      </w:r>
      <w:r w:rsidRPr="00774FEC">
        <w:rPr>
          <w:lang w:val="en-US"/>
        </w:rPr>
        <w:br/>
        <w:t>and no one thought about the Light —</w:t>
      </w:r>
      <w:r w:rsidRPr="00774FEC">
        <w:rPr>
          <w:lang w:val="en-US"/>
        </w:rPr>
        <w:br/>
        <w:t>and definitely not about the Kingdom.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 xml:space="preserve">But </w:t>
      </w:r>
      <w:proofErr w:type="spellStart"/>
      <w:r w:rsidRPr="00774FEC">
        <w:rPr>
          <w:rStyle w:val="af6"/>
          <w:lang w:val="en-US"/>
        </w:rPr>
        <w:t>Seroel</w:t>
      </w:r>
      <w:proofErr w:type="spellEnd"/>
      <w:r w:rsidRPr="00774FEC">
        <w:rPr>
          <w:lang w:val="en-US"/>
        </w:rPr>
        <w:t xml:space="preserve"> knew:</w:t>
      </w:r>
      <w:r w:rsidRPr="00774FEC">
        <w:rPr>
          <w:lang w:val="en-US"/>
        </w:rPr>
        <w:br/>
        <w:t>The Creator comes to school too.</w:t>
      </w:r>
      <w:r w:rsidRPr="00774FEC">
        <w:rPr>
          <w:lang w:val="en-US"/>
        </w:rPr>
        <w:br/>
        <w:t>Especially to school.</w:t>
      </w:r>
      <w:r w:rsidRPr="00774FEC">
        <w:rPr>
          <w:lang w:val="en-US"/>
        </w:rPr>
        <w:br/>
        <w:t>Because it’s where most forget</w:t>
      </w:r>
      <w:r w:rsidRPr="00774FEC">
        <w:rPr>
          <w:lang w:val="en-US"/>
        </w:rPr>
        <w:br/>
        <w:t>they're still playing.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 xml:space="preserve">During the second lesson, </w:t>
      </w:r>
      <w:proofErr w:type="spellStart"/>
      <w:r w:rsidRPr="00774FEC">
        <w:rPr>
          <w:rStyle w:val="af6"/>
          <w:lang w:val="en-US"/>
        </w:rPr>
        <w:t>Elira</w:t>
      </w:r>
      <w:proofErr w:type="spellEnd"/>
      <w:r w:rsidRPr="00774FEC">
        <w:rPr>
          <w:lang w:val="en-US"/>
        </w:rPr>
        <w:t xml:space="preserve"> dropped her pen.</w:t>
      </w:r>
      <w:r w:rsidRPr="00774FEC">
        <w:rPr>
          <w:lang w:val="en-US"/>
        </w:rPr>
        <w:br/>
        <w:t>She bent down to pick it up —</w:t>
      </w:r>
      <w:r w:rsidRPr="00774FEC">
        <w:rPr>
          <w:lang w:val="en-US"/>
        </w:rPr>
        <w:br/>
        <w:t>and heard a bell.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Soft. Quiet.</w:t>
      </w:r>
      <w:r w:rsidRPr="00774FEC">
        <w:rPr>
          <w:lang w:val="en-US"/>
        </w:rPr>
        <w:br/>
        <w:t>Like someone had rung a tiny chime</w:t>
      </w:r>
      <w:r w:rsidRPr="00774FEC">
        <w:rPr>
          <w:lang w:val="en-US"/>
        </w:rPr>
        <w:br/>
        <w:t>deep inside her head.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She picked up her pen</w:t>
      </w:r>
      <w:r w:rsidRPr="00774FEC">
        <w:rPr>
          <w:lang w:val="en-US"/>
        </w:rPr>
        <w:br/>
        <w:t xml:space="preserve">and looked at </w:t>
      </w:r>
      <w:proofErr w:type="spellStart"/>
      <w:r w:rsidRPr="00774FEC">
        <w:rPr>
          <w:lang w:val="en-US"/>
        </w:rPr>
        <w:t>Seroel</w:t>
      </w:r>
      <w:proofErr w:type="spellEnd"/>
      <w:r w:rsidRPr="00774FEC">
        <w:rPr>
          <w:lang w:val="en-US"/>
        </w:rPr>
        <w:t xml:space="preserve"> —</w:t>
      </w:r>
      <w:r w:rsidRPr="00774FEC">
        <w:rPr>
          <w:lang w:val="en-US"/>
        </w:rPr>
        <w:br/>
        <w:t>and he was already looking at her.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He knew.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You heard it too? — she whispered.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proofErr w:type="spellStart"/>
      <w:r w:rsidRPr="00774FEC">
        <w:rPr>
          <w:lang w:val="en-US"/>
        </w:rPr>
        <w:t>Seroel</w:t>
      </w:r>
      <w:proofErr w:type="spellEnd"/>
      <w:r w:rsidRPr="00774FEC">
        <w:rPr>
          <w:lang w:val="en-US"/>
        </w:rPr>
        <w:t xml:space="preserve"> nodded.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lastRenderedPageBreak/>
        <w:t>— That was the Kingdom Bell.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What does it mean?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proofErr w:type="spellStart"/>
      <w:r w:rsidRPr="00774FEC">
        <w:rPr>
          <w:lang w:val="en-US"/>
        </w:rPr>
        <w:t>Seroel</w:t>
      </w:r>
      <w:proofErr w:type="spellEnd"/>
      <w:r w:rsidRPr="00774FEC">
        <w:rPr>
          <w:lang w:val="en-US"/>
        </w:rPr>
        <w:t xml:space="preserve"> smiled.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It means someone just remembered who they are.</w:t>
      </w:r>
      <w:r w:rsidRPr="00774FEC">
        <w:rPr>
          <w:lang w:val="en-US"/>
        </w:rPr>
        <w:br/>
        <w:t>And the world responded.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After class, they sat behind the school,</w:t>
      </w:r>
      <w:r w:rsidRPr="00774FEC">
        <w:rPr>
          <w:lang w:val="en-US"/>
        </w:rPr>
        <w:br/>
        <w:t>near the flowerbeds, where no one bothered them.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 xml:space="preserve">— When did you first hear your bell? — </w:t>
      </w:r>
      <w:proofErr w:type="spellStart"/>
      <w:r w:rsidRPr="00774FEC">
        <w:rPr>
          <w:lang w:val="en-US"/>
        </w:rPr>
        <w:t>Vanoel</w:t>
      </w:r>
      <w:proofErr w:type="spellEnd"/>
      <w:r w:rsidRPr="00774FEC">
        <w:rPr>
          <w:lang w:val="en-US"/>
        </w:rPr>
        <w:t xml:space="preserve"> asked.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In kindergarten,</w:t>
      </w:r>
      <w:r w:rsidRPr="00774FEC">
        <w:rPr>
          <w:lang w:val="en-US"/>
        </w:rPr>
        <w:br/>
        <w:t>I was standing by the window</w:t>
      </w:r>
      <w:r w:rsidRPr="00774FEC">
        <w:rPr>
          <w:lang w:val="en-US"/>
        </w:rPr>
        <w:br/>
        <w:t>and suddenly realized</w:t>
      </w:r>
      <w:r w:rsidRPr="00774FEC">
        <w:rPr>
          <w:lang w:val="en-US"/>
        </w:rPr>
        <w:br/>
        <w:t>that the butterfly on the glass</w:t>
      </w:r>
      <w:r w:rsidRPr="00774FEC">
        <w:rPr>
          <w:lang w:val="en-US"/>
        </w:rPr>
        <w:br/>
        <w:t>was looking at me like a person.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And in that moment — the bell rang.</w:t>
      </w:r>
      <w:r w:rsidRPr="00774FEC">
        <w:rPr>
          <w:lang w:val="en-US"/>
        </w:rPr>
        <w:br/>
        <w:t>Inside me.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And what happened then?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The teacher walked over…</w:t>
      </w:r>
      <w:r w:rsidRPr="00774FEC">
        <w:rPr>
          <w:lang w:val="en-US"/>
        </w:rPr>
        <w:br/>
        <w:t>and suddenly hugged me.</w:t>
      </w:r>
      <w:r w:rsidRPr="00774FEC">
        <w:rPr>
          <w:lang w:val="en-US"/>
        </w:rPr>
        <w:br/>
        <w:t>Just like that.</w:t>
      </w:r>
      <w:r w:rsidRPr="00774FEC">
        <w:rPr>
          <w:lang w:val="en-US"/>
        </w:rPr>
        <w:br/>
        <w:t>She’d never hugged me before.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proofErr w:type="spellStart"/>
      <w:r w:rsidRPr="00774FEC">
        <w:rPr>
          <w:lang w:val="en-US"/>
        </w:rPr>
        <w:t>Elira</w:t>
      </w:r>
      <w:proofErr w:type="spellEnd"/>
      <w:r w:rsidRPr="00774FEC">
        <w:rPr>
          <w:lang w:val="en-US"/>
        </w:rPr>
        <w:t xml:space="preserve"> thought for a moment.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I had something like that too.</w:t>
      </w:r>
      <w:r w:rsidRPr="00774FEC">
        <w:rPr>
          <w:lang w:val="en-US"/>
        </w:rPr>
        <w:br/>
        <w:t>I saw a boy sitting alone in a corner,</w:t>
      </w:r>
      <w:r w:rsidRPr="00774FEC">
        <w:rPr>
          <w:lang w:val="en-US"/>
        </w:rPr>
        <w:br/>
      </w:r>
      <w:r w:rsidRPr="00774FEC">
        <w:rPr>
          <w:lang w:val="en-US"/>
        </w:rPr>
        <w:lastRenderedPageBreak/>
        <w:t>and I went to him. Just because.</w:t>
      </w:r>
      <w:r w:rsidRPr="00774FEC">
        <w:rPr>
          <w:lang w:val="en-US"/>
        </w:rPr>
        <w:br/>
        <w:t>And right then —</w:t>
      </w:r>
      <w:r w:rsidRPr="00774FEC">
        <w:rPr>
          <w:lang w:val="en-US"/>
        </w:rPr>
        <w:br/>
        <w:t>I heard the ringing.</w:t>
      </w:r>
      <w:r w:rsidRPr="00774FEC">
        <w:rPr>
          <w:lang w:val="en-US"/>
        </w:rPr>
        <w:br/>
        <w:t>Not outside,</w:t>
      </w:r>
      <w:r w:rsidRPr="00774FEC">
        <w:rPr>
          <w:lang w:val="en-US"/>
        </w:rPr>
        <w:br/>
      </w:r>
      <w:r>
        <w:rPr>
          <w:noProof/>
        </w:rPr>
        <w:drawing>
          <wp:anchor distT="0" distB="0" distL="114300" distR="114300" simplePos="0" relativeHeight="251681792" behindDoc="0" locked="0" layoutInCell="1" allowOverlap="1" ns6:anchorId="0DEC76EA" ns6:editId="439AA5A1">
            <wp:simplePos x="0" y="0"/>
            <wp:positionH relativeFrom="column">
              <wp:posOffset>-43543</wp:posOffset>
            </wp:positionH>
            <wp:positionV relativeFrom="paragraph">
              <wp:posOffset>966651</wp:posOffset>
            </wp:positionV>
            <wp:extent cx="3779520" cy="3779520"/>
            <wp:effectExtent l="0" t="0" r="5080" b="5080"/>
            <wp:wrapSquare wrapText="bothSides"/>
            <wp:docPr id="12" name="Рисунок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Рисунок 192113892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Pr="00774FEC">
        <w:rPr>
          <w:lang w:val="en-US"/>
        </w:rPr>
        <w:t>but in my chest.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</w:p>
    <w:p w:rsidR="00774FEC" w:rsidRPr="008F7FDD" w:rsidRDefault="00774FEC" w:rsidP="00774FEC">
      <w:pPr>
        <w:spacing w:before="100" w:beforeAutospacing="1" w:after="100" w:afterAutospacing="1"/>
        <w:rPr>
          <w:lang w:val="en-US"/>
        </w:rPr>
      </w:pPr>
      <w:proofErr w:type="spellStart"/>
      <w:r w:rsidRPr="008F7FDD">
        <w:rPr>
          <w:lang w:val="en-US"/>
        </w:rPr>
        <w:t>Seroel</w:t>
      </w:r>
      <w:proofErr w:type="spellEnd"/>
      <w:r w:rsidRPr="008F7FDD">
        <w:rPr>
          <w:lang w:val="en-US"/>
        </w:rPr>
        <w:t xml:space="preserve"> nodded.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Then you remembered.</w:t>
      </w:r>
      <w:r w:rsidRPr="00774FEC">
        <w:rPr>
          <w:lang w:val="en-US"/>
        </w:rPr>
        <w:br/>
        <w:t>Every time we become ourselves —</w:t>
      </w:r>
      <w:r w:rsidRPr="00774FEC">
        <w:rPr>
          <w:lang w:val="en-US"/>
        </w:rPr>
        <w:br/>
        <w:t>the Light rings.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lastRenderedPageBreak/>
        <w:t>From that day on, they had a third game: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rStyle w:val="af6"/>
          <w:lang w:val="en-US"/>
        </w:rPr>
        <w:t>“Hear the Bell No One Else Can Hear.”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And something strange happened.</w:t>
      </w:r>
      <w:r w:rsidRPr="00774FEC">
        <w:rPr>
          <w:lang w:val="en-US"/>
        </w:rPr>
        <w:br/>
        <w:t>Every time they heard that bell,</w:t>
      </w:r>
      <w:r w:rsidRPr="00774FEC">
        <w:rPr>
          <w:lang w:val="en-US"/>
        </w:rPr>
        <w:br/>
        <w:t>little good things started to happen: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— someone helped pick up a backpack,</w:t>
      </w:r>
      <w:r w:rsidRPr="00774FEC">
        <w:rPr>
          <w:lang w:val="en-US"/>
        </w:rPr>
        <w:br/>
        <w:t>— someone shared their sandwich,</w:t>
      </w:r>
      <w:r w:rsidRPr="00774FEC">
        <w:rPr>
          <w:lang w:val="en-US"/>
        </w:rPr>
        <w:br/>
        <w:t>— someone suddenly said:</w:t>
      </w:r>
      <w:r w:rsidRPr="00774FEC">
        <w:rPr>
          <w:lang w:val="en-US"/>
        </w:rPr>
        <w:br/>
      </w:r>
      <w:r w:rsidRPr="00774FEC">
        <w:rPr>
          <w:rStyle w:val="af7"/>
          <w:lang w:val="en-US"/>
        </w:rPr>
        <w:t>“You know… I like you.”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And no one knew why.</w:t>
      </w:r>
    </w:p>
    <w:p w:rsidR="00774FEC" w:rsidRPr="00774FEC" w:rsidRDefault="00774FEC" w:rsidP="00774FEC">
      <w:pPr>
        <w:spacing w:before="100" w:beforeAutospacing="1" w:after="100" w:afterAutospacing="1"/>
        <w:rPr>
          <w:lang w:val="en-US"/>
        </w:rPr>
      </w:pPr>
      <w:r w:rsidRPr="00774FEC">
        <w:rPr>
          <w:lang w:val="en-US"/>
        </w:rPr>
        <w:t>But the Light knew.</w:t>
      </w:r>
    </w:p>
    <w:p w:rsidR="005E2F49" w:rsidRPr="008F7FDD" w:rsidRDefault="005E2F49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262E53" w:rsidRPr="008F7FDD" w:rsidRDefault="00262E53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/>
        </w:rPr>
      </w:pPr>
      <w:r w:rsidRPr="008F7FDD">
        <w:rPr>
          <w:lang w:val="en-US"/>
        </w:rPr>
        <w:br w:type="page"/>
      </w:r>
    </w:p>
    <w:p w:rsidR="005E2F49" w:rsidRPr="00146A4D" w:rsidRDefault="00146A4D" w:rsidP="00360490">
      <w:pPr>
        <w:pStyle w:val="21"/>
        <w:rPr>
          <w:rFonts w:ascii="Times New Roman" w:hAnsi="Times New Roman" w:cs="Times New Roman"/>
          <w:sz w:val="24"/>
          <w:szCs w:val="24"/>
        </w:rPr>
      </w:pPr>
      <w:bookmarkStart w:id="5" w:name="_Toc195645072"/>
      <w:r w:rsidRPr="00146A4D">
        <w:lastRenderedPageBreak/>
        <w:t>Chapter 6. How to Become Invisible (but Still Be Loved)</w:t>
      </w:r>
      <w:bookmarkEnd w:id="5"/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 xml:space="preserve">One day, </w:t>
      </w:r>
      <w:proofErr w:type="spellStart"/>
      <w:r w:rsidRPr="00F703B8">
        <w:rPr>
          <w:b/>
          <w:bCs/>
          <w:lang w:val="en-US"/>
        </w:rPr>
        <w:t>Seroel</w:t>
      </w:r>
      <w:proofErr w:type="spellEnd"/>
      <w:r w:rsidRPr="00F703B8">
        <w:rPr>
          <w:lang w:val="en-US"/>
        </w:rPr>
        <w:t xml:space="preserve"> disappeared.</w:t>
      </w:r>
      <w:r w:rsidRPr="00F703B8">
        <w:rPr>
          <w:lang w:val="en-US"/>
        </w:rPr>
        <w:br/>
        <w:t>Not completely, of course.</w:t>
      </w:r>
      <w:r w:rsidRPr="00F703B8">
        <w:rPr>
          <w:lang w:val="en-US"/>
        </w:rPr>
        <w:br/>
        <w:t>He sat in class, answered at the board,</w:t>
      </w:r>
      <w:r w:rsidRPr="00F703B8">
        <w:rPr>
          <w:lang w:val="en-US"/>
        </w:rPr>
        <w:br/>
        <w:t>even ate his sandwich during recess.</w:t>
      </w:r>
      <w:r w:rsidRPr="00F703B8">
        <w:rPr>
          <w:lang w:val="en-US"/>
        </w:rPr>
        <w:br/>
        <w:t>But it was as if… he wasn’t there.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F703B8">
        <w:rPr>
          <w:b/>
          <w:bCs/>
          <w:lang w:val="en-US"/>
        </w:rPr>
        <w:t>Elira</w:t>
      </w:r>
      <w:proofErr w:type="spellEnd"/>
      <w:r w:rsidRPr="00F703B8">
        <w:rPr>
          <w:lang w:val="en-US"/>
        </w:rPr>
        <w:t xml:space="preserve"> noticed first.</w:t>
      </w:r>
      <w:r w:rsidRPr="00F703B8">
        <w:rPr>
          <w:lang w:val="en-US"/>
        </w:rPr>
        <w:br/>
        <w:t>— Are you hiding?</w:t>
      </w:r>
      <w:r w:rsidRPr="00F703B8">
        <w:rPr>
          <w:lang w:val="en-US"/>
        </w:rPr>
        <w:br/>
        <w:t>— No. I just became quieter than usual.</w:t>
      </w:r>
      <w:r w:rsidRPr="00F703B8">
        <w:rPr>
          <w:lang w:val="en-US"/>
        </w:rPr>
        <w:br/>
        <w:t>— Why?</w:t>
      </w:r>
      <w:r w:rsidRPr="00F703B8">
        <w:rPr>
          <w:lang w:val="en-US"/>
        </w:rPr>
        <w:br/>
        <w:t>— I want to see what happens if I disappear, but still stay.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F703B8">
        <w:rPr>
          <w:b/>
          <w:bCs/>
          <w:lang w:val="en-US"/>
        </w:rPr>
        <w:t>Vanoel</w:t>
      </w:r>
      <w:proofErr w:type="spellEnd"/>
      <w:r w:rsidRPr="00F703B8">
        <w:rPr>
          <w:lang w:val="en-US"/>
        </w:rPr>
        <w:t xml:space="preserve"> widened his eyes:</w:t>
      </w:r>
      <w:r w:rsidRPr="00F703B8">
        <w:rPr>
          <w:lang w:val="en-US"/>
        </w:rPr>
        <w:br/>
        <w:t>— What does that mean?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F703B8">
        <w:rPr>
          <w:lang w:val="en-US"/>
        </w:rPr>
        <w:t>Seroel</w:t>
      </w:r>
      <w:proofErr w:type="spellEnd"/>
      <w:r w:rsidRPr="00F703B8">
        <w:rPr>
          <w:lang w:val="en-US"/>
        </w:rPr>
        <w:t xml:space="preserve"> sighed.</w:t>
      </w:r>
      <w:r w:rsidRPr="00F703B8">
        <w:rPr>
          <w:lang w:val="en-US"/>
        </w:rPr>
        <w:br/>
        <w:t xml:space="preserve">— Imagine you're not a body. </w:t>
      </w:r>
      <w:proofErr w:type="gramStart"/>
      <w:r w:rsidRPr="00F703B8">
        <w:rPr>
          <w:lang w:val="en-US"/>
        </w:rPr>
        <w:t>You're</w:t>
      </w:r>
      <w:proofErr w:type="gramEnd"/>
      <w:r w:rsidRPr="00F703B8">
        <w:rPr>
          <w:lang w:val="en-US"/>
        </w:rPr>
        <w:t xml:space="preserve"> silence.</w:t>
      </w:r>
      <w:r w:rsidRPr="00F703B8">
        <w:rPr>
          <w:lang w:val="en-US"/>
        </w:rPr>
        <w:br/>
        <w:t>Silence that watches, feels, loves —</w:t>
      </w:r>
      <w:r w:rsidRPr="00F703B8">
        <w:rPr>
          <w:lang w:val="en-US"/>
        </w:rPr>
        <w:br/>
        <w:t>but doesn’t want anything for itself.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 xml:space="preserve">— And then you disappear? — </w:t>
      </w:r>
      <w:proofErr w:type="spellStart"/>
      <w:r w:rsidRPr="00F703B8">
        <w:rPr>
          <w:lang w:val="en-US"/>
        </w:rPr>
        <w:t>Vanoel</w:t>
      </w:r>
      <w:proofErr w:type="spellEnd"/>
      <w:r w:rsidRPr="00F703B8">
        <w:rPr>
          <w:lang w:val="en-US"/>
        </w:rPr>
        <w:t xml:space="preserve"> asked.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— For the mind — yes.</w:t>
      </w:r>
      <w:r w:rsidRPr="00F703B8">
        <w:rPr>
          <w:lang w:val="en-US"/>
        </w:rPr>
        <w:br/>
        <w:t>But for the Heart — the opposite.</w:t>
      </w:r>
      <w:r w:rsidRPr="00F703B8">
        <w:rPr>
          <w:lang w:val="en-US"/>
        </w:rPr>
        <w:br/>
        <w:t>People start to feel you even more.</w:t>
      </w:r>
      <w:r w:rsidRPr="00F703B8">
        <w:rPr>
          <w:lang w:val="en-US"/>
        </w:rPr>
        <w:br/>
        <w:t>Because you stop getting in the way of your own Light.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F703B8">
        <w:rPr>
          <w:lang w:val="en-US"/>
        </w:rPr>
        <w:t>Elira</w:t>
      </w:r>
      <w:proofErr w:type="spellEnd"/>
      <w:r w:rsidRPr="00F703B8">
        <w:rPr>
          <w:lang w:val="en-US"/>
        </w:rPr>
        <w:t xml:space="preserve"> stayed quiet for a long time.</w:t>
      </w:r>
      <w:r w:rsidRPr="00F703B8">
        <w:rPr>
          <w:lang w:val="en-US"/>
        </w:rPr>
        <w:br/>
        <w:t>Then she said:</w:t>
      </w:r>
      <w:r w:rsidRPr="00F703B8">
        <w:rPr>
          <w:lang w:val="en-US"/>
        </w:rPr>
        <w:br/>
        <w:t>— Let’s try it?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lastRenderedPageBreak/>
        <w:t>They went to the park.</w:t>
      </w:r>
      <w:r w:rsidRPr="00F703B8">
        <w:rPr>
          <w:lang w:val="en-US"/>
        </w:rPr>
        <w:br/>
        <w:t>Sat on a bench.</w:t>
      </w:r>
      <w:r w:rsidRPr="00F703B8">
        <w:rPr>
          <w:lang w:val="en-US"/>
        </w:rPr>
        <w:br/>
        <w:t>Closed their eyes.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F703B8">
        <w:rPr>
          <w:lang w:val="en-US"/>
        </w:rPr>
        <w:t>Seroel</w:t>
      </w:r>
      <w:proofErr w:type="spellEnd"/>
      <w:r w:rsidRPr="00F703B8">
        <w:rPr>
          <w:lang w:val="en-US"/>
        </w:rPr>
        <w:t xml:space="preserve"> said: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— Now forget your name.</w:t>
      </w:r>
      <w:r w:rsidRPr="00F703B8">
        <w:rPr>
          <w:lang w:val="en-US"/>
        </w:rPr>
        <w:br/>
        <w:t>Forget who you are.</w:t>
      </w:r>
      <w:r w:rsidRPr="00F703B8">
        <w:rPr>
          <w:lang w:val="en-US"/>
        </w:rPr>
        <w:br/>
        <w:t>Just be.</w:t>
      </w:r>
      <w:r w:rsidRPr="00F703B8">
        <w:rPr>
          <w:lang w:val="en-US"/>
        </w:rPr>
        <w:br/>
        <w:t>No words. No thoughts.</w:t>
      </w:r>
      <w:r w:rsidRPr="00F703B8">
        <w:rPr>
          <w:lang w:val="en-US"/>
        </w:rPr>
        <w:br/>
        <w:t>Be Silence.</w:t>
      </w:r>
      <w:r w:rsidRPr="00F703B8">
        <w:rPr>
          <w:lang w:val="en-US"/>
        </w:rPr>
        <w:br/>
        <w:t>But not empty — full of Light.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And they sat.</w:t>
      </w:r>
      <w:r w:rsidRPr="00F703B8">
        <w:rPr>
          <w:lang w:val="en-US"/>
        </w:rPr>
        <w:br/>
        <w:t>Just sat.</w:t>
      </w:r>
      <w:r w:rsidRPr="00F703B8">
        <w:rPr>
          <w:lang w:val="en-US"/>
        </w:rPr>
        <w:br/>
        <w:t>Not thinking. Not trying.</w:t>
      </w:r>
      <w:r w:rsidRPr="00F703B8">
        <w:rPr>
          <w:lang w:val="en-US"/>
        </w:rPr>
        <w:br/>
        <w:t>Disappearing.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Ten minutes passed.</w:t>
      </w:r>
      <w:r w:rsidRPr="00F703B8">
        <w:rPr>
          <w:lang w:val="en-US"/>
        </w:rPr>
        <w:br/>
        <w:t>Two people walked by.</w:t>
      </w:r>
      <w:r w:rsidRPr="00F703B8">
        <w:rPr>
          <w:lang w:val="en-US"/>
        </w:rPr>
        <w:br/>
        <w:t>One of them said:</w:t>
      </w:r>
      <w:r w:rsidRPr="00F703B8">
        <w:rPr>
          <w:lang w:val="en-US"/>
        </w:rPr>
        <w:br/>
        <w:t>— Look at those beautiful kids. Like angels.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The other smiled:</w:t>
      </w:r>
      <w:r w:rsidRPr="00F703B8">
        <w:rPr>
          <w:lang w:val="en-US"/>
        </w:rPr>
        <w:br/>
        <w:t>— I didn’t even notice them at first.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F703B8">
        <w:rPr>
          <w:lang w:val="en-US"/>
        </w:rPr>
        <w:t>Elira</w:t>
      </w:r>
      <w:proofErr w:type="spellEnd"/>
      <w:r w:rsidRPr="00F703B8">
        <w:rPr>
          <w:lang w:val="en-US"/>
        </w:rPr>
        <w:t xml:space="preserve"> opened her eyes.</w:t>
      </w:r>
      <w:r w:rsidRPr="00F703B8">
        <w:rPr>
          <w:lang w:val="en-US"/>
        </w:rPr>
        <w:br/>
        <w:t>— It worked.</w:t>
      </w:r>
      <w:r w:rsidRPr="00F703B8">
        <w:rPr>
          <w:lang w:val="en-US"/>
        </w:rPr>
        <w:br/>
        <w:t xml:space="preserve">I felt that I </w:t>
      </w:r>
      <w:r w:rsidRPr="00F703B8">
        <w:rPr>
          <w:i/>
          <w:iCs/>
          <w:lang w:val="en-US"/>
        </w:rPr>
        <w:t>was</w:t>
      </w:r>
      <w:r w:rsidRPr="00F703B8">
        <w:rPr>
          <w:lang w:val="en-US"/>
        </w:rPr>
        <w:t xml:space="preserve"> —</w:t>
      </w:r>
      <w:r w:rsidRPr="00F703B8">
        <w:rPr>
          <w:lang w:val="en-US"/>
        </w:rPr>
        <w:br/>
      </w:r>
      <w:r w:rsidRPr="00F703B8">
        <w:rPr>
          <w:lang w:val="en-US"/>
        </w:rPr>
        <w:lastRenderedPageBreak/>
        <w:t xml:space="preserve">but no one saw me, except those who were looking from the </w:t>
      </w:r>
      <w:r>
        <w:rPr>
          <w:noProof/>
        </w:rPr>
        <w:drawing>
          <wp:anchor distT="0" distB="0" distL="114300" distR="114300" simplePos="0" relativeHeight="251683840" behindDoc="0" locked="0" layoutInCell="1" allowOverlap="1" ns6:anchorId="6427DA51" ns6:editId="67EF53D4">
            <wp:simplePos x="0" y="0"/>
            <wp:positionH relativeFrom="column">
              <wp:posOffset>0</wp:posOffset>
            </wp:positionH>
            <wp:positionV relativeFrom="paragraph">
              <wp:posOffset>526960</wp:posOffset>
            </wp:positionV>
            <wp:extent cx="3780000" cy="3780000"/>
            <wp:effectExtent l="0" t="0" r="5080" b="5080"/>
            <wp:wrapSquare wrapText="bothSides"/>
            <wp:docPr id="13" name="Рисунок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" name="Рисунок 44601118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Pr="00F703B8">
        <w:rPr>
          <w:lang w:val="en-US"/>
        </w:rPr>
        <w:t>heart.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F703B8">
        <w:rPr>
          <w:lang w:val="en-US"/>
        </w:rPr>
        <w:t>Vanoel</w:t>
      </w:r>
      <w:proofErr w:type="spellEnd"/>
      <w:r w:rsidRPr="00F703B8">
        <w:rPr>
          <w:lang w:val="en-US"/>
        </w:rPr>
        <w:t xml:space="preserve"> said:</w:t>
      </w:r>
      <w:r w:rsidRPr="00F703B8">
        <w:rPr>
          <w:lang w:val="en-US"/>
        </w:rPr>
        <w:br/>
        <w:t>— I felt so good,</w:t>
      </w:r>
      <w:r w:rsidRPr="00F703B8">
        <w:rPr>
          <w:lang w:val="en-US"/>
        </w:rPr>
        <w:br/>
        <w:t>I didn’t even want to become “myself” again.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F703B8">
        <w:rPr>
          <w:lang w:val="en-US"/>
        </w:rPr>
        <w:t>Seroel</w:t>
      </w:r>
      <w:proofErr w:type="spellEnd"/>
      <w:r w:rsidRPr="00F703B8">
        <w:rPr>
          <w:lang w:val="en-US"/>
        </w:rPr>
        <w:t xml:space="preserve"> smiled.</w:t>
      </w:r>
      <w:r w:rsidRPr="00F703B8">
        <w:rPr>
          <w:lang w:val="en-US"/>
        </w:rPr>
        <w:br/>
        <w:t>— That’s what it means to be real.</w:t>
      </w:r>
      <w:r w:rsidRPr="00F703B8">
        <w:rPr>
          <w:lang w:val="en-US"/>
        </w:rPr>
        <w:br/>
      </w:r>
      <w:r w:rsidRPr="00F703B8">
        <w:rPr>
          <w:lang w:val="en-US"/>
        </w:rPr>
        <w:lastRenderedPageBreak/>
        <w:t>Invisible, but loved.</w:t>
      </w:r>
      <w:r w:rsidRPr="00F703B8">
        <w:rPr>
          <w:lang w:val="en-US"/>
        </w:rPr>
        <w:br/>
        <w:t>Silent, but alive.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Since then, they had a fourth game:</w:t>
      </w:r>
      <w:r w:rsidRPr="00F703B8">
        <w:rPr>
          <w:lang w:val="en-US"/>
        </w:rPr>
        <w:br/>
      </w:r>
      <w:r w:rsidRPr="00F703B8">
        <w:rPr>
          <w:b/>
          <w:bCs/>
          <w:lang w:val="en-US"/>
        </w:rPr>
        <w:t>“Disappear so the Light becomes brighter.”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They played it in different ways:</w:t>
      </w:r>
      <w:r w:rsidRPr="00F703B8">
        <w:rPr>
          <w:lang w:val="en-US"/>
        </w:rPr>
        <w:br/>
        <w:t>– on the bus,</w:t>
      </w:r>
      <w:r w:rsidRPr="00F703B8">
        <w:rPr>
          <w:lang w:val="en-US"/>
        </w:rPr>
        <w:br/>
        <w:t>– during lessons,</w:t>
      </w:r>
      <w:r w:rsidRPr="00F703B8">
        <w:rPr>
          <w:lang w:val="en-US"/>
        </w:rPr>
        <w:br/>
        <w:t>– at lunch.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And something always happened:</w:t>
      </w:r>
      <w:r w:rsidRPr="00F703B8">
        <w:rPr>
          <w:lang w:val="en-US"/>
        </w:rPr>
        <w:br/>
        <w:t>someone spoke more gently,</w:t>
      </w:r>
      <w:r w:rsidRPr="00F703B8">
        <w:rPr>
          <w:lang w:val="en-US"/>
        </w:rPr>
        <w:br/>
        <w:t>someone said thank you,</w:t>
      </w:r>
      <w:r w:rsidRPr="00F703B8">
        <w:rPr>
          <w:lang w:val="en-US"/>
        </w:rPr>
        <w:br/>
        <w:t>someone stared — and couldn’t look away.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lang w:val="en-US"/>
        </w:rPr>
        <w:t>But the children thought it was just coincidence.</w:t>
      </w:r>
      <w:r w:rsidRPr="00F703B8">
        <w:rPr>
          <w:lang w:val="en-US"/>
        </w:rPr>
        <w:br/>
        <w:t xml:space="preserve">All except </w:t>
      </w:r>
      <w:proofErr w:type="spellStart"/>
      <w:r w:rsidRPr="00F703B8">
        <w:rPr>
          <w:lang w:val="en-US"/>
        </w:rPr>
        <w:t>Seroel</w:t>
      </w:r>
      <w:proofErr w:type="spellEnd"/>
      <w:r w:rsidRPr="00F703B8">
        <w:rPr>
          <w:lang w:val="en-US"/>
        </w:rPr>
        <w:t>.</w:t>
      </w:r>
      <w:r w:rsidRPr="00F703B8">
        <w:rPr>
          <w:lang w:val="en-US"/>
        </w:rPr>
        <w:br/>
        <w:t>He knew:</w:t>
      </w:r>
    </w:p>
    <w:p w:rsidR="00D04EA7" w:rsidRPr="00F703B8" w:rsidRDefault="00D04EA7" w:rsidP="00D04EA7">
      <w:pPr>
        <w:spacing w:before="100" w:beforeAutospacing="1" w:after="100" w:afterAutospacing="1"/>
        <w:rPr>
          <w:lang w:val="en-US"/>
        </w:rPr>
      </w:pPr>
      <w:r w:rsidRPr="00F703B8">
        <w:rPr>
          <w:b/>
          <w:bCs/>
          <w:lang w:val="en-US"/>
        </w:rPr>
        <w:t>When the “I” disappears,</w:t>
      </w:r>
      <w:r w:rsidRPr="00F703B8">
        <w:rPr>
          <w:b/>
          <w:bCs/>
          <w:lang w:val="en-US"/>
        </w:rPr>
        <w:br/>
        <w:t>the Creator appears.</w:t>
      </w:r>
    </w:p>
    <w:p w:rsidR="00D04EA7" w:rsidRDefault="00D04EA7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D04EA7" w:rsidRDefault="00D04EA7" w:rsidP="00D04EA7">
      <w:pPr>
        <w:pStyle w:val="21"/>
        <w:rPr>
          <w:sz w:val="27"/>
          <w:szCs w:val="27"/>
        </w:rPr>
      </w:pPr>
      <w:bookmarkStart w:id="6" w:name="_Toc195645073"/>
      <w:r>
        <w:lastRenderedPageBreak/>
        <w:t>Chapter 7. The Game with No Name</w:t>
      </w:r>
      <w:bookmarkEnd w:id="6"/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 xml:space="preserve">— What will today’s game be called? — </w:t>
      </w:r>
      <w:proofErr w:type="spellStart"/>
      <w:r w:rsidRPr="00D04EA7">
        <w:rPr>
          <w:rStyle w:val="af6"/>
          <w:lang w:val="en-US"/>
        </w:rPr>
        <w:t>Elira</w:t>
      </w:r>
      <w:proofErr w:type="spellEnd"/>
      <w:r w:rsidRPr="00D04EA7">
        <w:rPr>
          <w:lang w:val="en-US"/>
        </w:rPr>
        <w:t xml:space="preserve"> asked.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rStyle w:val="af6"/>
          <w:lang w:val="en-US"/>
        </w:rPr>
        <w:t>Seroel</w:t>
      </w:r>
      <w:proofErr w:type="spellEnd"/>
      <w:r w:rsidRPr="00D04EA7">
        <w:rPr>
          <w:lang w:val="en-US"/>
        </w:rPr>
        <w:t xml:space="preserve"> tilted his head: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Nothing.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What do you mean “nothing”?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It won’t have a name.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 xml:space="preserve">— That’s weird, — said </w:t>
      </w:r>
      <w:proofErr w:type="spellStart"/>
      <w:r w:rsidRPr="00D04EA7">
        <w:rPr>
          <w:rStyle w:val="af6"/>
          <w:lang w:val="en-US"/>
        </w:rPr>
        <w:t>Vanoel</w:t>
      </w:r>
      <w:proofErr w:type="spellEnd"/>
      <w:r w:rsidRPr="00D04EA7">
        <w:rPr>
          <w:lang w:val="en-US"/>
        </w:rPr>
        <w:t>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lang w:val="en-US"/>
        </w:rPr>
        <w:t>Seroel</w:t>
      </w:r>
      <w:proofErr w:type="spellEnd"/>
      <w:r w:rsidRPr="00D04EA7">
        <w:rPr>
          <w:lang w:val="en-US"/>
        </w:rPr>
        <w:t xml:space="preserve"> shrugged.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Not everything needs a name.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lang w:val="en-US"/>
        </w:rPr>
        <w:t>Elira</w:t>
      </w:r>
      <w:proofErr w:type="spellEnd"/>
      <w:r w:rsidRPr="00D04EA7">
        <w:rPr>
          <w:lang w:val="en-US"/>
        </w:rPr>
        <w:t xml:space="preserve"> thought for a moment, then said: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Okay. So how do we play?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lang w:val="en-US"/>
        </w:rPr>
        <w:t>Seroel</w:t>
      </w:r>
      <w:proofErr w:type="spellEnd"/>
      <w:r w:rsidRPr="00D04EA7">
        <w:rPr>
          <w:lang w:val="en-US"/>
        </w:rPr>
        <w:t xml:space="preserve"> looked up at the sky.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First… you do nothing.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 xml:space="preserve">— Like… nothing </w:t>
      </w:r>
      <w:proofErr w:type="spellStart"/>
      <w:r w:rsidRPr="00D04EA7">
        <w:rPr>
          <w:lang w:val="en-US"/>
        </w:rPr>
        <w:t>nothing</w:t>
      </w:r>
      <w:proofErr w:type="spellEnd"/>
      <w:r w:rsidRPr="00D04EA7">
        <w:rPr>
          <w:lang w:val="en-US"/>
        </w:rPr>
        <w:t xml:space="preserve">? — </w:t>
      </w:r>
      <w:proofErr w:type="spellStart"/>
      <w:r w:rsidRPr="00D04EA7">
        <w:rPr>
          <w:lang w:val="en-US"/>
        </w:rPr>
        <w:t>Vanoel</w:t>
      </w:r>
      <w:proofErr w:type="spellEnd"/>
      <w:r w:rsidRPr="00D04EA7">
        <w:rPr>
          <w:lang w:val="en-US"/>
        </w:rPr>
        <w:t xml:space="preserve"> clarified.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Yep.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But what’s the point?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That’s the whole point. There is none.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lang w:val="en-US"/>
        </w:rPr>
        <w:lastRenderedPageBreak/>
        <w:t>Elira</w:t>
      </w:r>
      <w:proofErr w:type="spellEnd"/>
      <w:r w:rsidRPr="00D04EA7">
        <w:rPr>
          <w:lang w:val="en-US"/>
        </w:rPr>
        <w:t xml:space="preserve"> narrowed her eyes.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Is this another one of your invisible games?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Kind of.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What do we do exactly?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lang w:val="en-US"/>
        </w:rPr>
        <w:t>Seroel</w:t>
      </w:r>
      <w:proofErr w:type="spellEnd"/>
      <w:r w:rsidRPr="00D04EA7">
        <w:rPr>
          <w:lang w:val="en-US"/>
        </w:rPr>
        <w:t xml:space="preserve"> smiled.</w:t>
      </w:r>
    </w:p>
    <w:p w:rsidR="00D04EA7" w:rsidRDefault="00526DA5" w:rsidP="00D04EA7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ns6:anchorId="54BCC501" ns6:editId="68DE9060">
            <wp:simplePos x="0" y="0"/>
            <wp:positionH relativeFrom="column">
              <wp:posOffset>28484</wp:posOffset>
            </wp:positionH>
            <wp:positionV relativeFrom="paragraph">
              <wp:posOffset>595539</wp:posOffset>
            </wp:positionV>
            <wp:extent cx="3671570" cy="3671570"/>
            <wp:effectExtent l="0" t="0" r="0" b="0"/>
            <wp:wrapSquare wrapText="bothSides"/>
            <wp:docPr id="14" name="Рисунок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Рисунок 125788900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="00D04EA7" w:rsidRPr="00D04EA7">
        <w:rPr>
          <w:lang w:val="en-US"/>
        </w:rPr>
        <w:t>— We stop. We let go. We sit.</w:t>
      </w:r>
      <w:r w:rsidR="00D04EA7" w:rsidRPr="00D04EA7">
        <w:rPr>
          <w:lang w:val="en-US"/>
        </w:rPr>
        <w:br/>
        <w:t>And we wait for something real to come.</w:t>
      </w:r>
      <w:r w:rsidR="00D04EA7" w:rsidRPr="00D04EA7">
        <w:rPr>
          <w:lang w:val="en-US"/>
        </w:rPr>
        <w:br/>
        <w:t>Not from outside — from inside.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lastRenderedPageBreak/>
        <w:t>They sat on the grass.</w:t>
      </w:r>
      <w:r w:rsidRPr="00D04EA7">
        <w:rPr>
          <w:lang w:val="en-US"/>
        </w:rPr>
        <w:br/>
        <w:t>Did nothing.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lang w:val="en-US"/>
        </w:rPr>
        <w:t>Vanoel</w:t>
      </w:r>
      <w:proofErr w:type="spellEnd"/>
      <w:r w:rsidRPr="00D04EA7">
        <w:rPr>
          <w:lang w:val="en-US"/>
        </w:rPr>
        <w:t xml:space="preserve"> got a bit bored.</w:t>
      </w:r>
      <w:r w:rsidRPr="00D04EA7">
        <w:rPr>
          <w:lang w:val="en-US"/>
        </w:rPr>
        <w:br/>
      </w:r>
      <w:proofErr w:type="spellStart"/>
      <w:r w:rsidRPr="00D04EA7">
        <w:rPr>
          <w:lang w:val="en-US"/>
        </w:rPr>
        <w:t>Elira</w:t>
      </w:r>
      <w:proofErr w:type="spellEnd"/>
      <w:r w:rsidRPr="00D04EA7">
        <w:rPr>
          <w:lang w:val="en-US"/>
        </w:rPr>
        <w:t xml:space="preserve"> got a bit curious.</w:t>
      </w:r>
      <w:r w:rsidRPr="00D04EA7">
        <w:rPr>
          <w:lang w:val="en-US"/>
        </w:rPr>
        <w:br/>
      </w:r>
      <w:proofErr w:type="spellStart"/>
      <w:r w:rsidRPr="00D04EA7">
        <w:rPr>
          <w:lang w:val="en-US"/>
        </w:rPr>
        <w:t>Seroel</w:t>
      </w:r>
      <w:proofErr w:type="spellEnd"/>
      <w:r w:rsidRPr="00D04EA7">
        <w:rPr>
          <w:lang w:val="en-US"/>
        </w:rPr>
        <w:t xml:space="preserve"> just smiled.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 xml:space="preserve">After a few minutes, </w:t>
      </w:r>
      <w:proofErr w:type="spellStart"/>
      <w:r w:rsidRPr="00D04EA7">
        <w:rPr>
          <w:lang w:val="en-US"/>
        </w:rPr>
        <w:t>Vanoel</w:t>
      </w:r>
      <w:proofErr w:type="spellEnd"/>
      <w:r w:rsidRPr="00D04EA7">
        <w:rPr>
          <w:lang w:val="en-US"/>
        </w:rPr>
        <w:t xml:space="preserve"> whispered: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I think… I feel something.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What?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Like the world stopped holding its breath.</w:t>
      </w:r>
      <w:r w:rsidRPr="00D04EA7">
        <w:rPr>
          <w:lang w:val="en-US"/>
        </w:rPr>
        <w:br/>
        <w:t>Like it finally let go.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lang w:val="en-US"/>
        </w:rPr>
        <w:t>Elira</w:t>
      </w:r>
      <w:proofErr w:type="spellEnd"/>
      <w:r w:rsidRPr="00D04EA7">
        <w:rPr>
          <w:lang w:val="en-US"/>
        </w:rPr>
        <w:t xml:space="preserve"> added: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I didn’t hear anything.</w:t>
      </w:r>
      <w:r w:rsidRPr="00D04EA7">
        <w:rPr>
          <w:lang w:val="en-US"/>
        </w:rPr>
        <w:br/>
        <w:t xml:space="preserve">But I felt as if something heard </w:t>
      </w:r>
      <w:r w:rsidRPr="00D04EA7">
        <w:rPr>
          <w:rStyle w:val="af7"/>
          <w:lang w:val="en-US"/>
        </w:rPr>
        <w:t>me</w:t>
      </w:r>
      <w:r w:rsidRPr="00D04EA7">
        <w:rPr>
          <w:lang w:val="en-US"/>
        </w:rPr>
        <w:t>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proofErr w:type="spellStart"/>
      <w:r w:rsidRPr="00D04EA7">
        <w:rPr>
          <w:lang w:val="en-US"/>
        </w:rPr>
        <w:t>Seroel</w:t>
      </w:r>
      <w:proofErr w:type="spellEnd"/>
      <w:r w:rsidRPr="00D04EA7">
        <w:rPr>
          <w:lang w:val="en-US"/>
        </w:rPr>
        <w:t xml:space="preserve"> nodded.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That’s it.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 xml:space="preserve">— What is? — asked </w:t>
      </w:r>
      <w:proofErr w:type="spellStart"/>
      <w:r w:rsidRPr="00D04EA7">
        <w:rPr>
          <w:lang w:val="en-US"/>
        </w:rPr>
        <w:t>Vanoel</w:t>
      </w:r>
      <w:proofErr w:type="spellEnd"/>
      <w:r w:rsidRPr="00D04EA7">
        <w:rPr>
          <w:lang w:val="en-US"/>
        </w:rPr>
        <w:t>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— The Game with No Name.</w:t>
      </w:r>
      <w:r w:rsidRPr="00D04EA7">
        <w:rPr>
          <w:lang w:val="en-US"/>
        </w:rPr>
        <w:br/>
        <w:t>It’s not really a game.</w:t>
      </w:r>
      <w:r w:rsidRPr="00D04EA7">
        <w:rPr>
          <w:lang w:val="en-US"/>
        </w:rPr>
        <w:br/>
        <w:t>It’s just… the Moment.</w:t>
      </w:r>
      <w:r w:rsidRPr="00D04EA7">
        <w:rPr>
          <w:lang w:val="en-US"/>
        </w:rPr>
        <w:br/>
        <w:t>And when you notice it —</w:t>
      </w:r>
      <w:r w:rsidRPr="00D04EA7">
        <w:rPr>
          <w:lang w:val="en-US"/>
        </w:rPr>
        <w:br/>
        <w:t>it starts to notice you too.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t>They sat in silence again.</w:t>
      </w:r>
    </w:p>
    <w:p w:rsidR="00D04EA7" w:rsidRPr="00D04EA7" w:rsidRDefault="00D04EA7" w:rsidP="00D04EA7">
      <w:pPr>
        <w:spacing w:before="100" w:beforeAutospacing="1" w:after="100" w:afterAutospacing="1"/>
        <w:rPr>
          <w:lang w:val="en-US"/>
        </w:rPr>
      </w:pPr>
      <w:r w:rsidRPr="00D04EA7">
        <w:rPr>
          <w:lang w:val="en-US"/>
        </w:rPr>
        <w:lastRenderedPageBreak/>
        <w:t>And the wind quietly passed through them,</w:t>
      </w:r>
      <w:r w:rsidRPr="00D04EA7">
        <w:rPr>
          <w:lang w:val="en-US"/>
        </w:rPr>
        <w:br/>
        <w:t>as if it was listening too.</w:t>
      </w:r>
    </w:p>
    <w:p w:rsidR="00AA46F5" w:rsidRDefault="00AA46F5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18683C" w:rsidRDefault="0018683C" w:rsidP="00AA46F5">
      <w:pPr>
        <w:pStyle w:val="21"/>
        <w:rPr>
          <w:sz w:val="27"/>
          <w:szCs w:val="27"/>
        </w:rPr>
      </w:pPr>
      <w:bookmarkStart w:id="7" w:name="_Toc195645074"/>
      <w:r>
        <w:lastRenderedPageBreak/>
        <w:t>Chapter 8. When the Sky Comes Closer</w:t>
      </w:r>
      <w:bookmarkEnd w:id="7"/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That morning, </w:t>
      </w:r>
      <w:proofErr w:type="spellStart"/>
      <w:r w:rsidRPr="0018683C">
        <w:rPr>
          <w:rStyle w:val="af6"/>
          <w:lang w:val="en-US"/>
        </w:rPr>
        <w:t>Seroel</w:t>
      </w:r>
      <w:proofErr w:type="spellEnd"/>
      <w:r w:rsidRPr="0018683C">
        <w:rPr>
          <w:lang w:val="en-US"/>
        </w:rPr>
        <w:t xml:space="preserve"> was very quiet.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He wasn’t thinking.</w:t>
      </w:r>
      <w:r w:rsidRPr="0018683C">
        <w:rPr>
          <w:lang w:val="en-US"/>
        </w:rPr>
        <w:br/>
        <w:t>He wasn’t sad.</w:t>
      </w:r>
      <w:r w:rsidRPr="0018683C">
        <w:rPr>
          <w:lang w:val="en-US"/>
        </w:rPr>
        <w:br/>
        <w:t>He just sat on the edge of the field,</w:t>
      </w:r>
      <w:r w:rsidRPr="0018683C">
        <w:rPr>
          <w:lang w:val="en-US"/>
        </w:rPr>
        <w:br/>
        <w:t>looking up.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He looked at the sky as if waiting for it to say something.</w:t>
      </w:r>
      <w:r w:rsidRPr="0018683C">
        <w:rPr>
          <w:lang w:val="en-US"/>
        </w:rPr>
        <w:br/>
        <w:t>Or maybe… to listen.</w:t>
      </w:r>
    </w:p>
    <w:p w:rsidR="00F443B5" w:rsidRDefault="0018683C" w:rsidP="0018683C">
      <w:pPr>
        <w:spacing w:before="100" w:beforeAutospacing="1" w:after="100" w:afterAutospacing="1"/>
        <w:rPr>
          <w:noProof/>
          <w:lang w:val="en-US"/>
        </w:rPr>
      </w:pPr>
      <w:proofErr w:type="spellStart"/>
      <w:r w:rsidRPr="0018683C">
        <w:rPr>
          <w:rStyle w:val="af6"/>
          <w:lang w:val="en-US"/>
        </w:rPr>
        <w:t>Elira</w:t>
      </w:r>
      <w:proofErr w:type="spellEnd"/>
      <w:r w:rsidRPr="0018683C">
        <w:rPr>
          <w:lang w:val="en-US"/>
        </w:rPr>
        <w:t xml:space="preserve"> noticed first.</w:t>
      </w:r>
      <w:r w:rsidR="00F443B5" w:rsidRPr="00F443B5">
        <w:rPr>
          <w:noProof/>
          <w:lang w:val="en-US"/>
        </w:rPr>
        <w:t xml:space="preserve"> </w:t>
      </w:r>
      <w:r w:rsidR="00F443B5">
        <w:rPr>
          <w:noProof/>
          <w:lang w:val="en-US"/>
        </w:rPr>
        <w:drawing>
          <wp:inline distT="0" distB="0" distL="0" distR="0" ns6:anchorId="3F8431B3" ns6:editId="4D73810F">
            <wp:extent cx="3570515" cy="3570515"/>
            <wp:effectExtent l="0" t="0" r="0" b="0"/>
            <wp:docPr id="15" name="Рисунок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" name="Рисунок 11818311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73888" cy="357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Are you waiting for rain?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shook his head.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No.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For a sign?</w:t>
      </w:r>
      <w:r w:rsidR="00F443B5" w:rsidRPr="00F443B5">
        <w:rPr>
          <w:noProof/>
          <w:lang w:val="en-US"/>
        </w:rPr>
        <w:t xml:space="preserve"> 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He smiled.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Not exactly.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Then what?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paused.</w:t>
      </w:r>
      <w:r w:rsidRPr="0018683C">
        <w:rPr>
          <w:lang w:val="en-US"/>
        </w:rPr>
        <w:br/>
        <w:t>The sky was clear.</w:t>
      </w:r>
      <w:r w:rsidRPr="0018683C">
        <w:rPr>
          <w:lang w:val="en-US"/>
        </w:rPr>
        <w:br/>
        <w:t>A few soft clouds drifted slowly above them.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I’m waiting for the sky to notice me.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rStyle w:val="af6"/>
          <w:lang w:val="en-US"/>
        </w:rPr>
        <w:t>Vanoel</w:t>
      </w:r>
      <w:proofErr w:type="spellEnd"/>
      <w:r w:rsidRPr="0018683C">
        <w:rPr>
          <w:lang w:val="en-US"/>
        </w:rPr>
        <w:t>, who had just finished chasing a bug, laughed.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The sky? Noticing you? Why?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looked at him with calm eyes.</w:t>
      </w:r>
    </w:p>
    <w:p w:rsidR="00F90C80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Sometimes, when I’m very still…</w:t>
      </w:r>
      <w:r w:rsidRPr="0018683C">
        <w:rPr>
          <w:lang w:val="en-US"/>
        </w:rPr>
        <w:br/>
        <w:t>something in the sky looks back.</w:t>
      </w:r>
      <w:r w:rsidRPr="0018683C">
        <w:rPr>
          <w:lang w:val="en-US"/>
        </w:rPr>
        <w:br/>
        <w:t>It doesn’t have eyes,</w:t>
      </w:r>
      <w:r w:rsidRPr="0018683C">
        <w:rPr>
          <w:lang w:val="en-US"/>
        </w:rPr>
        <w:br/>
        <w:t>but it knows.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lastRenderedPageBreak/>
        <w:t>Elira</w:t>
      </w:r>
      <w:proofErr w:type="spellEnd"/>
      <w:r w:rsidRPr="0018683C">
        <w:rPr>
          <w:lang w:val="en-US"/>
        </w:rPr>
        <w:t xml:space="preserve"> sat down next to him,</w:t>
      </w:r>
      <w:r w:rsidRPr="0018683C">
        <w:rPr>
          <w:lang w:val="en-US"/>
        </w:rPr>
        <w:br/>
        <w:t>not laughing, just listening.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Does it… say something?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nodded.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Not with words. But I hear it.</w:t>
      </w:r>
      <w:r w:rsidRPr="0018683C">
        <w:rPr>
          <w:lang w:val="en-US"/>
        </w:rPr>
        <w:br/>
        <w:t>Like it remembers me.</w:t>
      </w:r>
      <w:r w:rsidRPr="0018683C">
        <w:rPr>
          <w:lang w:val="en-US"/>
        </w:rPr>
        <w:br/>
        <w:t>Like we were friends before I was born.</w:t>
      </w:r>
    </w:p>
    <w:p w:rsidR="0018683C" w:rsidRPr="0018683C" w:rsidRDefault="00F90C80" w:rsidP="0018683C">
      <w:pPr>
        <w:spacing w:before="100" w:beforeAutospacing="1" w:after="100" w:afterAutospacing="1"/>
        <w:rPr>
          <w:lang w:val="en-US"/>
        </w:rPr>
      </w:pPr>
      <w:r>
        <w:rPr>
          <w:b/>
          <w:bCs/>
          <w:noProof/>
          <w:lang w:val="en-US"/>
        </w:rPr>
        <w:drawing>
          <wp:anchor distT="0" distB="0" distL="114300" distR="114300" simplePos="0" relativeHeight="251688960" behindDoc="0" locked="0" layoutInCell="1" allowOverlap="1" ns6:anchorId="47CD397E" ns6:editId="27237FF9">
            <wp:simplePos x="0" y="0"/>
            <wp:positionH relativeFrom="column">
              <wp:posOffset>-6712</wp:posOffset>
            </wp:positionH>
            <wp:positionV relativeFrom="paragraph">
              <wp:posOffset>309699</wp:posOffset>
            </wp:positionV>
            <wp:extent cx="3780000" cy="3780000"/>
            <wp:effectExtent l="0" t="0" r="5080" b="5080"/>
            <wp:wrapSquare wrapText="bothSides"/>
            <wp:docPr id="16" name="Рисунок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Рисунок 34068557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proofErr w:type="spellStart"/>
      <w:r w:rsidR="0018683C" w:rsidRPr="0018683C">
        <w:rPr>
          <w:lang w:val="en-US"/>
        </w:rPr>
        <w:t>Vanoel</w:t>
      </w:r>
      <w:proofErr w:type="spellEnd"/>
      <w:r w:rsidR="0018683C" w:rsidRPr="0018683C">
        <w:rPr>
          <w:lang w:val="en-US"/>
        </w:rPr>
        <w:t xml:space="preserve"> frowned.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lastRenderedPageBreak/>
        <w:t>— I don’t hear anything.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didn’t argue.</w:t>
      </w:r>
      <w:r w:rsidRPr="0018683C">
        <w:rPr>
          <w:lang w:val="en-US"/>
        </w:rPr>
        <w:br/>
        <w:t>He simply touched the grass beside him</w:t>
      </w:r>
      <w:r w:rsidRPr="0018683C">
        <w:rPr>
          <w:lang w:val="en-US"/>
        </w:rPr>
        <w:br/>
        <w:t>and said: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Try being so still</w:t>
      </w:r>
      <w:r w:rsidRPr="0018683C">
        <w:rPr>
          <w:lang w:val="en-US"/>
        </w:rPr>
        <w:br/>
        <w:t>that even the wind starts wondering where you went.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t>Vanoel</w:t>
      </w:r>
      <w:proofErr w:type="spellEnd"/>
      <w:r w:rsidRPr="0018683C">
        <w:rPr>
          <w:lang w:val="en-US"/>
        </w:rPr>
        <w:t xml:space="preserve"> tried.</w:t>
      </w:r>
      <w:r w:rsidRPr="0018683C">
        <w:rPr>
          <w:lang w:val="en-US"/>
        </w:rPr>
        <w:br/>
        <w:t>He sat.</w:t>
      </w:r>
      <w:r w:rsidRPr="0018683C">
        <w:rPr>
          <w:lang w:val="en-US"/>
        </w:rPr>
        <w:br/>
        <w:t>Closed one eye.</w:t>
      </w:r>
      <w:r w:rsidRPr="0018683C">
        <w:rPr>
          <w:lang w:val="en-US"/>
        </w:rPr>
        <w:br/>
        <w:t>Then both.</w:t>
      </w:r>
      <w:r w:rsidRPr="0018683C">
        <w:rPr>
          <w:lang w:val="en-US"/>
        </w:rPr>
        <w:br/>
        <w:t>Then peeked.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I feel itchy,</w:t>
      </w:r>
      <w:r w:rsidRPr="0018683C">
        <w:rPr>
          <w:lang w:val="en-US"/>
        </w:rPr>
        <w:br/>
        <w:t>but also…</w:t>
      </w:r>
      <w:r w:rsidRPr="0018683C">
        <w:rPr>
          <w:lang w:val="en-US"/>
        </w:rPr>
        <w:br/>
        <w:t>like I’m not the most important thing in the world.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— That’s when the sky gets closer, — </w:t>
      </w: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whispered.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— I felt something once, — </w:t>
      </w:r>
      <w:proofErr w:type="spellStart"/>
      <w:r w:rsidRPr="0018683C">
        <w:rPr>
          <w:lang w:val="en-US"/>
        </w:rPr>
        <w:t>Elira</w:t>
      </w:r>
      <w:proofErr w:type="spellEnd"/>
      <w:r w:rsidRPr="0018683C">
        <w:rPr>
          <w:lang w:val="en-US"/>
        </w:rPr>
        <w:t xml:space="preserve"> said softly.</w:t>
      </w:r>
      <w:r w:rsidRPr="0018683C">
        <w:rPr>
          <w:lang w:val="en-US"/>
        </w:rPr>
        <w:br/>
        <w:t>— I was sitting in the kitchen,</w:t>
      </w:r>
      <w:r w:rsidRPr="0018683C">
        <w:rPr>
          <w:lang w:val="en-US"/>
        </w:rPr>
        <w:br/>
        <w:t>and the sun came through the window —</w:t>
      </w:r>
      <w:r w:rsidRPr="0018683C">
        <w:rPr>
          <w:lang w:val="en-US"/>
        </w:rPr>
        <w:br/>
        <w:t>not on me,</w:t>
      </w:r>
      <w:r w:rsidRPr="0018683C">
        <w:rPr>
          <w:lang w:val="en-US"/>
        </w:rPr>
        <w:br/>
        <w:t>but… through me.</w:t>
      </w:r>
      <w:r w:rsidRPr="0018683C">
        <w:rPr>
          <w:lang w:val="en-US"/>
        </w:rPr>
        <w:br/>
        <w:t>And for a moment, I forgot what I was doing.</w:t>
      </w:r>
      <w:r w:rsidRPr="0018683C">
        <w:rPr>
          <w:lang w:val="en-US"/>
        </w:rPr>
        <w:br/>
        <w:t>I just felt… here.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— Yes, — said </w:t>
      </w: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>.</w:t>
      </w:r>
      <w:r w:rsidRPr="0018683C">
        <w:rPr>
          <w:lang w:val="en-US"/>
        </w:rPr>
        <w:br/>
        <w:t>— That’s it.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lastRenderedPageBreak/>
        <w:t>They sat together for a while.</w:t>
      </w:r>
      <w:r w:rsidRPr="0018683C">
        <w:rPr>
          <w:lang w:val="en-US"/>
        </w:rPr>
        <w:br/>
        <w:t>No one spoke.</w:t>
      </w:r>
      <w:r w:rsidRPr="0018683C">
        <w:rPr>
          <w:lang w:val="en-US"/>
        </w:rPr>
        <w:br/>
        <w:t>Even the birds nearby seemed to lower their voices.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Then </w:t>
      </w: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said: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When we stop looking for something,</w:t>
      </w:r>
      <w:r w:rsidRPr="0018683C">
        <w:rPr>
          <w:lang w:val="en-US"/>
        </w:rPr>
        <w:br/>
        <w:t>something finds us.</w:t>
      </w:r>
      <w:r w:rsidRPr="0018683C">
        <w:rPr>
          <w:lang w:val="en-US"/>
        </w:rPr>
        <w:br/>
        <w:t>When we stop making noise,</w:t>
      </w:r>
      <w:r w:rsidRPr="0018683C">
        <w:rPr>
          <w:lang w:val="en-US"/>
        </w:rPr>
        <w:br/>
        <w:t>the sky remembers we’re listening.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And in that moment,</w:t>
      </w:r>
      <w:r w:rsidRPr="0018683C">
        <w:rPr>
          <w:lang w:val="en-US"/>
        </w:rPr>
        <w:br/>
        <w:t>a single white feather drifted down from nowhere.</w:t>
      </w:r>
      <w:r w:rsidRPr="0018683C">
        <w:rPr>
          <w:lang w:val="en-US"/>
        </w:rPr>
        <w:br/>
        <w:t>It landed in front of them</w:t>
      </w:r>
      <w:r w:rsidRPr="0018683C">
        <w:rPr>
          <w:lang w:val="en-US"/>
        </w:rPr>
        <w:br/>
        <w:t>so gently that no one dared to touch it.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rStyle w:val="af6"/>
          <w:lang w:val="en-US"/>
        </w:rPr>
        <w:t>Elira</w:t>
      </w:r>
      <w:proofErr w:type="spellEnd"/>
      <w:r w:rsidRPr="0018683C">
        <w:rPr>
          <w:lang w:val="en-US"/>
        </w:rPr>
        <w:t xml:space="preserve"> whispered: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I think it said hello.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They didn’t talk for a while.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Even </w:t>
      </w:r>
      <w:proofErr w:type="spellStart"/>
      <w:r w:rsidRPr="0018683C">
        <w:rPr>
          <w:rStyle w:val="af6"/>
          <w:lang w:val="en-US"/>
        </w:rPr>
        <w:t>Vanoel</w:t>
      </w:r>
      <w:proofErr w:type="spellEnd"/>
      <w:r w:rsidRPr="0018683C">
        <w:rPr>
          <w:lang w:val="en-US"/>
        </w:rPr>
        <w:t>, who usually couldn’t sit still for more than a minute,</w:t>
      </w:r>
      <w:r w:rsidRPr="0018683C">
        <w:rPr>
          <w:lang w:val="en-US"/>
        </w:rPr>
        <w:br/>
        <w:t>was just… there.</w:t>
      </w:r>
      <w:r w:rsidRPr="0018683C">
        <w:rPr>
          <w:lang w:val="en-US"/>
        </w:rPr>
        <w:br/>
        <w:t>No questions.</w:t>
      </w:r>
      <w:r w:rsidRPr="0018683C">
        <w:rPr>
          <w:lang w:val="en-US"/>
        </w:rPr>
        <w:br/>
        <w:t>No jokes.</w:t>
      </w:r>
      <w:r w:rsidRPr="0018683C">
        <w:rPr>
          <w:lang w:val="en-US"/>
        </w:rPr>
        <w:br/>
        <w:t>Just wide eyes and open silence.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A bumblebee buzzed nearby.</w:t>
      </w:r>
      <w:r w:rsidRPr="0018683C">
        <w:rPr>
          <w:lang w:val="en-US"/>
        </w:rPr>
        <w:br/>
        <w:t>It didn’t scare them.</w:t>
      </w:r>
      <w:r w:rsidRPr="0018683C">
        <w:rPr>
          <w:lang w:val="en-US"/>
        </w:rPr>
        <w:br/>
        <w:t>It simply moved from one flower to the next,</w:t>
      </w:r>
      <w:r w:rsidRPr="0018683C">
        <w:rPr>
          <w:lang w:val="en-US"/>
        </w:rPr>
        <w:br/>
        <w:t>as if it too had joined the listening.</w:t>
      </w:r>
    </w:p>
    <w:p w:rsidR="003043BF" w:rsidRDefault="003043BF" w:rsidP="0018683C">
      <w:pPr>
        <w:spacing w:before="100" w:beforeAutospacing="1" w:after="100" w:afterAutospacing="1"/>
        <w:rPr>
          <w:lang w:val="en-US"/>
        </w:rPr>
      </w:pPr>
      <w:r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145596</wp:posOffset>
            </wp:positionV>
            <wp:extent cx="3779520" cy="3779520"/>
            <wp:effectExtent l="0" t="0" r="5080" b="5080"/>
            <wp:wrapSquare wrapText="bothSides"/>
            <wp:docPr id="17" name="Рисунок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" name="Рисунок 15844847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Then </w:t>
      </w: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spoke — not loudly,</w:t>
      </w:r>
      <w:r w:rsidRPr="0018683C">
        <w:rPr>
          <w:lang w:val="en-US"/>
        </w:rPr>
        <w:br/>
        <w:t>but with the kind of voice that doesn’t ask for attention,</w:t>
      </w:r>
      <w:r w:rsidRPr="0018683C">
        <w:rPr>
          <w:lang w:val="en-US"/>
        </w:rPr>
        <w:br/>
        <w:t>only truth.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I think the sky isn’t high.</w:t>
      </w:r>
      <w:r w:rsidRPr="0018683C">
        <w:rPr>
          <w:lang w:val="en-US"/>
        </w:rPr>
        <w:br/>
        <w:t>It just looks that way.</w:t>
      </w:r>
      <w:r w:rsidRPr="0018683C">
        <w:rPr>
          <w:lang w:val="en-US"/>
        </w:rPr>
        <w:br/>
        <w:t>It’s not up there — it’s everywhere.</w:t>
      </w:r>
      <w:r w:rsidRPr="0018683C">
        <w:rPr>
          <w:lang w:val="en-US"/>
        </w:rPr>
        <w:br/>
        <w:t>Even in your chest.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lastRenderedPageBreak/>
        <w:t>Vanoel</w:t>
      </w:r>
      <w:proofErr w:type="spellEnd"/>
      <w:r w:rsidRPr="0018683C">
        <w:rPr>
          <w:lang w:val="en-US"/>
        </w:rPr>
        <w:t xml:space="preserve"> touched his shirt.</w:t>
      </w:r>
    </w:p>
    <w:p w:rsidR="0018683C" w:rsidRPr="0018683C" w:rsidRDefault="00F90C80" w:rsidP="0018683C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306705</wp:posOffset>
            </wp:positionV>
            <wp:extent cx="3779520" cy="3779520"/>
            <wp:effectExtent l="0" t="0" r="5080" b="5080"/>
            <wp:wrapSquare wrapText="bothSides"/>
            <wp:docPr id="18" name="Рисунок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Рисунок 8685135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="0018683C" w:rsidRPr="0018683C">
        <w:rPr>
          <w:lang w:val="en-US"/>
        </w:rPr>
        <w:t>— Even here?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nodded.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The part that breathes even when you forget about it.</w:t>
      </w:r>
      <w:r w:rsidRPr="0018683C">
        <w:rPr>
          <w:lang w:val="en-US"/>
        </w:rPr>
        <w:br/>
        <w:t>The part that doesn’t stop when you sleep.</w:t>
      </w:r>
      <w:r w:rsidRPr="0018683C">
        <w:rPr>
          <w:lang w:val="en-US"/>
        </w:rPr>
        <w:br/>
        <w:t>That’s where it whispers.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t>Elira</w:t>
      </w:r>
      <w:proofErr w:type="spellEnd"/>
      <w:r w:rsidRPr="0018683C">
        <w:rPr>
          <w:lang w:val="en-US"/>
        </w:rPr>
        <w:t xml:space="preserve"> asked: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So… why don’t grown-ups feel it?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proofErr w:type="spellStart"/>
      <w:r w:rsidRPr="0018683C">
        <w:rPr>
          <w:lang w:val="en-US"/>
        </w:rPr>
        <w:lastRenderedPageBreak/>
        <w:t>Seroel</w:t>
      </w:r>
      <w:proofErr w:type="spellEnd"/>
      <w:r w:rsidRPr="0018683C">
        <w:rPr>
          <w:lang w:val="en-US"/>
        </w:rPr>
        <w:t xml:space="preserve"> looked into the distance.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— Maybe they stopped being quiet long enough to hear.</w:t>
      </w:r>
      <w:r w:rsidRPr="0018683C">
        <w:rPr>
          <w:lang w:val="en-US"/>
        </w:rPr>
        <w:br/>
        <w:t>Maybe they filled the sky with their own thoughts.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— That sounds sad, — said </w:t>
      </w:r>
      <w:proofErr w:type="spellStart"/>
      <w:r w:rsidRPr="0018683C">
        <w:rPr>
          <w:lang w:val="en-US"/>
        </w:rPr>
        <w:t>Vanoel</w:t>
      </w:r>
      <w:proofErr w:type="spellEnd"/>
      <w:r w:rsidRPr="0018683C">
        <w:rPr>
          <w:lang w:val="en-US"/>
        </w:rPr>
        <w:t>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 xml:space="preserve">— It’s not, — </w:t>
      </w:r>
      <w:proofErr w:type="spellStart"/>
      <w:r w:rsidRPr="0018683C">
        <w:rPr>
          <w:lang w:val="en-US"/>
        </w:rPr>
        <w:t>Seroel</w:t>
      </w:r>
      <w:proofErr w:type="spellEnd"/>
      <w:r w:rsidRPr="0018683C">
        <w:rPr>
          <w:lang w:val="en-US"/>
        </w:rPr>
        <w:t xml:space="preserve"> answered.</w:t>
      </w:r>
      <w:r w:rsidRPr="0018683C">
        <w:rPr>
          <w:lang w:val="en-US"/>
        </w:rPr>
        <w:br/>
        <w:t>— The sky is patient.</w:t>
      </w:r>
      <w:r w:rsidRPr="0018683C">
        <w:rPr>
          <w:lang w:val="en-US"/>
        </w:rPr>
        <w:br/>
        <w:t>It waits forever.</w:t>
      </w:r>
      <w:r w:rsidRPr="0018683C">
        <w:rPr>
          <w:lang w:val="en-US"/>
        </w:rPr>
        <w:br/>
        <w:t>And even one breath of stillness is enough</w:t>
      </w:r>
      <w:r w:rsidRPr="0018683C">
        <w:rPr>
          <w:lang w:val="en-US"/>
        </w:rPr>
        <w:br/>
        <w:t>for it to come close again.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The feather twitched in the breeze,</w:t>
      </w:r>
      <w:r w:rsidRPr="0018683C">
        <w:rPr>
          <w:lang w:val="en-US"/>
        </w:rPr>
        <w:br/>
        <w:t>but did not fly away.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It stayed.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Just like the feeling.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Not big.</w:t>
      </w:r>
      <w:r w:rsidRPr="0018683C">
        <w:rPr>
          <w:lang w:val="en-US"/>
        </w:rPr>
        <w:br/>
        <w:t>Not loud.</w:t>
      </w:r>
      <w:r w:rsidRPr="0018683C">
        <w:rPr>
          <w:lang w:val="en-US"/>
        </w:rPr>
        <w:br/>
        <w:t>But real.</w:t>
      </w:r>
    </w:p>
    <w:p w:rsidR="0018683C" w:rsidRP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And that day,</w:t>
      </w:r>
      <w:r w:rsidRPr="0018683C">
        <w:rPr>
          <w:lang w:val="en-US"/>
        </w:rPr>
        <w:br/>
        <w:t>they didn’t play any game.</w:t>
      </w:r>
    </w:p>
    <w:p w:rsidR="0018683C" w:rsidRDefault="0018683C" w:rsidP="0018683C">
      <w:pPr>
        <w:spacing w:before="100" w:beforeAutospacing="1" w:after="100" w:afterAutospacing="1"/>
        <w:rPr>
          <w:lang w:val="en-US"/>
        </w:rPr>
      </w:pPr>
      <w:r w:rsidRPr="0018683C">
        <w:rPr>
          <w:lang w:val="en-US"/>
        </w:rPr>
        <w:t>Because the moment itself</w:t>
      </w:r>
      <w:r w:rsidRPr="0018683C">
        <w:rPr>
          <w:lang w:val="en-US"/>
        </w:rPr>
        <w:br/>
        <w:t>was already the game.</w:t>
      </w:r>
    </w:p>
    <w:p w:rsidR="00E83883" w:rsidRDefault="00E83883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E83883" w:rsidRDefault="00E83883" w:rsidP="00E83883">
      <w:pPr>
        <w:pStyle w:val="21"/>
        <w:rPr>
          <w:sz w:val="27"/>
          <w:szCs w:val="27"/>
        </w:rPr>
      </w:pPr>
      <w:bookmarkStart w:id="8" w:name="_Toc195645075"/>
      <w:r>
        <w:lastRenderedPageBreak/>
        <w:t>Chapter 9. How to Know You’re Real</w:t>
      </w:r>
      <w:bookmarkEnd w:id="8"/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 xml:space="preserve">— Sometimes I feel like I’m dreaming, — </w:t>
      </w:r>
      <w:proofErr w:type="spellStart"/>
      <w:r w:rsidRPr="00E83883">
        <w:rPr>
          <w:rStyle w:val="af6"/>
          <w:lang w:val="en-US"/>
        </w:rPr>
        <w:t>Vanoel</w:t>
      </w:r>
      <w:proofErr w:type="spellEnd"/>
      <w:r w:rsidRPr="00E83883">
        <w:rPr>
          <w:lang w:val="en-US"/>
        </w:rPr>
        <w:t xml:space="preserve"> said.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They were sitting under the tree again.</w:t>
      </w:r>
      <w:r w:rsidRPr="00E83883">
        <w:rPr>
          <w:lang w:val="en-US"/>
        </w:rPr>
        <w:br/>
        <w:t>The one near the bench.</w:t>
      </w:r>
      <w:r w:rsidRPr="00E83883">
        <w:rPr>
          <w:lang w:val="en-US"/>
        </w:rPr>
        <w:br/>
        <w:t>The one that always whispered when the wind came.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rStyle w:val="af6"/>
          <w:lang w:val="en-US"/>
        </w:rPr>
        <w:t>Seroel</w:t>
      </w:r>
      <w:proofErr w:type="spellEnd"/>
      <w:r w:rsidRPr="00E83883">
        <w:rPr>
          <w:lang w:val="en-US"/>
        </w:rPr>
        <w:t xml:space="preserve"> looked up.</w:t>
      </w:r>
    </w:p>
    <w:p w:rsidR="00A0090A" w:rsidRDefault="00E83883" w:rsidP="00E83883">
      <w:pPr>
        <w:spacing w:before="100" w:beforeAutospacing="1" w:after="100" w:afterAutospacing="1"/>
        <w:rPr>
          <w:noProof/>
          <w:lang w:val="en-US"/>
        </w:rPr>
      </w:pPr>
      <w:r w:rsidRPr="00E83883">
        <w:rPr>
          <w:lang w:val="en-US"/>
        </w:rPr>
        <w:t>— What do you mean?</w:t>
      </w:r>
      <w:r w:rsidR="00A0090A" w:rsidRPr="00A0090A">
        <w:rPr>
          <w:noProof/>
          <w:lang w:val="en-US"/>
        </w:rPr>
        <w:t xml:space="preserve"> </w:t>
      </w:r>
    </w:p>
    <w:p w:rsidR="00E83883" w:rsidRPr="00E83883" w:rsidRDefault="00A0090A" w:rsidP="00E83883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 ns6:anchorId="7572B885" ns6:editId="4D1DCAB7">
            <wp:extent cx="3744686" cy="3744686"/>
            <wp:effectExtent l="0" t="0" r="1905" b="1905"/>
            <wp:docPr id="19" name="Рисунок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" name="Рисунок 9870161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49061" cy="374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lastRenderedPageBreak/>
        <w:t>— Like this is all… not real.</w:t>
      </w:r>
      <w:r w:rsidRPr="00E83883">
        <w:rPr>
          <w:lang w:val="en-US"/>
        </w:rPr>
        <w:br/>
        <w:t>Like I’m in a story someone else is telling.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rStyle w:val="af6"/>
          <w:lang w:val="en-US"/>
        </w:rPr>
        <w:t>Elira</w:t>
      </w:r>
      <w:proofErr w:type="spellEnd"/>
      <w:r w:rsidRPr="00E83883">
        <w:rPr>
          <w:lang w:val="en-US"/>
        </w:rPr>
        <w:t xml:space="preserve"> was lying in the </w:t>
      </w:r>
      <w:proofErr w:type="gramStart"/>
      <w:r w:rsidRPr="00E83883">
        <w:rPr>
          <w:lang w:val="en-US"/>
        </w:rPr>
        <w:t>grass,</w:t>
      </w:r>
      <w:r w:rsidR="00A0090A" w:rsidRPr="00A0090A">
        <w:rPr>
          <w:noProof/>
          <w:lang w:val="en-US"/>
        </w:rPr>
        <w:t xml:space="preserve"> </w:t>
      </w:r>
      <w:r w:rsidRPr="00E83883">
        <w:rPr>
          <w:lang w:val="en-US"/>
        </w:rPr>
        <w:t xml:space="preserve"> looking</w:t>
      </w:r>
      <w:proofErr w:type="gramEnd"/>
      <w:r w:rsidRPr="00E83883">
        <w:rPr>
          <w:lang w:val="en-US"/>
        </w:rPr>
        <w:t xml:space="preserve"> at the clouds.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 xml:space="preserve">— Maybe we </w:t>
      </w:r>
      <w:r w:rsidRPr="00E83883">
        <w:rPr>
          <w:rStyle w:val="af7"/>
          <w:lang w:val="en-US"/>
        </w:rPr>
        <w:t>are</w:t>
      </w:r>
      <w:r w:rsidRPr="00E83883">
        <w:rPr>
          <w:lang w:val="en-US"/>
        </w:rPr>
        <w:t xml:space="preserve"> in a story.</w:t>
      </w:r>
      <w:r w:rsidR="00A0090A" w:rsidRPr="00A0090A">
        <w:rPr>
          <w:noProof/>
          <w:lang w:val="en-US"/>
        </w:rPr>
        <w:t xml:space="preserve"> 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Vanoel</w:t>
      </w:r>
      <w:proofErr w:type="spellEnd"/>
      <w:r w:rsidRPr="00E83883">
        <w:rPr>
          <w:lang w:val="en-US"/>
        </w:rPr>
        <w:t xml:space="preserve"> blinked.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Then who’s telling it?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Seroel</w:t>
      </w:r>
      <w:proofErr w:type="spellEnd"/>
      <w:r w:rsidRPr="00E83883">
        <w:rPr>
          <w:lang w:val="en-US"/>
        </w:rPr>
        <w:t xml:space="preserve"> smiled.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Maybe we are. Together.</w:t>
      </w:r>
      <w:r w:rsidRPr="00E83883">
        <w:rPr>
          <w:lang w:val="en-US"/>
        </w:rPr>
        <w:br/>
        <w:t>Each of us holding one thread.</w:t>
      </w:r>
      <w:r w:rsidR="00A0090A" w:rsidRPr="00A0090A">
        <w:rPr>
          <w:noProof/>
          <w:lang w:val="en-US"/>
        </w:rPr>
        <w:t xml:space="preserve"> 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 xml:space="preserve">— But how do I know I’m </w:t>
      </w:r>
      <w:r w:rsidRPr="00E83883">
        <w:rPr>
          <w:rStyle w:val="af7"/>
          <w:lang w:val="en-US"/>
        </w:rPr>
        <w:t>me</w:t>
      </w:r>
      <w:r w:rsidRPr="00E83883">
        <w:rPr>
          <w:lang w:val="en-US"/>
        </w:rPr>
        <w:t>?</w:t>
      </w:r>
      <w:r w:rsidRPr="00E83883">
        <w:rPr>
          <w:lang w:val="en-US"/>
        </w:rPr>
        <w:br/>
        <w:t>And not just a dream inside someone’s head?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Seroel</w:t>
      </w:r>
      <w:proofErr w:type="spellEnd"/>
      <w:r w:rsidRPr="00E83883">
        <w:rPr>
          <w:lang w:val="en-US"/>
        </w:rPr>
        <w:t xml:space="preserve"> thought for a moment.</w:t>
      </w:r>
      <w:r w:rsidRPr="00E83883">
        <w:rPr>
          <w:lang w:val="en-US"/>
        </w:rPr>
        <w:br/>
        <w:t>Then pointed at the ground.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What do you feel right now?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Vanoel</w:t>
      </w:r>
      <w:proofErr w:type="spellEnd"/>
      <w:r w:rsidRPr="00E83883">
        <w:rPr>
          <w:lang w:val="en-US"/>
        </w:rPr>
        <w:t xml:space="preserve"> touched the earth.</w:t>
      </w:r>
      <w:r w:rsidRPr="00E83883">
        <w:rPr>
          <w:lang w:val="en-US"/>
        </w:rPr>
        <w:br/>
        <w:t>It was warm.</w:t>
      </w:r>
      <w:r w:rsidRPr="00E83883">
        <w:rPr>
          <w:lang w:val="en-US"/>
        </w:rPr>
        <w:br/>
        <w:t>Firm.</w:t>
      </w:r>
      <w:r w:rsidR="00A0090A" w:rsidRPr="00A0090A">
        <w:rPr>
          <w:noProof/>
          <w:lang w:val="en-US"/>
        </w:rPr>
        <w:t xml:space="preserve"> </w:t>
      </w:r>
      <w:r w:rsidRPr="00E83883">
        <w:rPr>
          <w:lang w:val="en-US"/>
        </w:rPr>
        <w:br/>
        <w:t>Alive.</w:t>
      </w:r>
      <w:r w:rsidR="00A0090A" w:rsidRPr="00A0090A">
        <w:rPr>
          <w:noProof/>
          <w:lang w:val="en-US"/>
        </w:rPr>
        <w:t xml:space="preserve"> 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I feel… here.</w:t>
      </w:r>
      <w:r w:rsidR="00A0090A" w:rsidRPr="00A0090A">
        <w:rPr>
          <w:noProof/>
          <w:lang w:val="en-US"/>
        </w:rPr>
        <w:t xml:space="preserve"> 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That’s how you know.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Elira</w:t>
      </w:r>
      <w:proofErr w:type="spellEnd"/>
      <w:r w:rsidRPr="00E83883">
        <w:rPr>
          <w:lang w:val="en-US"/>
        </w:rPr>
        <w:t xml:space="preserve"> sat up.</w:t>
      </w:r>
    </w:p>
    <w:p w:rsidR="00A21C54" w:rsidRDefault="00A21C54" w:rsidP="00E83883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363</wp:posOffset>
            </wp:positionV>
            <wp:extent cx="3780000" cy="3780000"/>
            <wp:effectExtent l="0" t="0" r="5080" b="5080"/>
            <wp:wrapSquare wrapText="bothSides"/>
            <wp:docPr id="20" name="Рисунок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Рисунок 8337608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But sometimes I feel like I’m pretending.</w:t>
      </w:r>
      <w:r w:rsidRPr="00E83883">
        <w:rPr>
          <w:lang w:val="en-US"/>
        </w:rPr>
        <w:br/>
        <w:t>Like I’m trying to be who I think I’m supposed to be.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Seroel</w:t>
      </w:r>
      <w:proofErr w:type="spellEnd"/>
      <w:r w:rsidRPr="00E83883">
        <w:rPr>
          <w:lang w:val="en-US"/>
        </w:rPr>
        <w:t xml:space="preserve"> looked at her gently.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Then stop.</w:t>
      </w:r>
      <w:r w:rsidRPr="00E83883">
        <w:rPr>
          <w:lang w:val="en-US"/>
        </w:rPr>
        <w:br/>
        <w:t>Be no one.</w:t>
      </w:r>
      <w:r w:rsidRPr="00E83883">
        <w:rPr>
          <w:lang w:val="en-US"/>
        </w:rPr>
        <w:br/>
        <w:t>Then listen.</w:t>
      </w:r>
      <w:r w:rsidRPr="00E83883">
        <w:rPr>
          <w:lang w:val="en-US"/>
        </w:rPr>
        <w:br/>
        <w:t>The one who stays —</w:t>
      </w:r>
      <w:r w:rsidRPr="00E83883">
        <w:rPr>
          <w:lang w:val="en-US"/>
        </w:rPr>
        <w:br/>
        <w:t>that’s the real you.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lastRenderedPageBreak/>
        <w:t>They went quiet.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The wind rustled.</w:t>
      </w:r>
      <w:r w:rsidRPr="00E83883">
        <w:rPr>
          <w:lang w:val="en-US"/>
        </w:rPr>
        <w:br/>
        <w:t>A bird sang.</w:t>
      </w:r>
      <w:r w:rsidRPr="00E83883">
        <w:rPr>
          <w:lang w:val="en-US"/>
        </w:rPr>
        <w:br/>
        <w:t>A car far away hummed by.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Seroel</w:t>
      </w:r>
      <w:proofErr w:type="spellEnd"/>
      <w:r w:rsidRPr="00E83883">
        <w:rPr>
          <w:lang w:val="en-US"/>
        </w:rPr>
        <w:t xml:space="preserve"> closed his eyes.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When you stop trying to be someone…</w:t>
      </w:r>
      <w:r w:rsidRPr="00E83883">
        <w:rPr>
          <w:lang w:val="en-US"/>
        </w:rPr>
        <w:br/>
        <w:t>you find someone you didn’t invent.</w:t>
      </w:r>
      <w:r w:rsidRPr="00E83883">
        <w:rPr>
          <w:lang w:val="en-US"/>
        </w:rPr>
        <w:br/>
        <w:t>The one who was there before the pretending.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Elira</w:t>
      </w:r>
      <w:proofErr w:type="spellEnd"/>
      <w:r w:rsidRPr="00E83883">
        <w:rPr>
          <w:lang w:val="en-US"/>
        </w:rPr>
        <w:t xml:space="preserve"> whispered: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I think I just met her.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Vanoel</w:t>
      </w:r>
      <w:proofErr w:type="spellEnd"/>
      <w:r w:rsidRPr="00E83883">
        <w:rPr>
          <w:lang w:val="en-US"/>
        </w:rPr>
        <w:t xml:space="preserve"> touched his chest again.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And I think he’s been here all along.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They didn’t stand up right away.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The grass felt softer than usual.</w:t>
      </w:r>
      <w:r w:rsidRPr="00E83883">
        <w:rPr>
          <w:lang w:val="en-US"/>
        </w:rPr>
        <w:br/>
        <w:t>Or maybe it was them who had changed —</w:t>
      </w:r>
      <w:r w:rsidRPr="00E83883">
        <w:rPr>
          <w:lang w:val="en-US"/>
        </w:rPr>
        <w:br/>
        <w:t>a little lighter, a little quieter.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rStyle w:val="af6"/>
          <w:lang w:val="en-US"/>
        </w:rPr>
        <w:t>Seroel</w:t>
      </w:r>
      <w:proofErr w:type="spellEnd"/>
      <w:r w:rsidRPr="00E83883">
        <w:rPr>
          <w:lang w:val="en-US"/>
        </w:rPr>
        <w:t xml:space="preserve"> lay back and looked up at the sky.</w:t>
      </w:r>
    </w:p>
    <w:p w:rsidR="00A21C54" w:rsidRDefault="00A21C54" w:rsidP="00E83883">
      <w:pPr>
        <w:spacing w:before="100" w:beforeAutospacing="1" w:after="100" w:afterAutospacing="1"/>
        <w:rPr>
          <w:lang w:val="en-US"/>
        </w:rPr>
      </w:pPr>
    </w:p>
    <w:p w:rsidR="00A21C54" w:rsidRDefault="00A21C54" w:rsidP="00E83883">
      <w:pPr>
        <w:spacing w:before="100" w:beforeAutospacing="1" w:after="100" w:afterAutospacing="1"/>
        <w:rPr>
          <w:lang w:val="en-US"/>
        </w:rPr>
      </w:pPr>
    </w:p>
    <w:p w:rsidR="00A21C54" w:rsidRDefault="00A21C54" w:rsidP="00E83883">
      <w:pPr>
        <w:spacing w:before="100" w:beforeAutospacing="1" w:after="100" w:afterAutospacing="1"/>
        <w:rPr>
          <w:lang w:val="en-US"/>
        </w:rPr>
      </w:pPr>
    </w:p>
    <w:p w:rsidR="00A21C54" w:rsidRDefault="00A21C54" w:rsidP="00E83883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3780790" cy="3780790"/>
            <wp:effectExtent l="0" t="0" r="3810" b="3810"/>
            <wp:docPr id="21" name="Рисунок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" name="Рисунок 14766508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Do you think trees pretend?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rStyle w:val="af6"/>
          <w:lang w:val="en-US"/>
        </w:rPr>
        <w:t>Elira</w:t>
      </w:r>
      <w:proofErr w:type="spellEnd"/>
      <w:r w:rsidRPr="00E83883">
        <w:rPr>
          <w:lang w:val="en-US"/>
        </w:rPr>
        <w:t xml:space="preserve"> giggled.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What? Trees?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Yeah. Like… do they try to be taller than they are?</w:t>
      </w:r>
      <w:r w:rsidRPr="00E83883">
        <w:rPr>
          <w:lang w:val="en-US"/>
        </w:rPr>
        <w:br/>
        <w:t>Or feel bad if they don’t bloom fast enough?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Vanoel</w:t>
      </w:r>
      <w:proofErr w:type="spellEnd"/>
      <w:r w:rsidRPr="00E83883">
        <w:rPr>
          <w:lang w:val="en-US"/>
        </w:rPr>
        <w:t xml:space="preserve"> shook his head.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lastRenderedPageBreak/>
        <w:t>— Trees just grow.</w:t>
      </w:r>
      <w:r w:rsidRPr="00E83883">
        <w:rPr>
          <w:lang w:val="en-US"/>
        </w:rPr>
        <w:br/>
        <w:t>They don’t rush. They don’t compare.</w:t>
      </w:r>
      <w:r w:rsidRPr="00E83883">
        <w:rPr>
          <w:lang w:val="en-US"/>
        </w:rPr>
        <w:br/>
        <w:t>They don’t pretend.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Seroel</w:t>
      </w:r>
      <w:proofErr w:type="spellEnd"/>
      <w:r w:rsidRPr="00E83883">
        <w:rPr>
          <w:lang w:val="en-US"/>
        </w:rPr>
        <w:t xml:space="preserve"> smiled.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That’s why they’re always real.</w:t>
      </w:r>
      <w:r w:rsidRPr="00E83883">
        <w:rPr>
          <w:lang w:val="en-US"/>
        </w:rPr>
        <w:br/>
        <w:t>Because they’re not trying.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Elira</w:t>
      </w:r>
      <w:proofErr w:type="spellEnd"/>
      <w:r w:rsidRPr="00E83883">
        <w:rPr>
          <w:lang w:val="en-US"/>
        </w:rPr>
        <w:t xml:space="preserve"> whispered: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Maybe we’re most real</w:t>
      </w:r>
      <w:r w:rsidRPr="00E83883">
        <w:rPr>
          <w:lang w:val="en-US"/>
        </w:rPr>
        <w:br/>
        <w:t>when we stop trying too.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A silence settled again.</w:t>
      </w:r>
      <w:r w:rsidRPr="00E83883">
        <w:rPr>
          <w:lang w:val="en-US"/>
        </w:rPr>
        <w:br/>
        <w:t>But it wasn’t empty.</w:t>
      </w:r>
      <w:r w:rsidRPr="00E83883">
        <w:rPr>
          <w:lang w:val="en-US"/>
        </w:rPr>
        <w:br/>
        <w:t>It was full —</w:t>
      </w:r>
      <w:r w:rsidRPr="00E83883">
        <w:rPr>
          <w:lang w:val="en-US"/>
        </w:rPr>
        <w:br/>
        <w:t>like a cup that holds light instead of water.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 xml:space="preserve">Then </w:t>
      </w:r>
      <w:proofErr w:type="spellStart"/>
      <w:r w:rsidRPr="00E83883">
        <w:rPr>
          <w:lang w:val="en-US"/>
        </w:rPr>
        <w:t>Vanoel</w:t>
      </w:r>
      <w:proofErr w:type="spellEnd"/>
      <w:r w:rsidRPr="00E83883">
        <w:rPr>
          <w:lang w:val="en-US"/>
        </w:rPr>
        <w:t xml:space="preserve"> suddenly said: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I don’t want to be made-up anymore.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Elira</w:t>
      </w:r>
      <w:proofErr w:type="spellEnd"/>
      <w:r w:rsidRPr="00E83883">
        <w:rPr>
          <w:lang w:val="en-US"/>
        </w:rPr>
        <w:t xml:space="preserve"> looked at him.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You never were.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— Maybe.</w:t>
      </w:r>
      <w:r w:rsidRPr="00E83883">
        <w:rPr>
          <w:lang w:val="en-US"/>
        </w:rPr>
        <w:br/>
        <w:t>But I think I was acting like I was.</w:t>
      </w:r>
      <w:r w:rsidRPr="00E83883">
        <w:rPr>
          <w:lang w:val="en-US"/>
        </w:rPr>
        <w:br/>
        <w:t xml:space="preserve">Like I needed to be </w:t>
      </w:r>
      <w:r w:rsidRPr="00E83883">
        <w:rPr>
          <w:rStyle w:val="af7"/>
          <w:lang w:val="en-US"/>
        </w:rPr>
        <w:t>more</w:t>
      </w:r>
      <w:r w:rsidRPr="00E83883">
        <w:rPr>
          <w:lang w:val="en-US"/>
        </w:rPr>
        <w:t xml:space="preserve"> to be loved.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Seroel</w:t>
      </w:r>
      <w:proofErr w:type="spellEnd"/>
      <w:r w:rsidRPr="00E83883">
        <w:rPr>
          <w:lang w:val="en-US"/>
        </w:rPr>
        <w:t xml:space="preserve"> opened his eyes.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lastRenderedPageBreak/>
        <w:t xml:space="preserve">— The truth is… you don’t need to be </w:t>
      </w:r>
      <w:r w:rsidRPr="00E83883">
        <w:rPr>
          <w:rStyle w:val="af7"/>
          <w:lang w:val="en-US"/>
        </w:rPr>
        <w:t>more</w:t>
      </w:r>
      <w:r w:rsidRPr="00E83883">
        <w:rPr>
          <w:lang w:val="en-US"/>
        </w:rPr>
        <w:t>.</w:t>
      </w:r>
      <w:r w:rsidRPr="00E83883">
        <w:rPr>
          <w:lang w:val="en-US"/>
        </w:rPr>
        <w:br/>
        <w:t>You already are.</w:t>
      </w:r>
      <w:r w:rsidRPr="00E83883">
        <w:rPr>
          <w:lang w:val="en-US"/>
        </w:rPr>
        <w:br/>
        <w:t>The sky never asks a bird to shine.</w:t>
      </w:r>
      <w:r w:rsidRPr="00E83883">
        <w:rPr>
          <w:lang w:val="en-US"/>
        </w:rPr>
        <w:br/>
        <w:t>It just gives it space to fly.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proofErr w:type="spellStart"/>
      <w:r w:rsidRPr="00E83883">
        <w:rPr>
          <w:lang w:val="en-US"/>
        </w:rPr>
        <w:t>Vanoel</w:t>
      </w:r>
      <w:proofErr w:type="spellEnd"/>
      <w:r w:rsidRPr="00E83883">
        <w:rPr>
          <w:lang w:val="en-US"/>
        </w:rPr>
        <w:t xml:space="preserve"> blinked slowly.</w:t>
      </w:r>
      <w:r w:rsidRPr="00E83883">
        <w:rPr>
          <w:lang w:val="en-US"/>
        </w:rPr>
        <w:br/>
        <w:t>He looked at his hands.</w:t>
      </w:r>
      <w:r w:rsidRPr="00E83883">
        <w:rPr>
          <w:lang w:val="en-US"/>
        </w:rPr>
        <w:br/>
        <w:t>Then smiled — not because of something funny,</w:t>
      </w:r>
      <w:r w:rsidRPr="00E83883">
        <w:rPr>
          <w:lang w:val="en-US"/>
        </w:rPr>
        <w:br/>
        <w:t>but because something inside had stopped pretending.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That day, they didn’t start a new game.</w:t>
      </w:r>
      <w:r w:rsidRPr="00E83883">
        <w:rPr>
          <w:lang w:val="en-US"/>
        </w:rPr>
        <w:br/>
        <w:t>They just agreed on something — without words.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rStyle w:val="af6"/>
          <w:lang w:val="en-US"/>
        </w:rPr>
        <w:t>From now on, no pretending.</w:t>
      </w:r>
      <w:r w:rsidRPr="00E83883">
        <w:rPr>
          <w:b/>
          <w:bCs/>
          <w:lang w:val="en-US"/>
        </w:rPr>
        <w:br/>
      </w:r>
      <w:r w:rsidRPr="00E83883">
        <w:rPr>
          <w:rStyle w:val="af6"/>
          <w:lang w:val="en-US"/>
        </w:rPr>
        <w:t>Only real.</w:t>
      </w:r>
      <w:r w:rsidRPr="00E83883">
        <w:rPr>
          <w:b/>
          <w:bCs/>
          <w:lang w:val="en-US"/>
        </w:rPr>
        <w:br/>
      </w:r>
      <w:r w:rsidRPr="00E83883">
        <w:rPr>
          <w:rStyle w:val="af6"/>
          <w:lang w:val="en-US"/>
        </w:rPr>
        <w:t>Even if it’s quiet.</w:t>
      </w:r>
      <w:r w:rsidRPr="00E83883">
        <w:rPr>
          <w:b/>
          <w:bCs/>
          <w:lang w:val="en-US"/>
        </w:rPr>
        <w:br/>
      </w:r>
      <w:r w:rsidRPr="00E83883">
        <w:rPr>
          <w:rStyle w:val="af6"/>
          <w:lang w:val="en-US"/>
        </w:rPr>
        <w:t>Even if it’s unsure.</w:t>
      </w:r>
      <w:r w:rsidRPr="00E83883">
        <w:rPr>
          <w:b/>
          <w:bCs/>
          <w:lang w:val="en-US"/>
        </w:rPr>
        <w:br/>
      </w:r>
      <w:r w:rsidRPr="00E83883">
        <w:rPr>
          <w:rStyle w:val="af6"/>
          <w:lang w:val="en-US"/>
        </w:rPr>
        <w:t>Even if it’s small.</w:t>
      </w:r>
    </w:p>
    <w:p w:rsidR="00E83883" w:rsidRPr="00E83883" w:rsidRDefault="00E83883" w:rsidP="00E83883">
      <w:pPr>
        <w:spacing w:before="100" w:beforeAutospacing="1" w:after="100" w:afterAutospacing="1"/>
        <w:rPr>
          <w:lang w:val="en-US"/>
        </w:rPr>
      </w:pPr>
      <w:r w:rsidRPr="00E83883">
        <w:rPr>
          <w:lang w:val="en-US"/>
        </w:rPr>
        <w:t>Because real things grow slowly.</w:t>
      </w:r>
      <w:r w:rsidRPr="00E83883">
        <w:rPr>
          <w:lang w:val="en-US"/>
        </w:rPr>
        <w:br/>
        <w:t>Like trees.</w:t>
      </w:r>
      <w:r w:rsidRPr="00E83883">
        <w:rPr>
          <w:lang w:val="en-US"/>
        </w:rPr>
        <w:br/>
        <w:t>Like hearts.</w:t>
      </w:r>
      <w:r w:rsidRPr="00E83883">
        <w:rPr>
          <w:lang w:val="en-US"/>
        </w:rPr>
        <w:br/>
      </w:r>
      <w:r w:rsidRPr="00A21C54">
        <w:rPr>
          <w:b/>
          <w:bCs/>
          <w:lang w:val="en-US"/>
        </w:rPr>
        <w:t>Like Light</w:t>
      </w:r>
      <w:r w:rsidRPr="00E83883">
        <w:rPr>
          <w:lang w:val="en-US"/>
        </w:rPr>
        <w:t>.</w:t>
      </w:r>
    </w:p>
    <w:p w:rsidR="00E83883" w:rsidRPr="00E83883" w:rsidRDefault="00E83883" w:rsidP="00E83883">
      <w:pPr>
        <w:rPr>
          <w:lang w:val="en-US"/>
        </w:rPr>
      </w:pPr>
    </w:p>
    <w:p w:rsidR="00002D0A" w:rsidRDefault="00002D0A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002D0A" w:rsidRDefault="00002D0A" w:rsidP="00002D0A">
      <w:pPr>
        <w:pStyle w:val="21"/>
        <w:rPr>
          <w:sz w:val="27"/>
          <w:szCs w:val="27"/>
        </w:rPr>
      </w:pPr>
      <w:bookmarkStart w:id="9" w:name="_Toc195645076"/>
      <w:r>
        <w:lastRenderedPageBreak/>
        <w:t>Chapter 10. How to Come Home Without Leaving</w:t>
      </w:r>
      <w:bookmarkEnd w:id="9"/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 xml:space="preserve">— Do you ever miss home? — </w:t>
      </w:r>
      <w:proofErr w:type="spellStart"/>
      <w:r w:rsidRPr="00002D0A">
        <w:rPr>
          <w:rStyle w:val="af6"/>
          <w:lang w:val="en-US"/>
        </w:rPr>
        <w:t>Vanoel</w:t>
      </w:r>
      <w:proofErr w:type="spellEnd"/>
      <w:r w:rsidRPr="00002D0A">
        <w:rPr>
          <w:lang w:val="en-US"/>
        </w:rPr>
        <w:t xml:space="preserve"> asked.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They were walking along a narrow path through the field,</w:t>
      </w:r>
      <w:r w:rsidRPr="00002D0A">
        <w:rPr>
          <w:lang w:val="en-US"/>
        </w:rPr>
        <w:br/>
        <w:t>stepping on fallen leaves and soft grass.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 xml:space="preserve">— We’re not far from home, — said </w:t>
      </w:r>
      <w:proofErr w:type="spellStart"/>
      <w:r w:rsidRPr="00002D0A">
        <w:rPr>
          <w:rStyle w:val="af6"/>
          <w:lang w:val="en-US"/>
        </w:rPr>
        <w:t>Elira</w:t>
      </w:r>
      <w:proofErr w:type="spellEnd"/>
      <w:r w:rsidRPr="00002D0A">
        <w:rPr>
          <w:lang w:val="en-US"/>
        </w:rPr>
        <w:t>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 xml:space="preserve">— Not that kind of home, — </w:t>
      </w:r>
      <w:proofErr w:type="spellStart"/>
      <w:r w:rsidRPr="00002D0A">
        <w:rPr>
          <w:lang w:val="en-US"/>
        </w:rPr>
        <w:t>Vanoel</w:t>
      </w:r>
      <w:proofErr w:type="spellEnd"/>
      <w:r w:rsidRPr="00002D0A">
        <w:rPr>
          <w:lang w:val="en-US"/>
        </w:rPr>
        <w:t xml:space="preserve"> said, touching his chest.</w:t>
      </w:r>
      <w:r w:rsidRPr="00002D0A">
        <w:rPr>
          <w:lang w:val="en-US"/>
        </w:rPr>
        <w:br/>
        <w:t xml:space="preserve">— The </w:t>
      </w:r>
      <w:r w:rsidRPr="00002D0A">
        <w:rPr>
          <w:rStyle w:val="af7"/>
          <w:lang w:val="en-US"/>
        </w:rPr>
        <w:t>other</w:t>
      </w:r>
      <w:r w:rsidRPr="00002D0A">
        <w:rPr>
          <w:lang w:val="en-US"/>
        </w:rPr>
        <w:t xml:space="preserve"> one.</w:t>
      </w:r>
      <w:r w:rsidRPr="00002D0A">
        <w:rPr>
          <w:lang w:val="en-US"/>
        </w:rPr>
        <w:br/>
        <w:t>The one before this.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proofErr w:type="spellStart"/>
      <w:r w:rsidRPr="00002D0A">
        <w:rPr>
          <w:rStyle w:val="af6"/>
          <w:lang w:val="en-US"/>
        </w:rPr>
        <w:t>Seroel</w:t>
      </w:r>
      <w:proofErr w:type="spellEnd"/>
      <w:r w:rsidRPr="00002D0A">
        <w:rPr>
          <w:lang w:val="en-US"/>
        </w:rPr>
        <w:t xml:space="preserve"> didn’t answer right away.</w:t>
      </w:r>
      <w:r w:rsidRPr="00002D0A">
        <w:rPr>
          <w:lang w:val="en-US"/>
        </w:rPr>
        <w:br/>
        <w:t>He let the wind move through his hair.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Then he said: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 xml:space="preserve">— Sometimes, I think this </w:t>
      </w:r>
      <w:r w:rsidRPr="00002D0A">
        <w:rPr>
          <w:rStyle w:val="af7"/>
          <w:lang w:val="en-US"/>
        </w:rPr>
        <w:t>is</w:t>
      </w:r>
      <w:r w:rsidRPr="00002D0A">
        <w:rPr>
          <w:lang w:val="en-US"/>
        </w:rPr>
        <w:t xml:space="preserve"> home.</w:t>
      </w:r>
      <w:r w:rsidRPr="00002D0A">
        <w:rPr>
          <w:lang w:val="en-US"/>
        </w:rPr>
        <w:br/>
        <w:t>We just forgot.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proofErr w:type="spellStart"/>
      <w:r w:rsidRPr="00002D0A">
        <w:rPr>
          <w:lang w:val="en-US"/>
        </w:rPr>
        <w:t>Elira</w:t>
      </w:r>
      <w:proofErr w:type="spellEnd"/>
      <w:r w:rsidRPr="00002D0A">
        <w:rPr>
          <w:lang w:val="en-US"/>
        </w:rPr>
        <w:t xml:space="preserve"> tilted her head.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— But it doesn’t feel like it.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— That’s because we’re still trying to make everything make sense.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proofErr w:type="spellStart"/>
      <w:r w:rsidRPr="00002D0A">
        <w:rPr>
          <w:lang w:val="en-US"/>
        </w:rPr>
        <w:t>Vanoel</w:t>
      </w:r>
      <w:proofErr w:type="spellEnd"/>
      <w:r w:rsidRPr="00002D0A">
        <w:rPr>
          <w:lang w:val="en-US"/>
        </w:rPr>
        <w:t xml:space="preserve"> kicked a rock gently.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— It’s hard to feel at home when you’re trying to be someone.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lastRenderedPageBreak/>
        <w:t>They stopped by a tree.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proofErr w:type="spellStart"/>
      <w:r w:rsidRPr="00002D0A">
        <w:rPr>
          <w:lang w:val="en-US"/>
        </w:rPr>
        <w:t>Seroel</w:t>
      </w:r>
      <w:proofErr w:type="spellEnd"/>
      <w:r w:rsidRPr="00002D0A">
        <w:rPr>
          <w:lang w:val="en-US"/>
        </w:rPr>
        <w:t xml:space="preserve"> put his hand on the bark.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— When I forget everything — even who I’m supposed to be —</w:t>
      </w:r>
      <w:r w:rsidR="0063353F" w:rsidRPr="0063353F">
        <w:rPr>
          <w:lang w:val="en-US"/>
        </w:rPr>
        <w:t xml:space="preserve"> </w:t>
      </w:r>
      <w:r w:rsidRPr="00002D0A">
        <w:rPr>
          <w:lang w:val="en-US"/>
        </w:rPr>
        <w:t>I feel a kind of warmth in my chest.</w:t>
      </w:r>
      <w:r w:rsidRPr="00002D0A">
        <w:rPr>
          <w:lang w:val="en-US"/>
        </w:rPr>
        <w:br/>
        <w:t>Like I never left anything.</w:t>
      </w:r>
      <w:r w:rsidRPr="00002D0A">
        <w:rPr>
          <w:lang w:val="en-US"/>
        </w:rPr>
        <w:br/>
        <w:t>Like I’m already there.</w:t>
      </w:r>
    </w:p>
    <w:p w:rsidR="0063353F" w:rsidRDefault="0063353F" w:rsidP="00002D0A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22" name="Рисунок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Рисунок 67303691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53F" w:rsidRDefault="0063353F" w:rsidP="00002D0A">
      <w:pPr>
        <w:spacing w:before="100" w:beforeAutospacing="1" w:after="100" w:afterAutospacing="1"/>
        <w:rPr>
          <w:lang w:val="en-US"/>
        </w:rPr>
      </w:pP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proofErr w:type="spellStart"/>
      <w:r w:rsidRPr="00002D0A">
        <w:rPr>
          <w:lang w:val="en-US"/>
        </w:rPr>
        <w:lastRenderedPageBreak/>
        <w:t>Elira</w:t>
      </w:r>
      <w:proofErr w:type="spellEnd"/>
      <w:r w:rsidRPr="00002D0A">
        <w:rPr>
          <w:lang w:val="en-US"/>
        </w:rPr>
        <w:t xml:space="preserve"> touched her heart, too.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— I know that feeling.</w:t>
      </w:r>
      <w:r w:rsidRPr="00002D0A">
        <w:rPr>
          <w:lang w:val="en-US"/>
        </w:rPr>
        <w:br/>
        <w:t>It comes when I stop pretending to be strong.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proofErr w:type="spellStart"/>
      <w:r w:rsidRPr="00002D0A">
        <w:rPr>
          <w:lang w:val="en-US"/>
        </w:rPr>
        <w:t>Vanoel</w:t>
      </w:r>
      <w:proofErr w:type="spellEnd"/>
      <w:r w:rsidRPr="00002D0A">
        <w:rPr>
          <w:lang w:val="en-US"/>
        </w:rPr>
        <w:t xml:space="preserve"> added: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— Or when I let myself cry, but no one sees.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They sat down beneath the tree.</w:t>
      </w:r>
      <w:r w:rsidRPr="00002D0A">
        <w:rPr>
          <w:lang w:val="en-US"/>
        </w:rPr>
        <w:br/>
        <w:t>Didn’t talk.</w:t>
      </w:r>
      <w:r w:rsidRPr="00002D0A">
        <w:rPr>
          <w:lang w:val="en-US"/>
        </w:rPr>
        <w:br/>
        <w:t>Just listened.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The wind. The birds. The breath inside them.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 xml:space="preserve">Then </w:t>
      </w:r>
      <w:proofErr w:type="spellStart"/>
      <w:r w:rsidRPr="00002D0A">
        <w:rPr>
          <w:lang w:val="en-US"/>
        </w:rPr>
        <w:t>Seroel</w:t>
      </w:r>
      <w:proofErr w:type="spellEnd"/>
      <w:r w:rsidRPr="00002D0A">
        <w:rPr>
          <w:lang w:val="en-US"/>
        </w:rPr>
        <w:t xml:space="preserve"> whispered: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— Coming home isn’t about going somewhere.</w:t>
      </w:r>
      <w:r w:rsidRPr="00002D0A">
        <w:rPr>
          <w:lang w:val="en-US"/>
        </w:rPr>
        <w:br/>
        <w:t>It’s about remembering what’s already here.</w:t>
      </w:r>
      <w:r w:rsidRPr="00002D0A">
        <w:rPr>
          <w:lang w:val="en-US"/>
        </w:rPr>
        <w:br/>
        <w:t>Inside.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And in that moment,</w:t>
      </w:r>
      <w:r w:rsidRPr="00002D0A">
        <w:rPr>
          <w:lang w:val="en-US"/>
        </w:rPr>
        <w:br/>
        <w:t>everything around them</w:t>
      </w:r>
      <w:r w:rsidRPr="00002D0A">
        <w:rPr>
          <w:lang w:val="en-US"/>
        </w:rPr>
        <w:br/>
        <w:t>felt like it had always been waiting.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Not for words.</w:t>
      </w:r>
      <w:r w:rsidRPr="00002D0A">
        <w:rPr>
          <w:lang w:val="en-US"/>
        </w:rPr>
        <w:br/>
        <w:t>Not for answers.</w:t>
      </w:r>
    </w:p>
    <w:p w:rsidR="00002D0A" w:rsidRPr="00002D0A" w:rsidRDefault="00002D0A" w:rsidP="00002D0A">
      <w:pPr>
        <w:spacing w:before="100" w:beforeAutospacing="1" w:after="100" w:afterAutospacing="1"/>
        <w:rPr>
          <w:lang w:val="en-US"/>
        </w:rPr>
      </w:pPr>
      <w:r w:rsidRPr="00002D0A">
        <w:rPr>
          <w:lang w:val="en-US"/>
        </w:rPr>
        <w:t>Just for them to come home.</w:t>
      </w:r>
    </w:p>
    <w:p w:rsidR="00E83883" w:rsidRPr="00E83883" w:rsidRDefault="00E83883" w:rsidP="00E83883">
      <w:pPr>
        <w:rPr>
          <w:lang w:val="en-US"/>
        </w:rPr>
      </w:pPr>
    </w:p>
    <w:p w:rsidR="00DA0D0B" w:rsidRDefault="00DA0D0B" w:rsidP="00E5316B">
      <w:pPr>
        <w:pStyle w:val="21"/>
        <w:rPr>
          <w:sz w:val="27"/>
          <w:szCs w:val="27"/>
        </w:rPr>
      </w:pPr>
      <w:bookmarkStart w:id="10" w:name="_Toc195645077"/>
      <w:r>
        <w:lastRenderedPageBreak/>
        <w:t>Chapter 11. How to Hear What No One Says</w:t>
      </w:r>
      <w:bookmarkEnd w:id="10"/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That day, they didn’t meet under the tree.</w:t>
      </w:r>
      <w:r w:rsidRPr="00DA0D0B">
        <w:rPr>
          <w:lang w:val="en-US"/>
        </w:rPr>
        <w:br/>
        <w:t>Or by the bench.</w:t>
      </w:r>
      <w:r w:rsidRPr="00DA0D0B">
        <w:rPr>
          <w:lang w:val="en-US"/>
        </w:rPr>
        <w:br/>
        <w:t>Or even near the flowers.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They met in silence.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rStyle w:val="af6"/>
          <w:lang w:val="en-US"/>
        </w:rPr>
        <w:t>Seroel</w:t>
      </w:r>
      <w:proofErr w:type="spellEnd"/>
      <w:r w:rsidRPr="00DA0D0B">
        <w:rPr>
          <w:lang w:val="en-US"/>
        </w:rPr>
        <w:t xml:space="preserve"> was already there,</w:t>
      </w:r>
      <w:r w:rsidRPr="00DA0D0B">
        <w:rPr>
          <w:lang w:val="en-US"/>
        </w:rPr>
        <w:br/>
        <w:t>standing in the middle of the field,</w:t>
      </w:r>
      <w:r w:rsidRPr="00DA0D0B">
        <w:rPr>
          <w:lang w:val="en-US"/>
        </w:rPr>
        <w:br/>
        <w:t>eyes half-closed,</w:t>
      </w:r>
      <w:r w:rsidRPr="00DA0D0B">
        <w:rPr>
          <w:lang w:val="en-US"/>
        </w:rPr>
        <w:br/>
        <w:t>as if listening to something that wasn’t sound.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rStyle w:val="af6"/>
          <w:lang w:val="en-US"/>
        </w:rPr>
        <w:t>Elira</w:t>
      </w:r>
      <w:proofErr w:type="spellEnd"/>
      <w:r w:rsidRPr="00DA0D0B">
        <w:rPr>
          <w:lang w:val="en-US"/>
        </w:rPr>
        <w:t xml:space="preserve"> approached slowly.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She didn’t speak.</w:t>
      </w:r>
      <w:r w:rsidRPr="00DA0D0B">
        <w:rPr>
          <w:lang w:val="en-US"/>
        </w:rPr>
        <w:br/>
        <w:t>She didn’t even step on the dry leaves.</w:t>
      </w:r>
      <w:r w:rsidRPr="00DA0D0B">
        <w:rPr>
          <w:lang w:val="en-US"/>
        </w:rPr>
        <w:br/>
        <w:t>She just… came.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rStyle w:val="af6"/>
          <w:lang w:val="en-US"/>
        </w:rPr>
        <w:t>Vanoel</w:t>
      </w:r>
      <w:proofErr w:type="spellEnd"/>
      <w:r w:rsidRPr="00DA0D0B">
        <w:rPr>
          <w:lang w:val="en-US"/>
        </w:rPr>
        <w:t xml:space="preserve"> came last,</w:t>
      </w:r>
      <w:r w:rsidRPr="00DA0D0B">
        <w:rPr>
          <w:lang w:val="en-US"/>
        </w:rPr>
        <w:br/>
        <w:t>running, then stopping suddenly —</w:t>
      </w:r>
      <w:r w:rsidRPr="00DA0D0B">
        <w:rPr>
          <w:lang w:val="en-US"/>
        </w:rPr>
        <w:br/>
        <w:t>as if the air itself had asked him to be quiet.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They stood in a triangle.</w:t>
      </w:r>
      <w:r w:rsidRPr="00DA0D0B">
        <w:rPr>
          <w:lang w:val="en-US"/>
        </w:rPr>
        <w:br/>
        <w:t>Not planned. Not spoken.</w:t>
      </w:r>
      <w:r w:rsidRPr="00DA0D0B">
        <w:rPr>
          <w:lang w:val="en-US"/>
        </w:rPr>
        <w:br/>
        <w:t>Just perfect.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 xml:space="preserve">Then </w:t>
      </w:r>
      <w:proofErr w:type="spellStart"/>
      <w:r w:rsidRPr="00DA0D0B">
        <w:rPr>
          <w:lang w:val="en-US"/>
        </w:rPr>
        <w:t>Seroel</w:t>
      </w:r>
      <w:proofErr w:type="spellEnd"/>
      <w:r w:rsidRPr="00DA0D0B">
        <w:rPr>
          <w:lang w:val="en-US"/>
        </w:rPr>
        <w:t xml:space="preserve"> whispered: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— Don’t listen with your ears.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lang w:val="en-US"/>
        </w:rPr>
        <w:t>Vanoel</w:t>
      </w:r>
      <w:proofErr w:type="spellEnd"/>
      <w:r w:rsidRPr="00DA0D0B">
        <w:rPr>
          <w:lang w:val="en-US"/>
        </w:rPr>
        <w:t xml:space="preserve"> frowned.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lastRenderedPageBreak/>
        <w:t>— Then how?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lang w:val="en-US"/>
        </w:rPr>
        <w:t>Seroel</w:t>
      </w:r>
      <w:proofErr w:type="spellEnd"/>
      <w:r w:rsidRPr="00DA0D0B">
        <w:rPr>
          <w:lang w:val="en-US"/>
        </w:rPr>
        <w:t xml:space="preserve"> touched his own chest,</w:t>
      </w:r>
      <w:r w:rsidRPr="00DA0D0B">
        <w:rPr>
          <w:lang w:val="en-US"/>
        </w:rPr>
        <w:br/>
        <w:t>just above the heart.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— Here.</w:t>
      </w:r>
      <w:r w:rsidRPr="00DA0D0B">
        <w:rPr>
          <w:lang w:val="en-US"/>
        </w:rPr>
        <w:br/>
        <w:t>Where the wind doesn’t reach.</w:t>
      </w:r>
      <w:r w:rsidRPr="00DA0D0B">
        <w:rPr>
          <w:lang w:val="en-US"/>
        </w:rPr>
        <w:br/>
        <w:t>Where no one argues.</w:t>
      </w:r>
      <w:r w:rsidRPr="00DA0D0B">
        <w:rPr>
          <w:lang w:val="en-US"/>
        </w:rPr>
        <w:br/>
        <w:t>Where even you stop being noisy.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lang w:val="en-US"/>
        </w:rPr>
        <w:t>Elira</w:t>
      </w:r>
      <w:proofErr w:type="spellEnd"/>
      <w:r w:rsidRPr="00DA0D0B">
        <w:rPr>
          <w:lang w:val="en-US"/>
        </w:rPr>
        <w:t xml:space="preserve"> closed her eyes.</w:t>
      </w:r>
      <w:r w:rsidRPr="00DA0D0B">
        <w:rPr>
          <w:lang w:val="en-US"/>
        </w:rPr>
        <w:br/>
      </w:r>
      <w:proofErr w:type="spellStart"/>
      <w:r w:rsidRPr="00DA0D0B">
        <w:rPr>
          <w:lang w:val="en-US"/>
        </w:rPr>
        <w:t>Vanoel</w:t>
      </w:r>
      <w:proofErr w:type="spellEnd"/>
      <w:r w:rsidRPr="00DA0D0B">
        <w:rPr>
          <w:lang w:val="en-US"/>
        </w:rPr>
        <w:t xml:space="preserve"> too.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They breathed.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And then…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They heard it.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Not words.</w:t>
      </w:r>
      <w:r w:rsidRPr="00DA0D0B">
        <w:rPr>
          <w:lang w:val="en-US"/>
        </w:rPr>
        <w:br/>
        <w:t>Not music.</w:t>
      </w:r>
      <w:r w:rsidRPr="00DA0D0B">
        <w:rPr>
          <w:lang w:val="en-US"/>
        </w:rPr>
        <w:br/>
        <w:t>But something warm.</w:t>
      </w:r>
      <w:r w:rsidRPr="00DA0D0B">
        <w:rPr>
          <w:lang w:val="en-US"/>
        </w:rPr>
        <w:br/>
        <w:t>Like the sound a tree might make if it could sigh.</w:t>
      </w:r>
      <w:r w:rsidRPr="00DA0D0B">
        <w:rPr>
          <w:lang w:val="en-US"/>
        </w:rPr>
        <w:br/>
        <w:t>Like the sound of the world remembering itself.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lang w:val="en-US"/>
        </w:rPr>
        <w:t>Seroel</w:t>
      </w:r>
      <w:proofErr w:type="spellEnd"/>
      <w:r w:rsidRPr="00DA0D0B">
        <w:rPr>
          <w:lang w:val="en-US"/>
        </w:rPr>
        <w:t xml:space="preserve"> opened his eyes.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— That’s the language without letters.</w:t>
      </w:r>
      <w:r w:rsidRPr="00DA0D0B">
        <w:rPr>
          <w:lang w:val="en-US"/>
        </w:rPr>
        <w:br/>
        <w:t>The one you can’t learn —</w:t>
      </w:r>
      <w:r w:rsidRPr="00DA0D0B">
        <w:rPr>
          <w:lang w:val="en-US"/>
        </w:rPr>
        <w:br/>
        <w:t>only remember.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lang w:val="en-US"/>
        </w:rPr>
        <w:t>Elira</w:t>
      </w:r>
      <w:proofErr w:type="spellEnd"/>
      <w:r w:rsidRPr="00DA0D0B">
        <w:rPr>
          <w:lang w:val="en-US"/>
        </w:rPr>
        <w:t xml:space="preserve"> said quietly: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— I think it said… “Welcome back.”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proofErr w:type="spellStart"/>
      <w:r w:rsidRPr="00DA0D0B">
        <w:rPr>
          <w:lang w:val="en-US"/>
        </w:rPr>
        <w:lastRenderedPageBreak/>
        <w:t>Vanoel</w:t>
      </w:r>
      <w:proofErr w:type="spellEnd"/>
      <w:r w:rsidRPr="00DA0D0B">
        <w:rPr>
          <w:lang w:val="en-US"/>
        </w:rPr>
        <w:t xml:space="preserve"> wiped his eye.</w:t>
      </w:r>
    </w:p>
    <w:p w:rsidR="00DA0D0B" w:rsidRPr="00DA0D0B" w:rsidRDefault="00DA0D0B" w:rsidP="00DA0D0B">
      <w:pPr>
        <w:spacing w:before="100" w:beforeAutospacing="1" w:after="100" w:afterAutospacing="1"/>
        <w:rPr>
          <w:lang w:val="en-US"/>
        </w:rPr>
      </w:pPr>
      <w:r w:rsidRPr="00DA0D0B">
        <w:rPr>
          <w:lang w:val="en-US"/>
        </w:rPr>
        <w:t>— I didn’t even know I was gone.</w:t>
      </w:r>
    </w:p>
    <w:p w:rsidR="005260D8" w:rsidRPr="005260D8" w:rsidRDefault="002F56FE" w:rsidP="005260D8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93056" behindDoc="0" locked="0" layoutInCell="1" allowOverlap="1" ns6:anchorId="7B188CC0" ns6:editId="77DC968F">
            <wp:simplePos x="0" y="0"/>
            <wp:positionH relativeFrom="column">
              <wp:posOffset>0</wp:posOffset>
            </wp:positionH>
            <wp:positionV relativeFrom="paragraph">
              <wp:posOffset>350066</wp:posOffset>
            </wp:positionV>
            <wp:extent cx="3780000" cy="3780000"/>
            <wp:effectExtent l="0" t="0" r="5080" b="5080"/>
            <wp:wrapSquare wrapText="bothSides"/>
            <wp:docPr id="23" name="Рисунок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" name="Рисунок 188251371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="005260D8" w:rsidRPr="005260D8">
        <w:rPr>
          <w:lang w:val="en-US"/>
        </w:rPr>
        <w:t>They didn’t move for a long time.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Even the wind seemed to pause with them,</w:t>
      </w:r>
      <w:r w:rsidRPr="005260D8">
        <w:rPr>
          <w:lang w:val="en-US"/>
        </w:rPr>
        <w:br/>
        <w:t>as if it too was trying to listen.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A bird landed nearby.</w:t>
      </w:r>
      <w:r w:rsidRPr="005260D8">
        <w:rPr>
          <w:lang w:val="en-US"/>
        </w:rPr>
        <w:br/>
        <w:t>Didn’t sing.</w:t>
      </w:r>
      <w:r w:rsidRPr="005260D8">
        <w:rPr>
          <w:lang w:val="en-US"/>
        </w:rPr>
        <w:br/>
      </w:r>
      <w:r w:rsidRPr="005260D8">
        <w:rPr>
          <w:lang w:val="en-US"/>
        </w:rPr>
        <w:lastRenderedPageBreak/>
        <w:t>Just looked at them.</w:t>
      </w:r>
      <w:r w:rsidR="001A2AA4" w:rsidRPr="001A2AA4">
        <w:rPr>
          <w:noProof/>
          <w:lang w:val="en-US"/>
        </w:rPr>
        <w:t xml:space="preserve"> </w:t>
      </w:r>
      <w:r w:rsidRPr="005260D8">
        <w:rPr>
          <w:lang w:val="en-US"/>
        </w:rPr>
        <w:br/>
        <w:t>As if it knew.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 xml:space="preserve">Then </w:t>
      </w:r>
      <w:proofErr w:type="spellStart"/>
      <w:r w:rsidRPr="005260D8">
        <w:rPr>
          <w:rStyle w:val="af6"/>
          <w:lang w:val="en-US"/>
        </w:rPr>
        <w:t>Seroel</w:t>
      </w:r>
      <w:proofErr w:type="spellEnd"/>
      <w:r w:rsidRPr="005260D8">
        <w:rPr>
          <w:lang w:val="en-US"/>
        </w:rPr>
        <w:t xml:space="preserve"> said softly: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— Sometimes, when we get quiet enough,</w:t>
      </w:r>
      <w:r w:rsidRPr="005260D8">
        <w:rPr>
          <w:lang w:val="en-US"/>
        </w:rPr>
        <w:br/>
        <w:t>everything starts to speak.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proofErr w:type="spellStart"/>
      <w:r w:rsidRPr="005260D8">
        <w:rPr>
          <w:rStyle w:val="af6"/>
          <w:lang w:val="en-US"/>
        </w:rPr>
        <w:t>Elira</w:t>
      </w:r>
      <w:proofErr w:type="spellEnd"/>
      <w:r w:rsidRPr="005260D8">
        <w:rPr>
          <w:lang w:val="en-US"/>
        </w:rPr>
        <w:t xml:space="preserve"> nodded.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— Even the things that can’t.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 xml:space="preserve">— Especially those, — </w:t>
      </w:r>
      <w:proofErr w:type="spellStart"/>
      <w:r w:rsidRPr="005260D8">
        <w:rPr>
          <w:lang w:val="en-US"/>
        </w:rPr>
        <w:t>Seroel</w:t>
      </w:r>
      <w:proofErr w:type="spellEnd"/>
      <w:r w:rsidRPr="005260D8">
        <w:rPr>
          <w:lang w:val="en-US"/>
        </w:rPr>
        <w:t xml:space="preserve"> smiled.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proofErr w:type="spellStart"/>
      <w:r w:rsidRPr="005260D8">
        <w:rPr>
          <w:rStyle w:val="af6"/>
          <w:lang w:val="en-US"/>
        </w:rPr>
        <w:t>Vanoel</w:t>
      </w:r>
      <w:proofErr w:type="spellEnd"/>
      <w:r w:rsidRPr="005260D8">
        <w:rPr>
          <w:lang w:val="en-US"/>
        </w:rPr>
        <w:t xml:space="preserve"> sat down on the grass.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— What if I forget how to listen like this?</w:t>
      </w:r>
    </w:p>
    <w:p w:rsidR="005260D8" w:rsidRDefault="005260D8" w:rsidP="005260D8">
      <w:pPr>
        <w:spacing w:before="100" w:beforeAutospacing="1" w:after="100" w:afterAutospacing="1"/>
        <w:rPr>
          <w:lang w:val="en-US"/>
        </w:rPr>
      </w:pPr>
      <w:proofErr w:type="spellStart"/>
      <w:r w:rsidRPr="005260D8">
        <w:rPr>
          <w:lang w:val="en-US"/>
        </w:rPr>
        <w:t>Seroel</w:t>
      </w:r>
      <w:proofErr w:type="spellEnd"/>
      <w:r w:rsidRPr="005260D8">
        <w:rPr>
          <w:lang w:val="en-US"/>
        </w:rPr>
        <w:t xml:space="preserve"> joined him, sitting cross-legged.</w:t>
      </w:r>
    </w:p>
    <w:p w:rsidR="002F56FE" w:rsidRPr="005260D8" w:rsidRDefault="002F56FE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— You won’t.</w:t>
      </w:r>
      <w:r w:rsidRPr="005260D8">
        <w:rPr>
          <w:lang w:val="en-US"/>
        </w:rPr>
        <w:br/>
        <w:t>Not completely.</w:t>
      </w:r>
      <w:r w:rsidRPr="005260D8">
        <w:rPr>
          <w:lang w:val="en-US"/>
        </w:rPr>
        <w:br/>
        <w:t>Because now… you remember that it’s possible.</w:t>
      </w:r>
    </w:p>
    <w:p w:rsidR="005260D8" w:rsidRPr="005260D8" w:rsidRDefault="00E5316B" w:rsidP="005260D8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3780790" cy="3780790"/>
            <wp:effectExtent l="0" t="0" r="3810" b="3810"/>
            <wp:docPr id="24" name="Рисунок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Рисунок 17597412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proofErr w:type="spellStart"/>
      <w:r w:rsidRPr="005260D8">
        <w:rPr>
          <w:lang w:val="en-US"/>
        </w:rPr>
        <w:t>Elira</w:t>
      </w:r>
      <w:proofErr w:type="spellEnd"/>
      <w:r w:rsidRPr="005260D8">
        <w:rPr>
          <w:lang w:val="en-US"/>
        </w:rPr>
        <w:t xml:space="preserve"> sat too, and placed a hand over her heart again.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— I think the voice lives here.</w:t>
      </w:r>
      <w:r w:rsidRPr="005260D8">
        <w:rPr>
          <w:lang w:val="en-US"/>
        </w:rPr>
        <w:br/>
        <w:t>Not in thoughts,</w:t>
      </w:r>
      <w:r w:rsidRPr="005260D8">
        <w:rPr>
          <w:lang w:val="en-US"/>
        </w:rPr>
        <w:br/>
        <w:t>but in something deeper.</w:t>
      </w:r>
      <w:r w:rsidRPr="005260D8">
        <w:rPr>
          <w:lang w:val="en-US"/>
        </w:rPr>
        <w:br/>
        <w:t>Like a glow.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They sat together in the middle of the field.</w:t>
      </w:r>
      <w:r w:rsidRPr="005260D8">
        <w:rPr>
          <w:lang w:val="en-US"/>
        </w:rPr>
        <w:br/>
        <w:t>No one passed.</w:t>
      </w:r>
      <w:r w:rsidRPr="005260D8">
        <w:rPr>
          <w:lang w:val="en-US"/>
        </w:rPr>
        <w:br/>
        <w:t>No one called.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lastRenderedPageBreak/>
        <w:t>The world wasn’t gone —</w:t>
      </w:r>
      <w:r w:rsidRPr="005260D8">
        <w:rPr>
          <w:lang w:val="en-US"/>
        </w:rPr>
        <w:br/>
        <w:t>but it was… paused.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And in that pause,</w:t>
      </w:r>
      <w:r w:rsidRPr="005260D8">
        <w:rPr>
          <w:lang w:val="en-US"/>
        </w:rPr>
        <w:br/>
        <w:t>they could hear the silence</w:t>
      </w:r>
      <w:r w:rsidRPr="005260D8">
        <w:rPr>
          <w:lang w:val="en-US"/>
        </w:rPr>
        <w:br/>
        <w:t>not as absence,</w:t>
      </w:r>
      <w:r w:rsidRPr="005260D8">
        <w:rPr>
          <w:lang w:val="en-US"/>
        </w:rPr>
        <w:br/>
        <w:t>but as Presence.</w:t>
      </w:r>
    </w:p>
    <w:p w:rsidR="005260D8" w:rsidRPr="005260D8" w:rsidRDefault="002F56FE" w:rsidP="005260D8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25" name="Рисунок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" name="Рисунок 172873358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0D8" w:rsidRPr="005260D8">
        <w:rPr>
          <w:lang w:val="en-US"/>
        </w:rPr>
        <w:t xml:space="preserve">Then </w:t>
      </w:r>
      <w:proofErr w:type="spellStart"/>
      <w:r w:rsidR="005260D8" w:rsidRPr="005260D8">
        <w:rPr>
          <w:lang w:val="en-US"/>
        </w:rPr>
        <w:t>Seroel</w:t>
      </w:r>
      <w:proofErr w:type="spellEnd"/>
      <w:r w:rsidR="005260D8" w:rsidRPr="005260D8">
        <w:rPr>
          <w:lang w:val="en-US"/>
        </w:rPr>
        <w:t xml:space="preserve"> whispered: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— What if the Light has always been speaking,</w:t>
      </w:r>
      <w:r w:rsidRPr="005260D8">
        <w:rPr>
          <w:lang w:val="en-US"/>
        </w:rPr>
        <w:br/>
        <w:t>and it was us who were too loud to notice?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proofErr w:type="spellStart"/>
      <w:r w:rsidRPr="005260D8">
        <w:rPr>
          <w:lang w:val="en-US"/>
        </w:rPr>
        <w:lastRenderedPageBreak/>
        <w:t>Vanoel</w:t>
      </w:r>
      <w:proofErr w:type="spellEnd"/>
      <w:r w:rsidRPr="005260D8">
        <w:rPr>
          <w:lang w:val="en-US"/>
        </w:rPr>
        <w:t xml:space="preserve"> smiled.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— Then let’s stay quiet a little longer.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They did.</w:t>
      </w:r>
      <w:r w:rsidRPr="005260D8">
        <w:rPr>
          <w:lang w:val="en-US"/>
        </w:rPr>
        <w:br/>
        <w:t>Not because it was a rule.</w:t>
      </w:r>
      <w:r w:rsidRPr="005260D8">
        <w:rPr>
          <w:lang w:val="en-US"/>
        </w:rPr>
        <w:br/>
        <w:t>But because something inside them</w:t>
      </w:r>
      <w:r w:rsidRPr="005260D8">
        <w:rPr>
          <w:lang w:val="en-US"/>
        </w:rPr>
        <w:br/>
        <w:t>wanted to listen more</w:t>
      </w:r>
      <w:r w:rsidRPr="005260D8">
        <w:rPr>
          <w:lang w:val="en-US"/>
        </w:rPr>
        <w:br/>
        <w:t>than it wanted to speak.</w:t>
      </w:r>
    </w:p>
    <w:p w:rsidR="005260D8" w:rsidRPr="005260D8" w:rsidRDefault="005260D8" w:rsidP="005260D8">
      <w:pPr>
        <w:spacing w:before="100" w:beforeAutospacing="1" w:after="100" w:afterAutospacing="1"/>
        <w:rPr>
          <w:lang w:val="en-US"/>
        </w:rPr>
      </w:pPr>
      <w:r w:rsidRPr="005260D8">
        <w:rPr>
          <w:lang w:val="en-US"/>
        </w:rPr>
        <w:t>And for a while,</w:t>
      </w:r>
      <w:r w:rsidRPr="005260D8">
        <w:rPr>
          <w:lang w:val="en-US"/>
        </w:rPr>
        <w:br/>
        <w:t>that was enough.</w:t>
      </w:r>
    </w:p>
    <w:p w:rsidR="009C4DDB" w:rsidRDefault="009C4DDB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9C4DDB" w:rsidRDefault="009C4DDB" w:rsidP="009C4DDB">
      <w:pPr>
        <w:pStyle w:val="21"/>
        <w:rPr>
          <w:sz w:val="27"/>
          <w:szCs w:val="27"/>
        </w:rPr>
      </w:pPr>
      <w:bookmarkStart w:id="11" w:name="_Toc195645078"/>
      <w:r>
        <w:lastRenderedPageBreak/>
        <w:t>Chapter 12. How Not to Get Lost in a Big World</w:t>
      </w:r>
      <w:bookmarkEnd w:id="11"/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The city was louder than they remembered.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Cars. Voices. Flashing signs.</w:t>
      </w:r>
      <w:r w:rsidRPr="009C4DDB">
        <w:rPr>
          <w:lang w:val="en-US"/>
        </w:rPr>
        <w:br/>
        <w:t>Everything moved fast,</w:t>
      </w:r>
      <w:r w:rsidRPr="009C4DDB">
        <w:rPr>
          <w:lang w:val="en-US"/>
        </w:rPr>
        <w:br/>
        <w:t>and no one seemed to see each other.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proofErr w:type="spellStart"/>
      <w:r w:rsidRPr="009C4DDB">
        <w:rPr>
          <w:rStyle w:val="af6"/>
          <w:lang w:val="en-US"/>
        </w:rPr>
        <w:t>Seroel</w:t>
      </w:r>
      <w:proofErr w:type="spellEnd"/>
      <w:r w:rsidRPr="009C4DDB">
        <w:rPr>
          <w:lang w:val="en-US"/>
        </w:rPr>
        <w:t xml:space="preserve">, </w:t>
      </w:r>
      <w:proofErr w:type="spellStart"/>
      <w:r w:rsidRPr="009C4DDB">
        <w:rPr>
          <w:rStyle w:val="af6"/>
          <w:lang w:val="en-US"/>
        </w:rPr>
        <w:t>Elira</w:t>
      </w:r>
      <w:proofErr w:type="spellEnd"/>
      <w:r w:rsidRPr="009C4DDB">
        <w:rPr>
          <w:lang w:val="en-US"/>
        </w:rPr>
        <w:t xml:space="preserve">, and </w:t>
      </w:r>
      <w:proofErr w:type="spellStart"/>
      <w:r w:rsidRPr="009C4DDB">
        <w:rPr>
          <w:rStyle w:val="af6"/>
          <w:lang w:val="en-US"/>
        </w:rPr>
        <w:t>Vanoel</w:t>
      </w:r>
      <w:proofErr w:type="spellEnd"/>
      <w:r w:rsidRPr="009C4DDB">
        <w:rPr>
          <w:lang w:val="en-US"/>
        </w:rPr>
        <w:t xml:space="preserve"> walked together,</w:t>
      </w:r>
      <w:r w:rsidRPr="009C4DDB">
        <w:rPr>
          <w:lang w:val="en-US"/>
        </w:rPr>
        <w:br/>
        <w:t>holding hands.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 xml:space="preserve">— Why do people look down when they walk? — asked </w:t>
      </w:r>
      <w:proofErr w:type="spellStart"/>
      <w:r w:rsidRPr="009C4DDB">
        <w:rPr>
          <w:lang w:val="en-US"/>
        </w:rPr>
        <w:t>Vanoel</w:t>
      </w:r>
      <w:proofErr w:type="spellEnd"/>
      <w:r w:rsidRPr="009C4DDB">
        <w:rPr>
          <w:lang w:val="en-US"/>
        </w:rPr>
        <w:t>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 xml:space="preserve">— Maybe they’re tired, — said </w:t>
      </w:r>
      <w:proofErr w:type="spellStart"/>
      <w:r w:rsidRPr="009C4DDB">
        <w:rPr>
          <w:lang w:val="en-US"/>
        </w:rPr>
        <w:t>Elira</w:t>
      </w:r>
      <w:proofErr w:type="spellEnd"/>
      <w:r w:rsidRPr="009C4DDB">
        <w:rPr>
          <w:lang w:val="en-US"/>
        </w:rPr>
        <w:t>.</w:t>
      </w:r>
      <w:r w:rsidRPr="009C4DDB">
        <w:rPr>
          <w:lang w:val="en-US"/>
        </w:rPr>
        <w:br/>
        <w:t>— Or maybe… they forgot there’s sky.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proofErr w:type="spellStart"/>
      <w:r w:rsidRPr="009C4DDB">
        <w:rPr>
          <w:lang w:val="en-US"/>
        </w:rPr>
        <w:t>Seroel</w:t>
      </w:r>
      <w:proofErr w:type="spellEnd"/>
      <w:r w:rsidRPr="009C4DDB">
        <w:rPr>
          <w:lang w:val="en-US"/>
        </w:rPr>
        <w:t xml:space="preserve"> didn’t answer.</w:t>
      </w:r>
      <w:r w:rsidRPr="009C4DDB">
        <w:rPr>
          <w:lang w:val="en-US"/>
        </w:rPr>
        <w:br/>
        <w:t>He just looked around —</w:t>
      </w:r>
      <w:r w:rsidRPr="009C4DDB">
        <w:rPr>
          <w:lang w:val="en-US"/>
        </w:rPr>
        <w:br/>
        <w:t>at the tall buildings,</w:t>
      </w:r>
      <w:r w:rsidRPr="009C4DDB">
        <w:rPr>
          <w:lang w:val="en-US"/>
        </w:rPr>
        <w:br/>
        <w:t>the glowing screens,</w:t>
      </w:r>
      <w:r w:rsidRPr="009C4DDB">
        <w:rPr>
          <w:lang w:val="en-US"/>
        </w:rPr>
        <w:br/>
        <w:t>the rushing faces.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He whispered: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— So much light.</w:t>
      </w:r>
      <w:r w:rsidRPr="009C4DDB">
        <w:rPr>
          <w:lang w:val="en-US"/>
        </w:rPr>
        <w:br/>
        <w:t>And still… they feel in the dark.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They sat on a bench near a busy street.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No birds.</w:t>
      </w:r>
      <w:r w:rsidRPr="009C4DDB">
        <w:rPr>
          <w:lang w:val="en-US"/>
        </w:rPr>
        <w:br/>
        <w:t>No butterflies.</w:t>
      </w:r>
      <w:r w:rsidRPr="009C4DDB">
        <w:rPr>
          <w:lang w:val="en-US"/>
        </w:rPr>
        <w:br/>
        <w:t>Just the sound of engines and hurry.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proofErr w:type="spellStart"/>
      <w:r w:rsidRPr="009C4DDB">
        <w:rPr>
          <w:lang w:val="en-US"/>
        </w:rPr>
        <w:lastRenderedPageBreak/>
        <w:t>Elira</w:t>
      </w:r>
      <w:proofErr w:type="spellEnd"/>
      <w:r w:rsidRPr="009C4DDB">
        <w:rPr>
          <w:lang w:val="en-US"/>
        </w:rPr>
        <w:t xml:space="preserve"> said: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— I feel like I’m disappearing here.</w:t>
      </w:r>
    </w:p>
    <w:p w:rsidR="009C4DDB" w:rsidRPr="009C4DDB" w:rsidRDefault="00741A55" w:rsidP="009C4DDB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26" name="Рисунок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Рисунок 75816651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9C4DDB" w:rsidRPr="009C4DDB">
        <w:rPr>
          <w:lang w:val="en-US"/>
        </w:rPr>
        <w:t>Seroel</w:t>
      </w:r>
      <w:proofErr w:type="spellEnd"/>
      <w:r w:rsidR="009C4DDB" w:rsidRPr="009C4DDB">
        <w:rPr>
          <w:lang w:val="en-US"/>
        </w:rPr>
        <w:t xml:space="preserve"> turned to her gently: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— Then hold something inside.</w:t>
      </w:r>
      <w:r w:rsidRPr="009C4DDB">
        <w:rPr>
          <w:lang w:val="en-US"/>
        </w:rPr>
        <w:br/>
        <w:t>Not a thought.</w:t>
      </w:r>
      <w:r w:rsidRPr="009C4DDB">
        <w:rPr>
          <w:lang w:val="en-US"/>
        </w:rPr>
        <w:br/>
        <w:t>A thread.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— What thread?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lastRenderedPageBreak/>
        <w:t>— The one that connects you to yourself.</w:t>
      </w:r>
      <w:r w:rsidRPr="009C4DDB">
        <w:rPr>
          <w:lang w:val="en-US"/>
        </w:rPr>
        <w:br/>
        <w:t>To the part that doesn’t change —</w:t>
      </w:r>
      <w:r w:rsidRPr="009C4DDB">
        <w:rPr>
          <w:lang w:val="en-US"/>
        </w:rPr>
        <w:br/>
        <w:t>even when the world does.</w:t>
      </w:r>
    </w:p>
    <w:p w:rsidR="009C4DDB" w:rsidRPr="008F7FDD" w:rsidRDefault="009C4DDB" w:rsidP="009C4DDB">
      <w:pPr>
        <w:spacing w:before="100" w:beforeAutospacing="1" w:after="100" w:afterAutospacing="1"/>
        <w:rPr>
          <w:lang w:val="en-US"/>
        </w:rPr>
      </w:pPr>
      <w:proofErr w:type="spellStart"/>
      <w:r w:rsidRPr="008F7FDD">
        <w:rPr>
          <w:lang w:val="en-US"/>
        </w:rPr>
        <w:t>Vanoel</w:t>
      </w:r>
      <w:proofErr w:type="spellEnd"/>
      <w:r w:rsidRPr="008F7FDD">
        <w:rPr>
          <w:lang w:val="en-US"/>
        </w:rPr>
        <w:t xml:space="preserve"> whispered: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— Like when I hold my breath</w:t>
      </w:r>
      <w:r w:rsidRPr="009C4DDB">
        <w:rPr>
          <w:lang w:val="en-US"/>
        </w:rPr>
        <w:br/>
        <w:t>and remember I’m not just a body.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proofErr w:type="spellStart"/>
      <w:r w:rsidRPr="009C4DDB">
        <w:rPr>
          <w:lang w:val="en-US"/>
        </w:rPr>
        <w:t>Seroel</w:t>
      </w:r>
      <w:proofErr w:type="spellEnd"/>
      <w:r w:rsidRPr="009C4DDB">
        <w:rPr>
          <w:lang w:val="en-US"/>
        </w:rPr>
        <w:t xml:space="preserve"> nodded: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— That’s it.</w:t>
      </w:r>
      <w:r w:rsidRPr="009C4DDB">
        <w:rPr>
          <w:lang w:val="en-US"/>
        </w:rPr>
        <w:br/>
        <w:t>You can walk through noise —</w:t>
      </w:r>
      <w:r w:rsidRPr="009C4DDB">
        <w:rPr>
          <w:lang w:val="en-US"/>
        </w:rPr>
        <w:br/>
        <w:t>and still be silence.</w:t>
      </w:r>
      <w:r w:rsidRPr="009C4DDB">
        <w:rPr>
          <w:lang w:val="en-US"/>
        </w:rPr>
        <w:br/>
        <w:t>You can pass through crowds —</w:t>
      </w:r>
      <w:r w:rsidRPr="009C4DDB">
        <w:rPr>
          <w:lang w:val="en-US"/>
        </w:rPr>
        <w:br/>
        <w:t>and still be whole.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proofErr w:type="spellStart"/>
      <w:r w:rsidRPr="009C4DDB">
        <w:rPr>
          <w:lang w:val="en-US"/>
        </w:rPr>
        <w:t>Elira</w:t>
      </w:r>
      <w:proofErr w:type="spellEnd"/>
      <w:r w:rsidRPr="009C4DDB">
        <w:rPr>
          <w:lang w:val="en-US"/>
        </w:rPr>
        <w:t xml:space="preserve"> asked: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— But how do I know I haven’t lost it?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proofErr w:type="spellStart"/>
      <w:r w:rsidRPr="009C4DDB">
        <w:rPr>
          <w:lang w:val="en-US"/>
        </w:rPr>
        <w:t>Seroel</w:t>
      </w:r>
      <w:proofErr w:type="spellEnd"/>
      <w:r w:rsidRPr="009C4DDB">
        <w:rPr>
          <w:lang w:val="en-US"/>
        </w:rPr>
        <w:t xml:space="preserve"> smiled:</w:t>
      </w:r>
    </w:p>
    <w:p w:rsidR="009C4DDB" w:rsidRPr="009C4DDB" w:rsidRDefault="009C4DDB" w:rsidP="009C4DDB">
      <w:pPr>
        <w:spacing w:before="100" w:beforeAutospacing="1" w:after="100" w:afterAutospacing="1"/>
        <w:rPr>
          <w:lang w:val="en-US"/>
        </w:rPr>
      </w:pPr>
      <w:r w:rsidRPr="009C4DDB">
        <w:rPr>
          <w:lang w:val="en-US"/>
        </w:rPr>
        <w:t>— If you ask that —</w:t>
      </w:r>
      <w:r w:rsidRPr="009C4DDB">
        <w:rPr>
          <w:lang w:val="en-US"/>
        </w:rPr>
        <w:br/>
        <w:t>you haven’t.</w:t>
      </w:r>
    </w:p>
    <w:p w:rsidR="00741A55" w:rsidRDefault="00741A55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741A55" w:rsidRDefault="00741A55" w:rsidP="00741A55">
      <w:pPr>
        <w:pStyle w:val="21"/>
      </w:pPr>
      <w:bookmarkStart w:id="12" w:name="_Toc195645079"/>
      <w:r>
        <w:lastRenderedPageBreak/>
        <w:t>Chapter 13. How to Speak Without Words</w:t>
      </w:r>
      <w:bookmarkEnd w:id="12"/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They were sitting at a table in the cafeteria.</w:t>
      </w:r>
      <w:r w:rsidRPr="00741A55">
        <w:rPr>
          <w:lang w:val="en-US"/>
        </w:rPr>
        <w:br/>
        <w:t>Everyone around them was talking, laughing, eating.</w:t>
      </w:r>
      <w:r w:rsidRPr="00741A55">
        <w:rPr>
          <w:lang w:val="en-US"/>
        </w:rPr>
        <w:br/>
        <w:t>Noise filled the air — spoons, trays, voices.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 xml:space="preserve">But </w:t>
      </w:r>
      <w:proofErr w:type="spellStart"/>
      <w:r w:rsidRPr="00741A55">
        <w:rPr>
          <w:rStyle w:val="af6"/>
          <w:lang w:val="en-US"/>
        </w:rPr>
        <w:t>Seroel</w:t>
      </w:r>
      <w:proofErr w:type="spellEnd"/>
      <w:r w:rsidRPr="00741A55">
        <w:rPr>
          <w:lang w:val="en-US"/>
        </w:rPr>
        <w:t xml:space="preserve"> wasn’t saying anything.</w:t>
      </w:r>
      <w:r w:rsidRPr="00741A55">
        <w:rPr>
          <w:lang w:val="en-US"/>
        </w:rPr>
        <w:br/>
        <w:t>He just looked at his sandwich.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rStyle w:val="af6"/>
          <w:lang w:val="en-US"/>
        </w:rPr>
        <w:t>Elira</w:t>
      </w:r>
      <w:proofErr w:type="spellEnd"/>
      <w:r w:rsidRPr="00741A55">
        <w:rPr>
          <w:lang w:val="en-US"/>
        </w:rPr>
        <w:t xml:space="preserve"> nudged him.</w:t>
      </w:r>
    </w:p>
    <w:p w:rsidR="00DF5212" w:rsidRDefault="00741A55" w:rsidP="00741A55">
      <w:pPr>
        <w:pStyle w:val="afff"/>
        <w:rPr>
          <w:noProof/>
          <w:lang w:val="en-US"/>
        </w:rPr>
      </w:pPr>
      <w:r w:rsidRPr="00741A55">
        <w:rPr>
          <w:lang w:val="en-US"/>
        </w:rPr>
        <w:t>— Are you okay?</w:t>
      </w:r>
      <w:r w:rsidR="00DF5212" w:rsidRPr="00DF5212">
        <w:rPr>
          <w:noProof/>
          <w:lang w:val="en-US"/>
        </w:rPr>
        <w:t xml:space="preserve"> </w:t>
      </w:r>
      <w:r w:rsidR="00DF5212">
        <w:rPr>
          <w:noProof/>
          <w:lang w:val="en-US"/>
        </w:rPr>
        <w:drawing>
          <wp:inline distT="0" distB="0" distL="0" distR="0" ns6:anchorId="5409E1BC" ns6:editId="1A25BE58">
            <wp:extent cx="3715657" cy="3715657"/>
            <wp:effectExtent l="0" t="0" r="5715" b="5715"/>
            <wp:docPr id="27" name="Рисунок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" name="Рисунок 162282877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17104" cy="371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lastRenderedPageBreak/>
        <w:t>He looked up.</w:t>
      </w:r>
      <w:r w:rsidRPr="00741A55">
        <w:rPr>
          <w:lang w:val="en-US"/>
        </w:rPr>
        <w:br/>
        <w:t>Smiled a little.</w:t>
      </w:r>
      <w:r w:rsidRPr="00741A55">
        <w:rPr>
          <w:lang w:val="en-US"/>
        </w:rPr>
        <w:br/>
        <w:t>Then shook his head — not “no,”</w:t>
      </w:r>
      <w:r w:rsidRPr="00741A55">
        <w:rPr>
          <w:lang w:val="en-US"/>
        </w:rPr>
        <w:br/>
        <w:t>but something softer. Like “I’m here, just quiet.”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rStyle w:val="af6"/>
          <w:lang w:val="en-US"/>
        </w:rPr>
        <w:t>Vanoel</w:t>
      </w:r>
      <w:proofErr w:type="spellEnd"/>
      <w:r w:rsidRPr="00741A55">
        <w:rPr>
          <w:lang w:val="en-US"/>
        </w:rPr>
        <w:t xml:space="preserve"> asked: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— Are you mad?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lang w:val="en-US"/>
        </w:rPr>
        <w:t>Seroel</w:t>
      </w:r>
      <w:proofErr w:type="spellEnd"/>
      <w:r w:rsidRPr="00741A55">
        <w:rPr>
          <w:lang w:val="en-US"/>
        </w:rPr>
        <w:t xml:space="preserve"> shook his head again.</w:t>
      </w:r>
      <w:r w:rsidRPr="00741A55">
        <w:rPr>
          <w:lang w:val="en-US"/>
        </w:rPr>
        <w:br/>
        <w:t>Then tapped his chest lightly.</w:t>
      </w:r>
      <w:r w:rsidRPr="00741A55">
        <w:rPr>
          <w:lang w:val="en-US"/>
        </w:rPr>
        <w:br/>
        <w:t>Put his hand flat on the table.</w:t>
      </w:r>
      <w:r w:rsidRPr="00741A55">
        <w:rPr>
          <w:lang w:val="en-US"/>
        </w:rPr>
        <w:br/>
        <w:t>Then looked at them both with a gaze</w:t>
      </w:r>
      <w:r w:rsidRPr="00741A55">
        <w:rPr>
          <w:lang w:val="en-US"/>
        </w:rPr>
        <w:br/>
        <w:t>so deep, it didn’t need sound.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lang w:val="en-US"/>
        </w:rPr>
        <w:t>Elira’s</w:t>
      </w:r>
      <w:proofErr w:type="spellEnd"/>
      <w:r w:rsidRPr="00741A55">
        <w:rPr>
          <w:lang w:val="en-US"/>
        </w:rPr>
        <w:t xml:space="preserve"> face softened.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— You’re listening, aren’t you?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lang w:val="en-US"/>
        </w:rPr>
        <w:t>Seroel</w:t>
      </w:r>
      <w:proofErr w:type="spellEnd"/>
      <w:r w:rsidRPr="00741A55">
        <w:rPr>
          <w:lang w:val="en-US"/>
        </w:rPr>
        <w:t xml:space="preserve"> nodded.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lang w:val="en-US"/>
        </w:rPr>
        <w:t>Vanoel</w:t>
      </w:r>
      <w:proofErr w:type="spellEnd"/>
      <w:r w:rsidRPr="00741A55">
        <w:rPr>
          <w:lang w:val="en-US"/>
        </w:rPr>
        <w:t xml:space="preserve"> tilted his head.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— To what?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lang w:val="en-US"/>
        </w:rPr>
        <w:t>Seroel</w:t>
      </w:r>
      <w:proofErr w:type="spellEnd"/>
      <w:r w:rsidRPr="00741A55">
        <w:rPr>
          <w:lang w:val="en-US"/>
        </w:rPr>
        <w:t xml:space="preserve"> smiled.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Then, without speaking, he reached out</w:t>
      </w:r>
      <w:r w:rsidRPr="00741A55">
        <w:rPr>
          <w:lang w:val="en-US"/>
        </w:rPr>
        <w:br/>
        <w:t xml:space="preserve">and gently touched </w:t>
      </w:r>
      <w:proofErr w:type="spellStart"/>
      <w:r w:rsidRPr="00741A55">
        <w:rPr>
          <w:lang w:val="en-US"/>
        </w:rPr>
        <w:t>Vanoel’s</w:t>
      </w:r>
      <w:proofErr w:type="spellEnd"/>
      <w:r w:rsidRPr="00741A55">
        <w:rPr>
          <w:lang w:val="en-US"/>
        </w:rPr>
        <w:t xml:space="preserve"> shoulder.</w:t>
      </w:r>
      <w:r w:rsidRPr="00741A55">
        <w:rPr>
          <w:lang w:val="en-US"/>
        </w:rPr>
        <w:br/>
        <w:t xml:space="preserve">Then </w:t>
      </w:r>
      <w:proofErr w:type="spellStart"/>
      <w:r w:rsidRPr="00741A55">
        <w:rPr>
          <w:lang w:val="en-US"/>
        </w:rPr>
        <w:t>Elira’s</w:t>
      </w:r>
      <w:proofErr w:type="spellEnd"/>
      <w:r w:rsidRPr="00741A55">
        <w:rPr>
          <w:lang w:val="en-US"/>
        </w:rPr>
        <w:t xml:space="preserve"> hand.</w:t>
      </w:r>
      <w:r w:rsidRPr="00741A55">
        <w:rPr>
          <w:lang w:val="en-US"/>
        </w:rPr>
        <w:br/>
        <w:t>Then pointed toward the window,</w:t>
      </w:r>
      <w:r w:rsidRPr="00741A55">
        <w:rPr>
          <w:lang w:val="en-US"/>
        </w:rPr>
        <w:br/>
        <w:t>where light was falling on the floor in a golden path.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He didn’t say a word.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lastRenderedPageBreak/>
        <w:t>But they both knew what he meant: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rStyle w:val="af6"/>
          <w:lang w:val="en-US"/>
        </w:rPr>
        <w:t>“Look. It’s speaking.”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And it was.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The sunlight.</w:t>
      </w:r>
      <w:r w:rsidRPr="00741A55">
        <w:rPr>
          <w:lang w:val="en-US"/>
        </w:rPr>
        <w:br/>
        <w:t>The stillness.</w:t>
      </w:r>
      <w:r w:rsidRPr="00741A55">
        <w:rPr>
          <w:lang w:val="en-US"/>
        </w:rPr>
        <w:br/>
        <w:t>Even the crumbs on the table —</w:t>
      </w:r>
      <w:r w:rsidRPr="00741A55">
        <w:rPr>
          <w:lang w:val="en-US"/>
        </w:rPr>
        <w:br/>
        <w:t>everything was whispering something</w:t>
      </w:r>
      <w:r w:rsidRPr="00741A55">
        <w:rPr>
          <w:lang w:val="en-US"/>
        </w:rPr>
        <w:br/>
        <w:t>without needing a single syllable.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lang w:val="en-US"/>
        </w:rPr>
        <w:t>Vanoel</w:t>
      </w:r>
      <w:proofErr w:type="spellEnd"/>
      <w:r w:rsidRPr="00741A55">
        <w:rPr>
          <w:lang w:val="en-US"/>
        </w:rPr>
        <w:t xml:space="preserve"> whispered: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— This is like… talking with your heart.</w:t>
      </w:r>
    </w:p>
    <w:p w:rsidR="00741A55" w:rsidRPr="00741A55" w:rsidRDefault="00741A55" w:rsidP="00741A55">
      <w:pPr>
        <w:pStyle w:val="afff"/>
        <w:rPr>
          <w:lang w:val="en-US"/>
        </w:rPr>
      </w:pPr>
      <w:proofErr w:type="spellStart"/>
      <w:r w:rsidRPr="00741A55">
        <w:rPr>
          <w:lang w:val="en-US"/>
        </w:rPr>
        <w:t>Seroel</w:t>
      </w:r>
      <w:proofErr w:type="spellEnd"/>
      <w:r w:rsidRPr="00741A55">
        <w:rPr>
          <w:lang w:val="en-US"/>
        </w:rPr>
        <w:t xml:space="preserve"> nodded.</w:t>
      </w:r>
    </w:p>
    <w:p w:rsidR="00741A55" w:rsidRPr="00741A55" w:rsidRDefault="00741A55" w:rsidP="00741A55">
      <w:pPr>
        <w:pStyle w:val="afff"/>
        <w:rPr>
          <w:lang w:val="en-US"/>
        </w:rPr>
      </w:pPr>
      <w:r w:rsidRPr="00741A55">
        <w:rPr>
          <w:lang w:val="en-US"/>
        </w:rPr>
        <w:t>— You don’t always need words</w:t>
      </w:r>
      <w:r w:rsidRPr="00741A55">
        <w:rPr>
          <w:lang w:val="en-US"/>
        </w:rPr>
        <w:br/>
        <w:t>when the feeling is clear.</w:t>
      </w:r>
    </w:p>
    <w:p w:rsidR="00DF5212" w:rsidRDefault="00DF5212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DF5212" w:rsidRDefault="00DF5212" w:rsidP="00DF5212">
      <w:pPr>
        <w:pStyle w:val="21"/>
        <w:rPr>
          <w:sz w:val="27"/>
          <w:szCs w:val="27"/>
        </w:rPr>
      </w:pPr>
      <w:bookmarkStart w:id="13" w:name="_Toc195645080"/>
      <w:r>
        <w:lastRenderedPageBreak/>
        <w:t>Chapter 14. Why the Stars Shine at Night</w:t>
      </w:r>
      <w:bookmarkEnd w:id="13"/>
    </w:p>
    <w:p w:rsidR="00DF5212" w:rsidRPr="00DF5212" w:rsidRDefault="00DF5212" w:rsidP="00DF5212">
      <w:pPr>
        <w:spacing w:before="100" w:beforeAutospacing="1" w:after="100" w:afterAutospacing="1"/>
        <w:rPr>
          <w:lang w:val="en-US"/>
        </w:rPr>
      </w:pPr>
      <w:r w:rsidRPr="00DF5212">
        <w:rPr>
          <w:lang w:val="en-US"/>
        </w:rPr>
        <w:t xml:space="preserve">— I don’t like the dark, — said </w:t>
      </w:r>
      <w:proofErr w:type="spellStart"/>
      <w:r w:rsidRPr="00DF5212">
        <w:rPr>
          <w:rStyle w:val="af6"/>
          <w:lang w:val="en-US"/>
        </w:rPr>
        <w:t>Vanoel</w:t>
      </w:r>
      <w:proofErr w:type="spellEnd"/>
      <w:r w:rsidRPr="00DF5212">
        <w:rPr>
          <w:lang w:val="en-US"/>
        </w:rPr>
        <w:t>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DF5212">
        <w:rPr>
          <w:lang w:val="en-US"/>
        </w:rPr>
        <w:t xml:space="preserve">They were </w:t>
      </w:r>
      <w:r w:rsidR="00B42E78">
        <w:rPr>
          <w:lang w:val="en-US"/>
        </w:rPr>
        <w:t>sitting</w:t>
      </w:r>
      <w:r w:rsidRPr="00DF5212">
        <w:rPr>
          <w:lang w:val="en-US"/>
        </w:rPr>
        <w:t xml:space="preserve"> on the grass after sunset.</w:t>
      </w:r>
      <w:r w:rsidRPr="00DF5212">
        <w:rPr>
          <w:lang w:val="en-US"/>
        </w:rPr>
        <w:br/>
      </w:r>
      <w:r w:rsidRPr="00B42E78">
        <w:rPr>
          <w:lang w:val="en-US"/>
        </w:rPr>
        <w:t>The sky above was deep blue, turning almost black.</w:t>
      </w:r>
      <w:r w:rsidRPr="00B42E78">
        <w:rPr>
          <w:lang w:val="en-US"/>
        </w:rPr>
        <w:br/>
        <w:t>Only a few stars had appeared.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proofErr w:type="spellStart"/>
      <w:r w:rsidRPr="00B42E78">
        <w:rPr>
          <w:rStyle w:val="af6"/>
          <w:lang w:val="en-US"/>
        </w:rPr>
        <w:t>Elira</w:t>
      </w:r>
      <w:proofErr w:type="spellEnd"/>
      <w:r w:rsidRPr="00B42E78">
        <w:rPr>
          <w:lang w:val="en-US"/>
        </w:rPr>
        <w:t xml:space="preserve"> rolled </w:t>
      </w:r>
      <w:r w:rsidR="00B42E78">
        <w:rPr>
          <w:lang w:val="en-US"/>
        </w:rPr>
        <w:t>took his hand</w:t>
      </w:r>
      <w:r w:rsidRPr="00B42E78">
        <w:rPr>
          <w:lang w:val="en-US"/>
        </w:rPr>
        <w:t>.</w:t>
      </w:r>
    </w:p>
    <w:p w:rsidR="00DF5212" w:rsidRPr="00B42E78" w:rsidRDefault="00B42E78" w:rsidP="00DF5212">
      <w:pPr>
        <w:spacing w:before="100" w:beforeAutospacing="1" w:after="100" w:afterAutospacing="1"/>
        <w:rPr>
          <w:lang w:val="en-US"/>
        </w:rPr>
      </w:pPr>
      <w:r>
        <w:rPr>
          <w:b/>
          <w:bCs/>
          <w:noProof/>
          <w:lang w:val="en-US"/>
        </w:rPr>
        <w:drawing>
          <wp:anchor distT="0" distB="0" distL="114300" distR="114300" simplePos="0" relativeHeight="251695104" behindDoc="0" locked="0" layoutInCell="1" allowOverlap="1" ns6:anchorId="3BA131DA" ns6:editId="320245E6">
            <wp:simplePos x="0" y="0"/>
            <wp:positionH relativeFrom="column">
              <wp:posOffset>0</wp:posOffset>
            </wp:positionH>
            <wp:positionV relativeFrom="paragraph">
              <wp:posOffset>217079</wp:posOffset>
            </wp:positionV>
            <wp:extent cx="3780000" cy="3780000"/>
            <wp:effectExtent l="0" t="0" r="5080" b="5080"/>
            <wp:wrapSquare wrapText="bothSides"/>
            <wp:docPr id="28" name="Рисунок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Рисунок 17283633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="00DF5212" w:rsidRPr="00B42E78">
        <w:rPr>
          <w:lang w:val="en-US"/>
        </w:rPr>
        <w:t>— Why not?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lastRenderedPageBreak/>
        <w:t>— It feels like everything disappears.</w:t>
      </w:r>
      <w:r w:rsidRPr="00B42E78">
        <w:rPr>
          <w:lang w:val="en-US"/>
        </w:rPr>
        <w:br/>
        <w:t>Like I’m small.</w:t>
      </w:r>
      <w:r w:rsidR="00B42E78" w:rsidRPr="00B42E78">
        <w:rPr>
          <w:b/>
          <w:bCs/>
          <w:noProof/>
          <w:lang w:val="en-US"/>
        </w:rPr>
        <w:t xml:space="preserve"> </w:t>
      </w:r>
      <w:r w:rsidRPr="00B42E78">
        <w:rPr>
          <w:lang w:val="en-US"/>
        </w:rPr>
        <w:br/>
        <w:t>Like… the world forgot me.</w:t>
      </w:r>
      <w:r w:rsidR="00B42E78" w:rsidRPr="00B42E78">
        <w:rPr>
          <w:b/>
          <w:bCs/>
          <w:noProof/>
          <w:lang w:val="en-US"/>
        </w:rPr>
        <w:t xml:space="preserve"> 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proofErr w:type="spellStart"/>
      <w:r w:rsidRPr="00B42E78">
        <w:rPr>
          <w:rStyle w:val="af6"/>
          <w:lang w:val="en-US"/>
        </w:rPr>
        <w:t>Seroel</w:t>
      </w:r>
      <w:proofErr w:type="spellEnd"/>
      <w:r w:rsidRPr="00B42E78">
        <w:rPr>
          <w:lang w:val="en-US"/>
        </w:rPr>
        <w:t xml:space="preserve"> didn’t answer right away.</w:t>
      </w:r>
      <w:r w:rsidRPr="00B42E78">
        <w:rPr>
          <w:lang w:val="en-US"/>
        </w:rPr>
        <w:br/>
        <w:t>He watched the stars quietly,</w:t>
      </w:r>
      <w:r w:rsidRPr="00B42E78">
        <w:rPr>
          <w:lang w:val="en-US"/>
        </w:rPr>
        <w:br/>
        <w:t>as if waiting for them to say something first.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Then he whispered: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— What if the stars shine</w:t>
      </w:r>
      <w:r w:rsidRPr="00B42E78">
        <w:rPr>
          <w:lang w:val="en-US"/>
        </w:rPr>
        <w:br/>
        <w:t>because someone’s afraid of the dark?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proofErr w:type="spellStart"/>
      <w:r w:rsidRPr="00B42E78">
        <w:rPr>
          <w:lang w:val="en-US"/>
        </w:rPr>
        <w:t>Vanoel</w:t>
      </w:r>
      <w:proofErr w:type="spellEnd"/>
      <w:r w:rsidRPr="00B42E78">
        <w:rPr>
          <w:lang w:val="en-US"/>
        </w:rPr>
        <w:t xml:space="preserve"> blinked.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— Like who?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— Like you.</w:t>
      </w:r>
      <w:r w:rsidRPr="00B42E78">
        <w:rPr>
          <w:lang w:val="en-US"/>
        </w:rPr>
        <w:br/>
        <w:t>Like anyone.</w:t>
      </w:r>
      <w:r w:rsidRPr="00B42E78">
        <w:rPr>
          <w:lang w:val="en-US"/>
        </w:rPr>
        <w:br/>
        <w:t>Like the sky itself, remembering we’re still here.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proofErr w:type="spellStart"/>
      <w:r w:rsidRPr="00B42E78">
        <w:rPr>
          <w:lang w:val="en-US"/>
        </w:rPr>
        <w:t>Elira</w:t>
      </w:r>
      <w:proofErr w:type="spellEnd"/>
      <w:r w:rsidRPr="00B42E78">
        <w:rPr>
          <w:lang w:val="en-US"/>
        </w:rPr>
        <w:t xml:space="preserve"> looked up again.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— Then… stars are like little hugs from the universe?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proofErr w:type="spellStart"/>
      <w:r w:rsidRPr="00B42E78">
        <w:rPr>
          <w:lang w:val="en-US"/>
        </w:rPr>
        <w:t>Seroel</w:t>
      </w:r>
      <w:proofErr w:type="spellEnd"/>
      <w:r w:rsidRPr="00B42E78">
        <w:rPr>
          <w:lang w:val="en-US"/>
        </w:rPr>
        <w:t xml:space="preserve"> smiled.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— Maybe they’re not here to light the night.</w:t>
      </w:r>
      <w:r w:rsidRPr="00B42E78">
        <w:rPr>
          <w:lang w:val="en-US"/>
        </w:rPr>
        <w:br/>
        <w:t>Maybe they’re here to remind us</w:t>
      </w:r>
      <w:r w:rsidRPr="00B42E78">
        <w:rPr>
          <w:lang w:val="en-US"/>
        </w:rPr>
        <w:br/>
        <w:t>we still belong in it.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They all went silent.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lastRenderedPageBreak/>
        <w:t>The wind was softer now.</w:t>
      </w:r>
      <w:r w:rsidRPr="00B42E78">
        <w:rPr>
          <w:lang w:val="en-US"/>
        </w:rPr>
        <w:br/>
        <w:t>Cooler.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proofErr w:type="spellStart"/>
      <w:r w:rsidRPr="00B42E78">
        <w:rPr>
          <w:lang w:val="en-US"/>
        </w:rPr>
        <w:t>Vanoel</w:t>
      </w:r>
      <w:proofErr w:type="spellEnd"/>
      <w:r w:rsidRPr="00B42E78">
        <w:rPr>
          <w:lang w:val="en-US"/>
        </w:rPr>
        <w:t xml:space="preserve"> said: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— I still feel small.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proofErr w:type="spellStart"/>
      <w:r w:rsidRPr="00B42E78">
        <w:rPr>
          <w:lang w:val="en-US"/>
        </w:rPr>
        <w:t>Seroel</w:t>
      </w:r>
      <w:proofErr w:type="spellEnd"/>
      <w:r w:rsidRPr="00B42E78">
        <w:rPr>
          <w:lang w:val="en-US"/>
        </w:rPr>
        <w:t xml:space="preserve"> reached over and held his hand.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— So do I.</w:t>
      </w:r>
      <w:r w:rsidRPr="00B42E78">
        <w:rPr>
          <w:lang w:val="en-US"/>
        </w:rPr>
        <w:br/>
        <w:t>But small doesn’t mean lost.</w:t>
      </w:r>
      <w:r w:rsidRPr="00B42E78">
        <w:rPr>
          <w:lang w:val="en-US"/>
        </w:rPr>
        <w:br/>
        <w:t>It means we’re part of something big.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proofErr w:type="spellStart"/>
      <w:r w:rsidRPr="00B42E78">
        <w:rPr>
          <w:lang w:val="en-US"/>
        </w:rPr>
        <w:t>Elira</w:t>
      </w:r>
      <w:proofErr w:type="spellEnd"/>
      <w:r w:rsidRPr="00B42E78">
        <w:rPr>
          <w:lang w:val="en-US"/>
        </w:rPr>
        <w:t xml:space="preserve"> added: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— Like a star.</w:t>
      </w:r>
      <w:r w:rsidRPr="00B42E78">
        <w:rPr>
          <w:lang w:val="en-US"/>
        </w:rPr>
        <w:br/>
        <w:t>It’s small. But we still see it.</w:t>
      </w:r>
    </w:p>
    <w:p w:rsidR="00DF5212" w:rsidRPr="00B42E78" w:rsidRDefault="00DF5212" w:rsidP="00DF5212">
      <w:pPr>
        <w:spacing w:before="100" w:beforeAutospacing="1" w:after="100" w:afterAutospacing="1"/>
        <w:rPr>
          <w:lang w:val="en-US"/>
        </w:rPr>
      </w:pPr>
      <w:r w:rsidRPr="00B42E78">
        <w:rPr>
          <w:lang w:val="en-US"/>
        </w:rPr>
        <w:t>And in the hush that followed,</w:t>
      </w:r>
      <w:r w:rsidRPr="00B42E78">
        <w:rPr>
          <w:lang w:val="en-US"/>
        </w:rPr>
        <w:br/>
        <w:t>they didn’t feel forgotten anymore.</w:t>
      </w:r>
      <w:r w:rsidRPr="00B42E78">
        <w:rPr>
          <w:lang w:val="en-US"/>
        </w:rPr>
        <w:br/>
        <w:t>They felt… held.</w:t>
      </w:r>
      <w:r w:rsidRPr="00B42E78">
        <w:rPr>
          <w:lang w:val="en-US"/>
        </w:rPr>
        <w:br/>
        <w:t>By the sky,</w:t>
      </w:r>
      <w:r w:rsidRPr="00B42E78">
        <w:rPr>
          <w:lang w:val="en-US"/>
        </w:rPr>
        <w:br/>
        <w:t>by the Light,</w:t>
      </w:r>
      <w:r w:rsidRPr="00B42E78">
        <w:rPr>
          <w:lang w:val="en-US"/>
        </w:rPr>
        <w:br/>
        <w:t>by each other.</w:t>
      </w:r>
    </w:p>
    <w:p w:rsidR="009E7C25" w:rsidRDefault="009E7C25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9E7C25" w:rsidRDefault="009E7C25" w:rsidP="009E7C25">
      <w:pPr>
        <w:pStyle w:val="21"/>
        <w:rPr>
          <w:sz w:val="27"/>
          <w:szCs w:val="27"/>
        </w:rPr>
      </w:pPr>
      <w:bookmarkStart w:id="14" w:name="_Toc195645081"/>
      <w:r>
        <w:lastRenderedPageBreak/>
        <w:t xml:space="preserve">Chapter 15. What Makes You </w:t>
      </w:r>
      <w:proofErr w:type="spellStart"/>
      <w:r>
        <w:t>You</w:t>
      </w:r>
      <w:bookmarkEnd w:id="14"/>
      <w:proofErr w:type="spellEnd"/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 xml:space="preserve">— If I didn’t have a name, would I still be me? — asked </w:t>
      </w:r>
      <w:proofErr w:type="spellStart"/>
      <w:r w:rsidRPr="009E7C25">
        <w:rPr>
          <w:rStyle w:val="af6"/>
          <w:lang w:val="en-US"/>
        </w:rPr>
        <w:t>Elira</w:t>
      </w:r>
      <w:proofErr w:type="spellEnd"/>
      <w:r w:rsidRPr="009E7C25">
        <w:rPr>
          <w:lang w:val="en-US"/>
        </w:rPr>
        <w:t>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They were walking home after school,</w:t>
      </w:r>
      <w:r w:rsidRPr="009E7C25">
        <w:rPr>
          <w:lang w:val="en-US"/>
        </w:rPr>
        <w:br/>
        <w:t>their shadows long on the sidewalk.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rStyle w:val="af6"/>
          <w:lang w:val="en-US"/>
        </w:rPr>
        <w:t>Vanoel</w:t>
      </w:r>
      <w:proofErr w:type="spellEnd"/>
      <w:r w:rsidRPr="009E7C25">
        <w:rPr>
          <w:lang w:val="en-US"/>
        </w:rPr>
        <w:t xml:space="preserve"> shrugged.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— I guess? I mean, you’d still look the same.</w:t>
      </w:r>
    </w:p>
    <w:p w:rsidR="009E7C25" w:rsidRPr="009E7C25" w:rsidRDefault="00043C44" w:rsidP="009E7C25">
      <w:pPr>
        <w:spacing w:before="100" w:beforeAutospacing="1" w:after="100" w:afterAutospacing="1"/>
        <w:rPr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3643086" cy="3643086"/>
            <wp:effectExtent l="0" t="0" r="1905" b="1905"/>
            <wp:docPr id="29" name="Рисунок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" name="Рисунок 133136385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44614" cy="364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C44" w:rsidRDefault="00043C44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rStyle w:val="af6"/>
          <w:lang w:val="en-US"/>
        </w:rPr>
        <w:lastRenderedPageBreak/>
        <w:t>Seroel</w:t>
      </w:r>
      <w:proofErr w:type="spellEnd"/>
      <w:r w:rsidRPr="009E7C25">
        <w:rPr>
          <w:lang w:val="en-US"/>
        </w:rPr>
        <w:t xml:space="preserve"> shook his head gently.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— A name isn’t who you are.</w:t>
      </w:r>
      <w:r w:rsidRPr="009E7C25">
        <w:rPr>
          <w:lang w:val="en-US"/>
        </w:rPr>
        <w:br/>
        <w:t>It’s just what people call the shape they see.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lang w:val="en-US"/>
        </w:rPr>
        <w:t>Elira</w:t>
      </w:r>
      <w:proofErr w:type="spellEnd"/>
      <w:r w:rsidRPr="009E7C25">
        <w:rPr>
          <w:lang w:val="en-US"/>
        </w:rPr>
        <w:t xml:space="preserve"> looked thoughtful.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 xml:space="preserve">— Then… what </w:t>
      </w:r>
      <w:r w:rsidRPr="009E7C25">
        <w:rPr>
          <w:rStyle w:val="af7"/>
          <w:lang w:val="en-US"/>
        </w:rPr>
        <w:t>is</w:t>
      </w:r>
      <w:r w:rsidRPr="009E7C25">
        <w:rPr>
          <w:lang w:val="en-US"/>
        </w:rPr>
        <w:t xml:space="preserve"> me?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They stopped near a quiet fence.</w:t>
      </w:r>
      <w:r w:rsidRPr="009E7C25">
        <w:rPr>
          <w:lang w:val="en-US"/>
        </w:rPr>
        <w:br/>
        <w:t>Birds chirped from a tree above.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lang w:val="en-US"/>
        </w:rPr>
        <w:t>Seroel</w:t>
      </w:r>
      <w:proofErr w:type="spellEnd"/>
      <w:r w:rsidRPr="009E7C25">
        <w:rPr>
          <w:lang w:val="en-US"/>
        </w:rPr>
        <w:t xml:space="preserve"> said: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— You are the part of you</w:t>
      </w:r>
      <w:r w:rsidRPr="009E7C25">
        <w:rPr>
          <w:lang w:val="en-US"/>
        </w:rPr>
        <w:br/>
        <w:t>that watches your name.</w:t>
      </w:r>
      <w:r w:rsidRPr="009E7C25">
        <w:rPr>
          <w:lang w:val="en-US"/>
        </w:rPr>
        <w:br/>
        <w:t>The part that listens,</w:t>
      </w:r>
      <w:r w:rsidRPr="009E7C25">
        <w:rPr>
          <w:lang w:val="en-US"/>
        </w:rPr>
        <w:br/>
        <w:t>even when your mind is noisy.</w:t>
      </w:r>
      <w:r w:rsidRPr="009E7C25">
        <w:rPr>
          <w:lang w:val="en-US"/>
        </w:rPr>
        <w:br/>
        <w:t>The one that’s always been here,</w:t>
      </w:r>
      <w:r w:rsidRPr="009E7C25">
        <w:rPr>
          <w:lang w:val="en-US"/>
        </w:rPr>
        <w:br/>
        <w:t>even before you knew what to call it.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lang w:val="en-US"/>
        </w:rPr>
        <w:t>Vanoel</w:t>
      </w:r>
      <w:proofErr w:type="spellEnd"/>
      <w:r w:rsidRPr="009E7C25">
        <w:rPr>
          <w:lang w:val="en-US"/>
        </w:rPr>
        <w:t xml:space="preserve"> blinked.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— Like the space behind my thoughts?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— Exactly.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lang w:val="en-US"/>
        </w:rPr>
        <w:t>Elira</w:t>
      </w:r>
      <w:proofErr w:type="spellEnd"/>
      <w:r w:rsidRPr="009E7C25">
        <w:rPr>
          <w:lang w:val="en-US"/>
        </w:rPr>
        <w:t xml:space="preserve"> touched her chest.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— I feel something when I’m quiet.</w:t>
      </w:r>
      <w:r w:rsidRPr="009E7C25">
        <w:rPr>
          <w:lang w:val="en-US"/>
        </w:rPr>
        <w:br/>
        <w:t>Like a soft light.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lang w:val="en-US"/>
        </w:rPr>
        <w:t>Seroel</w:t>
      </w:r>
      <w:proofErr w:type="spellEnd"/>
      <w:r w:rsidRPr="009E7C25">
        <w:rPr>
          <w:lang w:val="en-US"/>
        </w:rPr>
        <w:t xml:space="preserve"> nodded: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lastRenderedPageBreak/>
        <w:t>— That’s you.</w:t>
      </w:r>
      <w:r w:rsidRPr="009E7C25">
        <w:rPr>
          <w:lang w:val="en-US"/>
        </w:rPr>
        <w:br/>
        <w:t>Not what you do,</w:t>
      </w:r>
      <w:r w:rsidRPr="009E7C25">
        <w:rPr>
          <w:lang w:val="en-US"/>
        </w:rPr>
        <w:br/>
        <w:t>not what you say,</w:t>
      </w:r>
      <w:r w:rsidRPr="009E7C25">
        <w:rPr>
          <w:lang w:val="en-US"/>
        </w:rPr>
        <w:br/>
        <w:t>but the light that sees it all.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lang w:val="en-US"/>
        </w:rPr>
        <w:t>Vanoel</w:t>
      </w:r>
      <w:proofErr w:type="spellEnd"/>
      <w:r w:rsidRPr="009E7C25">
        <w:rPr>
          <w:lang w:val="en-US"/>
        </w:rPr>
        <w:t xml:space="preserve"> said: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— Then… I was always me.</w:t>
      </w:r>
      <w:r w:rsidRPr="009E7C25">
        <w:rPr>
          <w:lang w:val="en-US"/>
        </w:rPr>
        <w:br/>
        <w:t>Even when I didn’t know who I was.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proofErr w:type="spellStart"/>
      <w:r w:rsidRPr="009E7C25">
        <w:rPr>
          <w:lang w:val="en-US"/>
        </w:rPr>
        <w:t>Seroel</w:t>
      </w:r>
      <w:proofErr w:type="spellEnd"/>
      <w:r w:rsidRPr="009E7C25">
        <w:rPr>
          <w:lang w:val="en-US"/>
        </w:rPr>
        <w:t xml:space="preserve"> smiled: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— That’s the best kind of knowing.</w:t>
      </w:r>
      <w:r w:rsidRPr="009E7C25">
        <w:rPr>
          <w:lang w:val="en-US"/>
        </w:rPr>
        <w:br/>
        <w:t>The one that doesn’t need proof.</w:t>
      </w:r>
      <w:r w:rsidRPr="009E7C25">
        <w:rPr>
          <w:lang w:val="en-US"/>
        </w:rPr>
        <w:br/>
        <w:t>Just stillness.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And as they walked on,</w:t>
      </w:r>
      <w:r w:rsidRPr="009E7C25">
        <w:rPr>
          <w:lang w:val="en-US"/>
        </w:rPr>
        <w:br/>
        <w:t>no one said much.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Because the part of them that speaks</w:t>
      </w:r>
      <w:r w:rsidRPr="009E7C25">
        <w:rPr>
          <w:lang w:val="en-US"/>
        </w:rPr>
        <w:br/>
        <w:t>had finally gone silent.</w:t>
      </w:r>
    </w:p>
    <w:p w:rsidR="009E7C25" w:rsidRPr="009E7C25" w:rsidRDefault="009E7C25" w:rsidP="009E7C25">
      <w:pPr>
        <w:spacing w:before="100" w:beforeAutospacing="1" w:after="100" w:afterAutospacing="1"/>
        <w:rPr>
          <w:lang w:val="en-US"/>
        </w:rPr>
      </w:pPr>
      <w:r w:rsidRPr="009E7C25">
        <w:rPr>
          <w:lang w:val="en-US"/>
        </w:rPr>
        <w:t>And the part that is real</w:t>
      </w:r>
      <w:r w:rsidRPr="009E7C25">
        <w:rPr>
          <w:lang w:val="en-US"/>
        </w:rPr>
        <w:br/>
        <w:t>was glowing quietly inside.</w:t>
      </w:r>
    </w:p>
    <w:p w:rsidR="009E7C25" w:rsidRPr="009E7C25" w:rsidRDefault="009E7C25" w:rsidP="009E7C25">
      <w:pPr>
        <w:rPr>
          <w:lang w:val="en-US"/>
        </w:rPr>
      </w:pPr>
    </w:p>
    <w:p w:rsidR="00043C44" w:rsidRDefault="00043C44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043C44" w:rsidRDefault="00043C44" w:rsidP="00043C44">
      <w:pPr>
        <w:pStyle w:val="21"/>
        <w:rPr>
          <w:sz w:val="27"/>
          <w:szCs w:val="27"/>
        </w:rPr>
      </w:pPr>
      <w:bookmarkStart w:id="15" w:name="_Toc195645082"/>
      <w:r>
        <w:lastRenderedPageBreak/>
        <w:t>Chapter 16. How to Believe Without Seeing</w:t>
      </w:r>
      <w:bookmarkEnd w:id="15"/>
    </w:p>
    <w:p w:rsidR="00043C44" w:rsidRPr="00043C44" w:rsidRDefault="00043C44" w:rsidP="00043C44">
      <w:pPr>
        <w:spacing w:before="100" w:beforeAutospacing="1" w:after="100" w:afterAutospacing="1"/>
        <w:rPr>
          <w:lang w:val="en-US"/>
        </w:rPr>
      </w:pPr>
      <w:r w:rsidRPr="00043C44">
        <w:rPr>
          <w:lang w:val="en-US"/>
        </w:rPr>
        <w:t xml:space="preserve">— But what if I </w:t>
      </w:r>
      <w:r w:rsidRPr="00043C44">
        <w:rPr>
          <w:rStyle w:val="af7"/>
          <w:lang w:val="en-US"/>
        </w:rPr>
        <w:t>don’t</w:t>
      </w:r>
      <w:r w:rsidRPr="00043C44">
        <w:rPr>
          <w:lang w:val="en-US"/>
        </w:rPr>
        <w:t xml:space="preserve"> feel it? — asked </w:t>
      </w:r>
      <w:proofErr w:type="spellStart"/>
      <w:r w:rsidRPr="00043C44">
        <w:rPr>
          <w:rStyle w:val="af6"/>
          <w:lang w:val="en-US"/>
        </w:rPr>
        <w:t>Elira</w:t>
      </w:r>
      <w:proofErr w:type="spellEnd"/>
      <w:r w:rsidRPr="00043C44">
        <w:rPr>
          <w:lang w:val="en-US"/>
        </w:rPr>
        <w:t>.</w:t>
      </w:r>
    </w:p>
    <w:p w:rsidR="00043C44" w:rsidRPr="00043C44" w:rsidRDefault="00043C44" w:rsidP="00043C44">
      <w:pPr>
        <w:spacing w:before="100" w:beforeAutospacing="1" w:after="100" w:afterAutospacing="1"/>
        <w:rPr>
          <w:lang w:val="en-US"/>
        </w:rPr>
      </w:pPr>
      <w:r w:rsidRPr="00043C44">
        <w:rPr>
          <w:lang w:val="en-US"/>
        </w:rPr>
        <w:t>They were on the school stairs,</w:t>
      </w:r>
      <w:r w:rsidRPr="00043C44">
        <w:rPr>
          <w:lang w:val="en-US"/>
        </w:rPr>
        <w:br/>
        <w:t>watching clouds move across the sky.</w:t>
      </w:r>
    </w:p>
    <w:p w:rsidR="00043C44" w:rsidRPr="00043C44" w:rsidRDefault="00043C44" w:rsidP="00043C44">
      <w:pPr>
        <w:spacing w:before="100" w:beforeAutospacing="1" w:after="100" w:afterAutospacing="1"/>
        <w:rPr>
          <w:lang w:val="en-US"/>
        </w:rPr>
      </w:pPr>
      <w:r w:rsidRPr="00043C44">
        <w:rPr>
          <w:lang w:val="en-US"/>
        </w:rPr>
        <w:t xml:space="preserve">— Feel what? — said </w:t>
      </w:r>
      <w:proofErr w:type="spellStart"/>
      <w:r w:rsidRPr="00043C44">
        <w:rPr>
          <w:rStyle w:val="af6"/>
          <w:lang w:val="en-US"/>
        </w:rPr>
        <w:t>Vanoel</w:t>
      </w:r>
      <w:proofErr w:type="spellEnd"/>
      <w:r w:rsidRPr="00043C44">
        <w:rPr>
          <w:lang w:val="en-US"/>
        </w:rPr>
        <w:t>.</w:t>
      </w:r>
    </w:p>
    <w:p w:rsidR="00043C44" w:rsidRPr="00043C44" w:rsidRDefault="00043C44" w:rsidP="00043C44">
      <w:pPr>
        <w:spacing w:before="100" w:beforeAutospacing="1" w:after="100" w:afterAutospacing="1"/>
        <w:rPr>
          <w:lang w:val="en-US"/>
        </w:rPr>
      </w:pPr>
      <w:r w:rsidRPr="00043C44">
        <w:rPr>
          <w:lang w:val="en-US"/>
        </w:rPr>
        <w:t>— The Light.</w:t>
      </w:r>
      <w:r w:rsidRPr="00043C44">
        <w:rPr>
          <w:lang w:val="en-US"/>
        </w:rPr>
        <w:br/>
        <w:t>The quiet.</w:t>
      </w:r>
      <w:r w:rsidRPr="00043C44">
        <w:rPr>
          <w:lang w:val="en-US"/>
        </w:rPr>
        <w:br/>
        <w:t xml:space="preserve">All the things </w:t>
      </w:r>
      <w:proofErr w:type="spellStart"/>
      <w:r w:rsidRPr="00043C44">
        <w:rPr>
          <w:lang w:val="en-US"/>
        </w:rPr>
        <w:t>Seroel</w:t>
      </w:r>
      <w:proofErr w:type="spellEnd"/>
      <w:r w:rsidRPr="00043C44">
        <w:rPr>
          <w:lang w:val="en-US"/>
        </w:rPr>
        <w:t xml:space="preserve"> talks about.</w:t>
      </w:r>
      <w:r w:rsidRPr="00043C44">
        <w:rPr>
          <w:lang w:val="en-US"/>
        </w:rPr>
        <w:br/>
        <w:t>What if I try… and there’s just nothing?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rStyle w:val="af6"/>
          <w:lang w:val="en-US"/>
        </w:rPr>
        <w:t>Seroel</w:t>
      </w:r>
      <w:proofErr w:type="spellEnd"/>
      <w:r w:rsidRPr="00640DED">
        <w:rPr>
          <w:lang w:val="en-US"/>
        </w:rPr>
        <w:t xml:space="preserve"> didn’t answer right away.</w:t>
      </w:r>
      <w:r w:rsidRPr="00640DED">
        <w:rPr>
          <w:lang w:val="en-US"/>
        </w:rPr>
        <w:br/>
        <w:t>He reached out and caught a sunbeam</w:t>
      </w:r>
      <w:r w:rsidRPr="00640DED">
        <w:rPr>
          <w:lang w:val="en-US"/>
        </w:rPr>
        <w:br/>
        <w:t>between his fingers.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Then close your eyes, — he said.</w:t>
      </w:r>
      <w:r w:rsidRPr="00640DED">
        <w:rPr>
          <w:lang w:val="en-US"/>
        </w:rPr>
        <w:br/>
        <w:t>— And listen to the part of you</w:t>
      </w:r>
      <w:r w:rsidRPr="00640DED">
        <w:rPr>
          <w:lang w:val="en-US"/>
        </w:rPr>
        <w:br/>
        <w:t>that wants it to be real.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Elira</w:t>
      </w:r>
      <w:proofErr w:type="spellEnd"/>
      <w:r w:rsidRPr="00640DED">
        <w:rPr>
          <w:lang w:val="en-US"/>
        </w:rPr>
        <w:t xml:space="preserve"> frowned.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But what if that part is just… hope?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Seroel</w:t>
      </w:r>
      <w:proofErr w:type="spellEnd"/>
      <w:r w:rsidRPr="00640DED">
        <w:rPr>
          <w:lang w:val="en-US"/>
        </w:rPr>
        <w:t xml:space="preserve"> smiled.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That’s where it begins.</w:t>
      </w:r>
      <w:r w:rsidRPr="00640DED">
        <w:rPr>
          <w:lang w:val="en-US"/>
        </w:rPr>
        <w:br/>
        <w:t>Not in proof.</w:t>
      </w:r>
      <w:r w:rsidRPr="00640DED">
        <w:rPr>
          <w:lang w:val="en-US"/>
        </w:rPr>
        <w:br/>
        <w:t>In longing.</w:t>
      </w:r>
    </w:p>
    <w:p w:rsidR="00E45B3C" w:rsidRDefault="00E45B3C" w:rsidP="00043C44">
      <w:pPr>
        <w:spacing w:before="100" w:beforeAutospacing="1" w:after="100" w:afterAutospacing="1"/>
        <w:rPr>
          <w:lang w:val="en-US"/>
        </w:rPr>
      </w:pPr>
    </w:p>
    <w:p w:rsidR="00E45B3C" w:rsidRDefault="00E45B3C" w:rsidP="00043C44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3780790" cy="3780790"/>
            <wp:effectExtent l="0" t="0" r="3810" b="3810"/>
            <wp:docPr id="30" name="Рисунок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Рисунок 27976885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Vanoel</w:t>
      </w:r>
      <w:proofErr w:type="spellEnd"/>
      <w:r w:rsidRPr="00640DED">
        <w:rPr>
          <w:lang w:val="en-US"/>
        </w:rPr>
        <w:t xml:space="preserve"> sat down beside them.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I think I believe it</w:t>
      </w:r>
      <w:r w:rsidRPr="00640DED">
        <w:rPr>
          <w:lang w:val="en-US"/>
        </w:rPr>
        <w:br/>
        <w:t>because I want it to be true.</w:t>
      </w:r>
      <w:r w:rsidRPr="00640DED">
        <w:rPr>
          <w:lang w:val="en-US"/>
        </w:rPr>
        <w:br/>
        <w:t>Even when I’m scared.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Seroel</w:t>
      </w:r>
      <w:proofErr w:type="spellEnd"/>
      <w:r w:rsidRPr="00640DED">
        <w:rPr>
          <w:lang w:val="en-US"/>
        </w:rPr>
        <w:t xml:space="preserve"> nodded.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That’s still belief.</w:t>
      </w:r>
      <w:r w:rsidRPr="00640DED">
        <w:rPr>
          <w:lang w:val="en-US"/>
        </w:rPr>
        <w:br/>
        <w:t>The kind that walks without needing to see the road.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lastRenderedPageBreak/>
        <w:t>Elira</w:t>
      </w:r>
      <w:proofErr w:type="spellEnd"/>
      <w:r w:rsidRPr="00640DED">
        <w:rPr>
          <w:lang w:val="en-US"/>
        </w:rPr>
        <w:t xml:space="preserve"> looked at the sky again.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 xml:space="preserve">— </w:t>
      </w:r>
      <w:proofErr w:type="gramStart"/>
      <w:r w:rsidRPr="00640DED">
        <w:rPr>
          <w:lang w:val="en-US"/>
        </w:rPr>
        <w:t>So</w:t>
      </w:r>
      <w:proofErr w:type="gramEnd"/>
      <w:r w:rsidRPr="00640DED">
        <w:rPr>
          <w:lang w:val="en-US"/>
        </w:rPr>
        <w:t xml:space="preserve"> I don’t need to feel it all the time?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 xml:space="preserve">— No, — said </w:t>
      </w:r>
      <w:proofErr w:type="spellStart"/>
      <w:r w:rsidRPr="00640DED">
        <w:rPr>
          <w:lang w:val="en-US"/>
        </w:rPr>
        <w:t>Seroel</w:t>
      </w:r>
      <w:proofErr w:type="spellEnd"/>
      <w:r w:rsidRPr="00640DED">
        <w:rPr>
          <w:lang w:val="en-US"/>
        </w:rPr>
        <w:t>.</w:t>
      </w:r>
      <w:r w:rsidRPr="00640DED">
        <w:rPr>
          <w:lang w:val="en-US"/>
        </w:rPr>
        <w:br/>
        <w:t>— Even stars are invisible in daylight.</w:t>
      </w:r>
      <w:r w:rsidRPr="00640DED">
        <w:rPr>
          <w:lang w:val="en-US"/>
        </w:rPr>
        <w:br/>
        <w:t>But they’re still there.</w:t>
      </w:r>
    </w:p>
    <w:p w:rsidR="00043C44" w:rsidRPr="00640DED" w:rsidRDefault="00043C44" w:rsidP="00043C44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They sat together,</w:t>
      </w:r>
      <w:r w:rsidRPr="00640DED">
        <w:rPr>
          <w:lang w:val="en-US"/>
        </w:rPr>
        <w:br/>
        <w:t>not waiting for a miracle,</w:t>
      </w:r>
      <w:r w:rsidRPr="00640DED">
        <w:rPr>
          <w:lang w:val="en-US"/>
        </w:rPr>
        <w:br/>
        <w:t>but quietly trusting</w:t>
      </w:r>
      <w:r w:rsidRPr="00640DED">
        <w:rPr>
          <w:lang w:val="en-US"/>
        </w:rPr>
        <w:br/>
        <w:t>that some things shine</w:t>
      </w:r>
      <w:r w:rsidRPr="00640DED">
        <w:rPr>
          <w:lang w:val="en-US"/>
        </w:rPr>
        <w:br/>
        <w:t>even when unseen.</w:t>
      </w:r>
    </w:p>
    <w:p w:rsidR="00640DED" w:rsidRDefault="00640DED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640DED" w:rsidRDefault="00640DED" w:rsidP="00640DED">
      <w:pPr>
        <w:pStyle w:val="21"/>
        <w:rPr>
          <w:sz w:val="27"/>
          <w:szCs w:val="27"/>
        </w:rPr>
      </w:pPr>
      <w:bookmarkStart w:id="16" w:name="_Toc195645083"/>
      <w:r>
        <w:lastRenderedPageBreak/>
        <w:t>Chapter 17. How to Be When Nothing Feels Right</w:t>
      </w:r>
      <w:bookmarkEnd w:id="16"/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It was raining.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Not loud, crashing rain —</w:t>
      </w:r>
      <w:r w:rsidRPr="00640DED">
        <w:rPr>
          <w:lang w:val="en-US"/>
        </w:rPr>
        <w:br/>
        <w:t>but the soft, slow kind</w:t>
      </w:r>
      <w:r w:rsidRPr="00640DED">
        <w:rPr>
          <w:lang w:val="en-US"/>
        </w:rPr>
        <w:br/>
        <w:t>that makes everything blur a little.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rStyle w:val="af6"/>
          <w:lang w:val="en-US"/>
        </w:rPr>
        <w:t>Vanoel</w:t>
      </w:r>
      <w:proofErr w:type="spellEnd"/>
      <w:r w:rsidRPr="00640DED">
        <w:rPr>
          <w:lang w:val="en-US"/>
        </w:rPr>
        <w:t xml:space="preserve"> sat on the windowsill,</w:t>
      </w:r>
      <w:r w:rsidRPr="00640DED">
        <w:rPr>
          <w:lang w:val="en-US"/>
        </w:rPr>
        <w:br/>
        <w:t>chin on his knees,</w:t>
      </w:r>
      <w:r w:rsidRPr="00640DED">
        <w:rPr>
          <w:lang w:val="en-US"/>
        </w:rPr>
        <w:br/>
        <w:t>watching drops slide down the glass.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rStyle w:val="af6"/>
          <w:lang w:val="en-US"/>
        </w:rPr>
        <w:t>Elira</w:t>
      </w:r>
      <w:proofErr w:type="spellEnd"/>
      <w:r w:rsidRPr="00640DED">
        <w:rPr>
          <w:lang w:val="en-US"/>
        </w:rPr>
        <w:t xml:space="preserve"> sat nearby with a blanket around her.</w:t>
      </w:r>
      <w:r w:rsidRPr="00640DED">
        <w:rPr>
          <w:lang w:val="en-US"/>
        </w:rPr>
        <w:br/>
        <w:t>She wasn’t reading.</w:t>
      </w:r>
      <w:r w:rsidRPr="00640DED">
        <w:rPr>
          <w:lang w:val="en-US"/>
        </w:rPr>
        <w:br/>
        <w:t>She wasn’t speaking.</w:t>
      </w:r>
      <w:r w:rsidRPr="00640DED">
        <w:rPr>
          <w:lang w:val="en-US"/>
        </w:rPr>
        <w:br/>
        <w:t>Just being still.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rStyle w:val="af6"/>
          <w:lang w:val="en-US"/>
        </w:rPr>
        <w:t>Seroel</w:t>
      </w:r>
      <w:proofErr w:type="spellEnd"/>
      <w:r w:rsidRPr="00640DED">
        <w:rPr>
          <w:lang w:val="en-US"/>
        </w:rPr>
        <w:t xml:space="preserve"> came in quietly,</w:t>
      </w:r>
      <w:r w:rsidRPr="00640DED">
        <w:rPr>
          <w:lang w:val="en-US"/>
        </w:rPr>
        <w:br/>
        <w:t>his hair a little damp,</w:t>
      </w:r>
      <w:r w:rsidRPr="00640DED">
        <w:rPr>
          <w:lang w:val="en-US"/>
        </w:rPr>
        <w:br/>
        <w:t>his shoes leaving wet marks on the floor.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Bad day? — he asked softly.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Vanoel</w:t>
      </w:r>
      <w:proofErr w:type="spellEnd"/>
      <w:r w:rsidRPr="00640DED">
        <w:rPr>
          <w:lang w:val="en-US"/>
        </w:rPr>
        <w:t xml:space="preserve"> shrugged.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Just… one of those days</w:t>
      </w:r>
      <w:r w:rsidRPr="00640DED">
        <w:rPr>
          <w:lang w:val="en-US"/>
        </w:rPr>
        <w:br/>
        <w:t>where nothing feels right.</w:t>
      </w:r>
      <w:r w:rsidRPr="00640DED">
        <w:rPr>
          <w:lang w:val="en-US"/>
        </w:rPr>
        <w:br/>
        <w:t xml:space="preserve">But nothing’s </w:t>
      </w:r>
      <w:r w:rsidRPr="00640DED">
        <w:rPr>
          <w:rStyle w:val="af7"/>
          <w:lang w:val="en-US"/>
        </w:rPr>
        <w:t>wrong</w:t>
      </w:r>
      <w:r w:rsidRPr="00640DED">
        <w:rPr>
          <w:lang w:val="en-US"/>
        </w:rPr>
        <w:t>, either.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Elira</w:t>
      </w:r>
      <w:proofErr w:type="spellEnd"/>
      <w:r w:rsidRPr="00640DED">
        <w:rPr>
          <w:lang w:val="en-US"/>
        </w:rPr>
        <w:t xml:space="preserve"> added: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Like I’m not sad.</w:t>
      </w:r>
      <w:r w:rsidRPr="00640DED">
        <w:rPr>
          <w:lang w:val="en-US"/>
        </w:rPr>
        <w:br/>
        <w:t>But not really happy, either.</w:t>
      </w:r>
    </w:p>
    <w:p w:rsidR="005A302F" w:rsidRDefault="005A302F" w:rsidP="00640DED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3780790" cy="3780790"/>
            <wp:effectExtent l="0" t="0" r="3810" b="3810"/>
            <wp:docPr id="31" name="Рисунок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" name="Рисунок 168650060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Seroel</w:t>
      </w:r>
      <w:proofErr w:type="spellEnd"/>
      <w:r w:rsidRPr="00640DED">
        <w:rPr>
          <w:lang w:val="en-US"/>
        </w:rPr>
        <w:t xml:space="preserve"> sat between them.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Sometimes the world feels heavy.</w:t>
      </w:r>
      <w:r w:rsidRPr="00640DED">
        <w:rPr>
          <w:lang w:val="en-US"/>
        </w:rPr>
        <w:br/>
        <w:t>Even when nothing’s fallen.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They didn’t answer.</w:t>
      </w:r>
      <w:r w:rsidRPr="00640DED">
        <w:rPr>
          <w:lang w:val="en-US"/>
        </w:rPr>
        <w:br/>
        <w:t>They just listened to the rain.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 xml:space="preserve">Then </w:t>
      </w:r>
      <w:proofErr w:type="spellStart"/>
      <w:r w:rsidRPr="00640DED">
        <w:rPr>
          <w:lang w:val="en-US"/>
        </w:rPr>
        <w:t>Seroel</w:t>
      </w:r>
      <w:proofErr w:type="spellEnd"/>
      <w:r w:rsidRPr="00640DED">
        <w:rPr>
          <w:lang w:val="en-US"/>
        </w:rPr>
        <w:t xml:space="preserve"> said: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lastRenderedPageBreak/>
        <w:t>— You don’t always have to fix it.</w:t>
      </w:r>
      <w:r w:rsidRPr="00640DED">
        <w:rPr>
          <w:lang w:val="en-US"/>
        </w:rPr>
        <w:br/>
        <w:t>Some days are for breathing.</w:t>
      </w:r>
      <w:r w:rsidRPr="00640DED">
        <w:rPr>
          <w:lang w:val="en-US"/>
        </w:rPr>
        <w:br/>
        <w:t>For letting the clouds pass through you</w:t>
      </w:r>
      <w:r w:rsidRPr="00640DED">
        <w:rPr>
          <w:lang w:val="en-US"/>
        </w:rPr>
        <w:br/>
        <w:t>without chasing the sun.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Vanoel</w:t>
      </w:r>
      <w:proofErr w:type="spellEnd"/>
      <w:r w:rsidRPr="00640DED">
        <w:rPr>
          <w:lang w:val="en-US"/>
        </w:rPr>
        <w:t xml:space="preserve"> whispered: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But what if they stay?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proofErr w:type="spellStart"/>
      <w:r w:rsidRPr="00640DED">
        <w:rPr>
          <w:lang w:val="en-US"/>
        </w:rPr>
        <w:t>Seroel</w:t>
      </w:r>
      <w:proofErr w:type="spellEnd"/>
      <w:r w:rsidRPr="00640DED">
        <w:rPr>
          <w:lang w:val="en-US"/>
        </w:rPr>
        <w:t xml:space="preserve"> smiled gently.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— Then be the sky.</w:t>
      </w:r>
      <w:r w:rsidRPr="00640DED">
        <w:rPr>
          <w:lang w:val="en-US"/>
        </w:rPr>
        <w:br/>
        <w:t>Let them stay.</w:t>
      </w:r>
      <w:r w:rsidRPr="00640DED">
        <w:rPr>
          <w:lang w:val="en-US"/>
        </w:rPr>
        <w:br/>
        <w:t>And remember:</w:t>
      </w:r>
      <w:r w:rsidRPr="00640DED">
        <w:rPr>
          <w:lang w:val="en-US"/>
        </w:rPr>
        <w:br/>
        <w:t>clouds never erase the sky.</w:t>
      </w:r>
      <w:r w:rsidRPr="00640DED">
        <w:rPr>
          <w:lang w:val="en-US"/>
        </w:rPr>
        <w:br/>
        <w:t>They just cover it for a while.</w:t>
      </w:r>
    </w:p>
    <w:p w:rsidR="00640DED" w:rsidRPr="00640DED" w:rsidRDefault="00640DED" w:rsidP="00640DED">
      <w:pPr>
        <w:spacing w:before="100" w:beforeAutospacing="1" w:after="100" w:afterAutospacing="1"/>
        <w:rPr>
          <w:lang w:val="en-US"/>
        </w:rPr>
      </w:pPr>
      <w:r w:rsidRPr="00640DED">
        <w:rPr>
          <w:lang w:val="en-US"/>
        </w:rPr>
        <w:t>And in that softness,</w:t>
      </w:r>
      <w:r w:rsidRPr="00640DED">
        <w:rPr>
          <w:lang w:val="en-US"/>
        </w:rPr>
        <w:br/>
        <w:t>they didn’t need to feel better.</w:t>
      </w:r>
      <w:r w:rsidRPr="00640DED">
        <w:rPr>
          <w:lang w:val="en-US"/>
        </w:rPr>
        <w:br/>
        <w:t>They just needed to feel real.</w:t>
      </w:r>
    </w:p>
    <w:p w:rsidR="00FF64E0" w:rsidRDefault="00FF64E0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FF64E0" w:rsidRDefault="00FF64E0" w:rsidP="00FF64E0">
      <w:pPr>
        <w:pStyle w:val="21"/>
        <w:rPr>
          <w:sz w:val="27"/>
          <w:szCs w:val="27"/>
        </w:rPr>
      </w:pPr>
      <w:bookmarkStart w:id="17" w:name="_Toc195645084"/>
      <w:r>
        <w:lastRenderedPageBreak/>
        <w:t>Chapter 18. Who Speaks Inside You</w:t>
      </w:r>
      <w:bookmarkEnd w:id="17"/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They were drawing with sticks in the dirt.</w:t>
      </w:r>
      <w:r w:rsidRPr="00FF64E0">
        <w:rPr>
          <w:lang w:val="en-US"/>
        </w:rPr>
        <w:br/>
        <w:t>Swirls. Stars.</w:t>
      </w:r>
      <w:r w:rsidRPr="00FF64E0">
        <w:rPr>
          <w:lang w:val="en-US"/>
        </w:rPr>
        <w:br/>
        <w:t>Words that faded as fast as they came.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rStyle w:val="af6"/>
          <w:lang w:val="en-US"/>
        </w:rPr>
        <w:t>Vanoel</w:t>
      </w:r>
      <w:proofErr w:type="spellEnd"/>
      <w:r w:rsidRPr="00FF64E0">
        <w:rPr>
          <w:lang w:val="en-US"/>
        </w:rPr>
        <w:t xml:space="preserve"> paused.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How do you know if a thought is really yours?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rStyle w:val="af6"/>
          <w:lang w:val="en-US"/>
        </w:rPr>
        <w:t>Seroel</w:t>
      </w:r>
      <w:proofErr w:type="spellEnd"/>
      <w:r w:rsidRPr="00FF64E0">
        <w:rPr>
          <w:lang w:val="en-US"/>
        </w:rPr>
        <w:t xml:space="preserve"> looked up.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What do you mean?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Sometimes I hear things in my head.</w:t>
      </w:r>
      <w:r w:rsidRPr="00FF64E0">
        <w:rPr>
          <w:lang w:val="en-US"/>
        </w:rPr>
        <w:br/>
        <w:t>Some sound like me.</w:t>
      </w:r>
      <w:r w:rsidRPr="00FF64E0">
        <w:rPr>
          <w:lang w:val="en-US"/>
        </w:rPr>
        <w:br/>
        <w:t>Some don’t.</w:t>
      </w:r>
      <w:r w:rsidRPr="00FF64E0">
        <w:rPr>
          <w:lang w:val="en-US"/>
        </w:rPr>
        <w:br/>
        <w:t>Some feel… warm.</w:t>
      </w:r>
      <w:r w:rsidRPr="00FF64E0">
        <w:rPr>
          <w:lang w:val="en-US"/>
        </w:rPr>
        <w:br/>
        <w:t>Others feel heavy.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rStyle w:val="af6"/>
          <w:lang w:val="en-US"/>
        </w:rPr>
        <w:t>Elira</w:t>
      </w:r>
      <w:proofErr w:type="spellEnd"/>
      <w:r w:rsidRPr="00FF64E0">
        <w:rPr>
          <w:lang w:val="en-US"/>
        </w:rPr>
        <w:t xml:space="preserve"> nodded.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I have that too.</w:t>
      </w:r>
      <w:r w:rsidRPr="00FF64E0">
        <w:rPr>
          <w:lang w:val="en-US"/>
        </w:rPr>
        <w:br/>
        <w:t>Like there are different voices —</w:t>
      </w:r>
      <w:r w:rsidRPr="00FF64E0">
        <w:rPr>
          <w:lang w:val="en-US"/>
        </w:rPr>
        <w:br/>
        <w:t>but they all sound the same.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lang w:val="en-US"/>
        </w:rPr>
        <w:t>Seroel</w:t>
      </w:r>
      <w:proofErr w:type="spellEnd"/>
      <w:r w:rsidRPr="00FF64E0">
        <w:rPr>
          <w:lang w:val="en-US"/>
        </w:rPr>
        <w:t xml:space="preserve"> drew a circle.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Not every voice is yours.</w:t>
      </w:r>
      <w:r w:rsidRPr="00FF64E0">
        <w:rPr>
          <w:lang w:val="en-US"/>
        </w:rPr>
        <w:br/>
        <w:t>Some come from fear.</w:t>
      </w:r>
      <w:r w:rsidRPr="00FF64E0">
        <w:rPr>
          <w:lang w:val="en-US"/>
        </w:rPr>
        <w:br/>
        <w:t>Some from memory.</w:t>
      </w:r>
      <w:r w:rsidRPr="00FF64E0">
        <w:rPr>
          <w:lang w:val="en-US"/>
        </w:rPr>
        <w:br/>
        <w:t>Some from things others told you.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lastRenderedPageBreak/>
        <w:t>He tapped the center of the circle.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But there's one that’s always quiet.</w:t>
      </w:r>
      <w:r w:rsidRPr="00FF64E0">
        <w:rPr>
          <w:lang w:val="en-US"/>
        </w:rPr>
        <w:br/>
        <w:t>It doesn’t push.</w:t>
      </w:r>
      <w:r w:rsidRPr="00FF64E0">
        <w:rPr>
          <w:lang w:val="en-US"/>
        </w:rPr>
        <w:br/>
        <w:t>It doesn’t shout.</w:t>
      </w:r>
      <w:r w:rsidRPr="00FF64E0">
        <w:rPr>
          <w:lang w:val="en-US"/>
        </w:rPr>
        <w:br/>
        <w:t>It just waits —</w:t>
      </w:r>
      <w:r w:rsidRPr="00FF64E0">
        <w:rPr>
          <w:lang w:val="en-US"/>
        </w:rPr>
        <w:br/>
        <w:t>with light.</w:t>
      </w:r>
    </w:p>
    <w:p w:rsidR="00471DB7" w:rsidRDefault="00471DB7" w:rsidP="00FF64E0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32" name="Рисунок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Рисунок 158865767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DB7" w:rsidRDefault="00471DB7" w:rsidP="00FF64E0">
      <w:pPr>
        <w:spacing w:before="100" w:beforeAutospacing="1" w:after="100" w:afterAutospacing="1"/>
        <w:rPr>
          <w:lang w:val="en-US"/>
        </w:rPr>
      </w:pPr>
    </w:p>
    <w:p w:rsidR="00471DB7" w:rsidRDefault="00471DB7" w:rsidP="00FF64E0">
      <w:pPr>
        <w:spacing w:before="100" w:beforeAutospacing="1" w:after="100" w:afterAutospacing="1"/>
        <w:rPr>
          <w:lang w:val="en-US"/>
        </w:rPr>
      </w:pP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lang w:val="en-US"/>
        </w:rPr>
        <w:lastRenderedPageBreak/>
        <w:t>Vanoel</w:t>
      </w:r>
      <w:proofErr w:type="spellEnd"/>
      <w:r w:rsidRPr="00FF64E0">
        <w:rPr>
          <w:lang w:val="en-US"/>
        </w:rPr>
        <w:t xml:space="preserve"> whispered: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 xml:space="preserve">— How do I hear </w:t>
      </w:r>
      <w:r w:rsidRPr="00FF64E0">
        <w:rPr>
          <w:rStyle w:val="af7"/>
          <w:lang w:val="en-US"/>
        </w:rPr>
        <w:t>that</w:t>
      </w:r>
      <w:r w:rsidRPr="00FF64E0">
        <w:rPr>
          <w:lang w:val="en-US"/>
        </w:rPr>
        <w:t xml:space="preserve"> one?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lang w:val="en-US"/>
        </w:rPr>
        <w:t>Seroel</w:t>
      </w:r>
      <w:proofErr w:type="spellEnd"/>
      <w:r w:rsidRPr="00FF64E0">
        <w:rPr>
          <w:lang w:val="en-US"/>
        </w:rPr>
        <w:t xml:space="preserve"> smiled: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First, stop asking everyone else.</w:t>
      </w:r>
      <w:r w:rsidRPr="00FF64E0">
        <w:rPr>
          <w:lang w:val="en-US"/>
        </w:rPr>
        <w:br/>
        <w:t>Then listen…</w:t>
      </w:r>
      <w:r w:rsidRPr="00FF64E0">
        <w:rPr>
          <w:lang w:val="en-US"/>
        </w:rPr>
        <w:br/>
        <w:t>not with your ears,</w:t>
      </w:r>
      <w:r w:rsidRPr="00FF64E0">
        <w:rPr>
          <w:lang w:val="en-US"/>
        </w:rPr>
        <w:br/>
        <w:t>but with your being.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lang w:val="en-US"/>
        </w:rPr>
        <w:t>Elira</w:t>
      </w:r>
      <w:proofErr w:type="spellEnd"/>
      <w:r w:rsidRPr="00FF64E0">
        <w:rPr>
          <w:lang w:val="en-US"/>
        </w:rPr>
        <w:t xml:space="preserve"> closed her eyes.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I think… it’s the one that never gets mad.</w:t>
      </w:r>
      <w:r w:rsidRPr="00FF64E0">
        <w:rPr>
          <w:lang w:val="en-US"/>
        </w:rPr>
        <w:br/>
        <w:t>Even when I do.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lang w:val="en-US"/>
        </w:rPr>
        <w:t>Vanoel</w:t>
      </w:r>
      <w:proofErr w:type="spellEnd"/>
      <w:r w:rsidRPr="00FF64E0">
        <w:rPr>
          <w:lang w:val="en-US"/>
        </w:rPr>
        <w:t xml:space="preserve"> said: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Or the one that feels soft</w:t>
      </w:r>
      <w:r w:rsidRPr="00FF64E0">
        <w:rPr>
          <w:lang w:val="en-US"/>
        </w:rPr>
        <w:br/>
        <w:t>even when I’m scared.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proofErr w:type="spellStart"/>
      <w:r w:rsidRPr="00FF64E0">
        <w:rPr>
          <w:lang w:val="en-US"/>
        </w:rPr>
        <w:t>Seroel</w:t>
      </w:r>
      <w:proofErr w:type="spellEnd"/>
      <w:r w:rsidRPr="00FF64E0">
        <w:rPr>
          <w:lang w:val="en-US"/>
        </w:rPr>
        <w:t xml:space="preserve"> nodded: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— That voice doesn’t use words.</w:t>
      </w:r>
      <w:r w:rsidRPr="00FF64E0">
        <w:rPr>
          <w:lang w:val="en-US"/>
        </w:rPr>
        <w:br/>
        <w:t xml:space="preserve">It just </w:t>
      </w:r>
      <w:r w:rsidRPr="00FF64E0">
        <w:rPr>
          <w:rStyle w:val="af7"/>
          <w:lang w:val="en-US"/>
        </w:rPr>
        <w:t>knows</w:t>
      </w:r>
      <w:r w:rsidRPr="00FF64E0">
        <w:rPr>
          <w:lang w:val="en-US"/>
        </w:rPr>
        <w:t>.</w:t>
      </w:r>
      <w:r w:rsidRPr="00FF64E0">
        <w:rPr>
          <w:lang w:val="en-US"/>
        </w:rPr>
        <w:br/>
        <w:t>And it never leaves.</w:t>
      </w:r>
    </w:p>
    <w:p w:rsidR="00FF64E0" w:rsidRPr="00FF64E0" w:rsidRDefault="00FF64E0" w:rsidP="00FF64E0">
      <w:pPr>
        <w:spacing w:before="100" w:beforeAutospacing="1" w:after="100" w:afterAutospacing="1"/>
        <w:rPr>
          <w:lang w:val="en-US"/>
        </w:rPr>
      </w:pPr>
      <w:r w:rsidRPr="00FF64E0">
        <w:rPr>
          <w:lang w:val="en-US"/>
        </w:rPr>
        <w:t>They didn’t speak for a while after that.</w:t>
      </w:r>
      <w:r w:rsidRPr="00FF64E0">
        <w:rPr>
          <w:lang w:val="en-US"/>
        </w:rPr>
        <w:br/>
        <w:t>The wind passed gently,</w:t>
      </w:r>
      <w:r w:rsidRPr="00FF64E0">
        <w:rPr>
          <w:lang w:val="en-US"/>
        </w:rPr>
        <w:br/>
        <w:t>and even the dirt seemed to glow.</w:t>
      </w:r>
    </w:p>
    <w:p w:rsidR="005A302F" w:rsidRDefault="005A302F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D05394" w:rsidRPr="0080322E" w:rsidRDefault="00D05394" w:rsidP="00D05394">
      <w:pPr>
        <w:pStyle w:val="21"/>
      </w:pPr>
      <w:bookmarkStart w:id="18" w:name="_Toc195645085"/>
      <w:r>
        <w:lastRenderedPageBreak/>
        <w:t>Chapter 19. How to Speak with the World</w:t>
      </w:r>
      <w:r w:rsidRPr="0080322E">
        <w:t xml:space="preserve"> </w:t>
      </w:r>
      <w:r w:rsidRPr="0080322E">
        <w:rPr>
          <w:rStyle w:val="af7"/>
        </w:rPr>
        <w:t>(and Hear the Answer)</w:t>
      </w:r>
      <w:bookmarkEnd w:id="18"/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It was a gray day.</w:t>
      </w:r>
      <w:r w:rsidRPr="0080322E">
        <w:rPr>
          <w:lang w:val="en-US"/>
        </w:rPr>
        <w:br/>
        <w:t>Dust danced in the wind.</w:t>
      </w:r>
      <w:r w:rsidRPr="0080322E">
        <w:rPr>
          <w:lang w:val="en-US"/>
        </w:rPr>
        <w:br/>
        <w:t>Even the pigeons hid under cars.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But the children didn’t care about the weather.</w:t>
      </w:r>
    </w:p>
    <w:p w:rsidR="00D05394" w:rsidRDefault="00D05394" w:rsidP="00D05394">
      <w:pPr>
        <w:spacing w:before="100" w:beforeAutospacing="1" w:after="100" w:afterAutospacing="1"/>
        <w:rPr>
          <w:rStyle w:val="af6"/>
          <w:lang w:val="en-US"/>
        </w:rPr>
      </w:pPr>
      <w:r>
        <w:rPr>
          <w:noProof/>
          <w:lang w:val="en-US"/>
        </w:rPr>
        <w:drawing>
          <wp:inline distT="0" distB="0" distL="0" distR="0" ns6:anchorId="3F1B3266" ns6:editId="11694362">
            <wp:extent cx="3780790" cy="3780790"/>
            <wp:effectExtent l="0" t="0" r="3810" b="3810"/>
            <wp:docPr id="33" name="Рисунок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" name="Рисунок 17963912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rStyle w:val="af6"/>
          <w:lang w:val="en-US"/>
        </w:rPr>
        <w:lastRenderedPageBreak/>
        <w:t>Elira</w:t>
      </w:r>
      <w:proofErr w:type="spellEnd"/>
      <w:r w:rsidRPr="0080322E">
        <w:rPr>
          <w:lang w:val="en-US"/>
        </w:rPr>
        <w:t xml:space="preserve"> came first.</w:t>
      </w:r>
      <w:r w:rsidRPr="0080322E">
        <w:rPr>
          <w:lang w:val="en-US"/>
        </w:rPr>
        <w:br/>
        <w:t>In her hands — a folded paper.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I wrote down some questions.</w:t>
      </w:r>
      <w:r w:rsidRPr="0080322E">
        <w:rPr>
          <w:lang w:val="en-US"/>
        </w:rPr>
        <w:br/>
        <w:t xml:space="preserve">— For whom? — asked </w:t>
      </w:r>
      <w:proofErr w:type="spellStart"/>
      <w:r w:rsidRPr="0080322E">
        <w:rPr>
          <w:rStyle w:val="af6"/>
          <w:lang w:val="en-US"/>
        </w:rPr>
        <w:t>Vanoel</w:t>
      </w:r>
      <w:proofErr w:type="spellEnd"/>
      <w:r w:rsidRPr="0080322E">
        <w:rPr>
          <w:lang w:val="en-US"/>
        </w:rPr>
        <w:t>.</w:t>
      </w:r>
      <w:r w:rsidRPr="0080322E">
        <w:rPr>
          <w:lang w:val="en-US"/>
        </w:rPr>
        <w:br/>
        <w:t>— I don’t know… Just questions.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rStyle w:val="af6"/>
          <w:lang w:val="en-US"/>
        </w:rPr>
        <w:t>Seroel</w:t>
      </w:r>
      <w:proofErr w:type="spellEnd"/>
      <w:r w:rsidRPr="0080322E">
        <w:rPr>
          <w:lang w:val="en-US"/>
        </w:rPr>
        <w:t xml:space="preserve"> looked at the page.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rStyle w:val="af7"/>
          <w:lang w:val="en-US"/>
        </w:rPr>
        <w:t>"Why am I sometimes sad for no reason?"</w:t>
      </w:r>
      <w:r w:rsidRPr="0080322E">
        <w:rPr>
          <w:lang w:val="en-US"/>
        </w:rPr>
        <w:br/>
      </w:r>
      <w:r w:rsidRPr="0080322E">
        <w:rPr>
          <w:rStyle w:val="af7"/>
          <w:lang w:val="en-US"/>
        </w:rPr>
        <w:t>"Why does my mom get angry even when I didn’t do anything?"</w:t>
      </w:r>
      <w:r w:rsidRPr="0080322E">
        <w:rPr>
          <w:lang w:val="en-US"/>
        </w:rPr>
        <w:br/>
      </w:r>
      <w:r w:rsidRPr="0080322E">
        <w:rPr>
          <w:rStyle w:val="af7"/>
          <w:lang w:val="en-US"/>
        </w:rPr>
        <w:t>"Where do feelings go when they disappear?"</w:t>
      </w:r>
      <w:r w:rsidRPr="0080322E">
        <w:rPr>
          <w:lang w:val="en-US"/>
        </w:rPr>
        <w:br/>
      </w:r>
      <w:r w:rsidRPr="0080322E">
        <w:rPr>
          <w:rStyle w:val="af7"/>
          <w:lang w:val="en-US"/>
        </w:rPr>
        <w:t>"Where will I be when I grow up?"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He nodded.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Good questions. They’re real.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lang w:val="en-US"/>
        </w:rPr>
        <w:t>Elira</w:t>
      </w:r>
      <w:proofErr w:type="spellEnd"/>
      <w:r w:rsidRPr="0080322E">
        <w:rPr>
          <w:lang w:val="en-US"/>
        </w:rPr>
        <w:t xml:space="preserve"> blushed just a little.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 xml:space="preserve">— But who’s going to answer? — </w:t>
      </w:r>
      <w:proofErr w:type="spellStart"/>
      <w:r w:rsidRPr="0080322E">
        <w:rPr>
          <w:lang w:val="en-US"/>
        </w:rPr>
        <w:t>Vanoel</w:t>
      </w:r>
      <w:proofErr w:type="spellEnd"/>
      <w:r w:rsidRPr="0080322E">
        <w:rPr>
          <w:lang w:val="en-US"/>
        </w:rPr>
        <w:t xml:space="preserve"> asked.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 xml:space="preserve">— The World, — said </w:t>
      </w:r>
      <w:proofErr w:type="spellStart"/>
      <w:r w:rsidRPr="0080322E">
        <w:rPr>
          <w:lang w:val="en-US"/>
        </w:rPr>
        <w:t>Seroel</w:t>
      </w:r>
      <w:proofErr w:type="spellEnd"/>
      <w:r w:rsidRPr="0080322E">
        <w:rPr>
          <w:lang w:val="en-US"/>
        </w:rPr>
        <w:t>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What do you mean?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lang w:val="en-US"/>
        </w:rPr>
        <w:t>Seroel</w:t>
      </w:r>
      <w:proofErr w:type="spellEnd"/>
      <w:r w:rsidRPr="0080322E">
        <w:rPr>
          <w:lang w:val="en-US"/>
        </w:rPr>
        <w:t xml:space="preserve"> looked around.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See the sky?</w:t>
      </w:r>
      <w:r w:rsidRPr="0080322E">
        <w:rPr>
          <w:lang w:val="en-US"/>
        </w:rPr>
        <w:br/>
        <w:t>— Uh-huh.</w:t>
      </w:r>
      <w:r w:rsidRPr="0080322E">
        <w:rPr>
          <w:lang w:val="en-US"/>
        </w:rPr>
        <w:br/>
        <w:t>— And that tree?</w:t>
      </w:r>
      <w:r w:rsidRPr="0080322E">
        <w:rPr>
          <w:lang w:val="en-US"/>
        </w:rPr>
        <w:br/>
        <w:t>— Uh-huh.</w:t>
      </w:r>
      <w:r w:rsidRPr="0080322E">
        <w:rPr>
          <w:lang w:val="en-US"/>
        </w:rPr>
        <w:br/>
        <w:t>— And this bench?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lastRenderedPageBreak/>
        <w:t>— Yeah.</w:t>
      </w:r>
      <w:r w:rsidRPr="0080322E">
        <w:rPr>
          <w:lang w:val="en-US"/>
        </w:rPr>
        <w:br/>
        <w:t>— All of that isn’t just “stuff.” It’s the Body of the World.</w:t>
      </w:r>
      <w:r w:rsidRPr="0080322E">
        <w:rPr>
          <w:lang w:val="en-US"/>
        </w:rPr>
        <w:br/>
        <w:t>And if you ask it the right way —</w:t>
      </w:r>
      <w:r w:rsidRPr="0080322E">
        <w:rPr>
          <w:lang w:val="en-US"/>
        </w:rPr>
        <w:br/>
        <w:t>It answers.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 xml:space="preserve">— What’s the right way? — </w:t>
      </w:r>
      <w:proofErr w:type="spellStart"/>
      <w:r w:rsidRPr="0080322E">
        <w:rPr>
          <w:lang w:val="en-US"/>
        </w:rPr>
        <w:t>Vanoel</w:t>
      </w:r>
      <w:proofErr w:type="spellEnd"/>
      <w:r w:rsidRPr="0080322E">
        <w:rPr>
          <w:lang w:val="en-US"/>
        </w:rPr>
        <w:t xml:space="preserve"> pressed.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lang w:val="en-US"/>
        </w:rPr>
        <w:t>Seroel</w:t>
      </w:r>
      <w:proofErr w:type="spellEnd"/>
      <w:r w:rsidRPr="0080322E">
        <w:rPr>
          <w:lang w:val="en-US"/>
        </w:rPr>
        <w:t xml:space="preserve"> closed his eyes.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Look: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First, you ask the question — inside, silently.</w:t>
      </w:r>
      <w:r w:rsidRPr="0080322E">
        <w:rPr>
          <w:lang w:val="en-US"/>
        </w:rPr>
        <w:br/>
        <w:t>Then you look —</w:t>
      </w:r>
      <w:r w:rsidRPr="0080322E">
        <w:rPr>
          <w:lang w:val="en-US"/>
        </w:rPr>
        <w:br/>
        <w:t>at the first thing that appears: a bird, a sound, a word, a thought, a passerby.</w:t>
      </w:r>
      <w:r w:rsidRPr="0080322E">
        <w:rPr>
          <w:lang w:val="en-US"/>
        </w:rPr>
        <w:br/>
        <w:t>But not with your mind —</w:t>
      </w:r>
      <w:r w:rsidRPr="0080322E">
        <w:rPr>
          <w:lang w:val="en-US"/>
        </w:rPr>
        <w:br/>
        <w:t>with your heart.</w:t>
      </w:r>
      <w:r w:rsidRPr="0080322E">
        <w:rPr>
          <w:lang w:val="en-US"/>
        </w:rPr>
        <w:br/>
        <w:t xml:space="preserve">As if everything around you </w:t>
      </w:r>
      <w:proofErr w:type="gramStart"/>
      <w:r w:rsidRPr="0080322E">
        <w:rPr>
          <w:lang w:val="en-US"/>
        </w:rPr>
        <w:t>is</w:t>
      </w:r>
      <w:proofErr w:type="gramEnd"/>
      <w:r w:rsidRPr="0080322E">
        <w:rPr>
          <w:lang w:val="en-US"/>
        </w:rPr>
        <w:t xml:space="preserve"> whispering the answer.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And that’s it?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And you trust.</w:t>
      </w:r>
      <w:r w:rsidRPr="0080322E">
        <w:rPr>
          <w:lang w:val="en-US"/>
        </w:rPr>
        <w:br/>
        <w:t>Because when you trust — you hear.</w:t>
      </w:r>
      <w:r w:rsidRPr="0080322E">
        <w:rPr>
          <w:lang w:val="en-US"/>
        </w:rPr>
        <w:br/>
        <w:t>And when you want proof — all you hear is your own noise.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They decided to try.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lang w:val="en-US"/>
        </w:rPr>
        <w:t>Elira</w:t>
      </w:r>
      <w:proofErr w:type="spellEnd"/>
      <w:r w:rsidRPr="0080322E">
        <w:rPr>
          <w:lang w:val="en-US"/>
        </w:rPr>
        <w:t xml:space="preserve"> asked about her mom.</w:t>
      </w:r>
      <w:r w:rsidRPr="0080322E">
        <w:rPr>
          <w:lang w:val="en-US"/>
        </w:rPr>
        <w:br/>
        <w:t>She looked up —</w:t>
      </w:r>
      <w:r w:rsidRPr="0080322E">
        <w:rPr>
          <w:lang w:val="en-US"/>
        </w:rPr>
        <w:br/>
        <w:t>and saw a woman walking by, taking a little girl’s hand.</w:t>
      </w:r>
      <w:r w:rsidRPr="0080322E">
        <w:rPr>
          <w:lang w:val="en-US"/>
        </w:rPr>
        <w:br/>
        <w:t>At first, the girl pulled away.</w:t>
      </w:r>
      <w:r w:rsidRPr="0080322E">
        <w:rPr>
          <w:lang w:val="en-US"/>
        </w:rPr>
        <w:br/>
        <w:t>But then she leaned in close to her mother, without a word.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lastRenderedPageBreak/>
        <w:t>And in that moment…</w:t>
      </w:r>
      <w:r w:rsidRPr="0080322E">
        <w:rPr>
          <w:lang w:val="en-US"/>
        </w:rPr>
        <w:br/>
        <w:t>something answered.</w:t>
      </w:r>
    </w:p>
    <w:p w:rsidR="00D05394" w:rsidRDefault="00D05394" w:rsidP="00D05394">
      <w:pPr>
        <w:spacing w:before="100" w:beforeAutospacing="1" w:after="100" w:afterAutospacing="1"/>
        <w:rPr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 ns6:anchorId="0E4AAF4A" ns6:editId="6233758F">
            <wp:extent cx="3780790" cy="3780790"/>
            <wp:effectExtent l="0" t="0" r="3810" b="3810"/>
            <wp:docPr id="34" name="Рисунок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Рисунок 89632637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lang w:val="en-US"/>
        </w:rPr>
        <w:t>Elira</w:t>
      </w:r>
      <w:proofErr w:type="spellEnd"/>
      <w:r w:rsidRPr="0080322E">
        <w:rPr>
          <w:lang w:val="en-US"/>
        </w:rPr>
        <w:t xml:space="preserve"> said softly: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I get it.</w:t>
      </w:r>
      <w:r w:rsidRPr="0080322E">
        <w:rPr>
          <w:lang w:val="en-US"/>
        </w:rPr>
        <w:br/>
        <w:t>Mom just wants to be understood too.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lang w:val="en-US"/>
        </w:rPr>
        <w:t>Vanoel</w:t>
      </w:r>
      <w:proofErr w:type="spellEnd"/>
      <w:r w:rsidRPr="0080322E">
        <w:rPr>
          <w:lang w:val="en-US"/>
        </w:rPr>
        <w:t xml:space="preserve"> asked: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Why do I sometimes not know what I feel?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lastRenderedPageBreak/>
        <w:t>Just then, the wind blew strong —</w:t>
      </w:r>
      <w:r w:rsidRPr="0080322E">
        <w:rPr>
          <w:lang w:val="en-US"/>
        </w:rPr>
        <w:br/>
        <w:t>a paper slipped out of his backpack.</w:t>
      </w:r>
      <w:r w:rsidRPr="0080322E">
        <w:rPr>
          <w:lang w:val="en-US"/>
        </w:rPr>
        <w:br/>
        <w:t>He picked it up and read: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rStyle w:val="af7"/>
          <w:lang w:val="en-US"/>
        </w:rPr>
        <w:t>"Sometimes wind is just wind.</w:t>
      </w:r>
      <w:r w:rsidRPr="0080322E">
        <w:rPr>
          <w:i/>
          <w:iCs/>
          <w:lang w:val="en-US"/>
        </w:rPr>
        <w:br/>
      </w:r>
      <w:r w:rsidRPr="0080322E">
        <w:rPr>
          <w:rStyle w:val="af7"/>
          <w:lang w:val="en-US"/>
        </w:rPr>
        <w:t>And sometimes — it’s an invitation to play."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He nodded.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— Yeah… I guess we don’t always need to understand.</w:t>
      </w:r>
      <w:r w:rsidRPr="0080322E">
        <w:rPr>
          <w:lang w:val="en-US"/>
        </w:rPr>
        <w:br/>
        <w:t>Sometimes it’s enough just to be.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proofErr w:type="spellStart"/>
      <w:r w:rsidRPr="0080322E">
        <w:rPr>
          <w:lang w:val="en-US"/>
        </w:rPr>
        <w:t>Seroel</w:t>
      </w:r>
      <w:proofErr w:type="spellEnd"/>
      <w:r w:rsidRPr="0080322E">
        <w:rPr>
          <w:lang w:val="en-US"/>
        </w:rPr>
        <w:t xml:space="preserve"> didn’t ask anything.</w:t>
      </w:r>
      <w:r w:rsidRPr="0080322E">
        <w:rPr>
          <w:lang w:val="en-US"/>
        </w:rPr>
        <w:br/>
        <w:t>He listened</w:t>
      </w:r>
      <w:r w:rsidRPr="0080322E">
        <w:rPr>
          <w:lang w:val="en-US"/>
        </w:rPr>
        <w:br/>
        <w:t>to how the World listens.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And that’s how a new game began:</w:t>
      </w:r>
    </w:p>
    <w:p w:rsidR="00D05394" w:rsidRPr="0080322E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rStyle w:val="af6"/>
          <w:lang w:val="en-US"/>
        </w:rPr>
        <w:t>“Ask the World — and listen to how It answers.”</w:t>
      </w:r>
    </w:p>
    <w:p w:rsidR="00D05394" w:rsidRPr="008F7FDD" w:rsidRDefault="00D05394" w:rsidP="00D05394">
      <w:pPr>
        <w:spacing w:before="100" w:beforeAutospacing="1" w:after="100" w:afterAutospacing="1"/>
        <w:rPr>
          <w:lang w:val="en-US"/>
        </w:rPr>
      </w:pPr>
      <w:r w:rsidRPr="0080322E">
        <w:rPr>
          <w:lang w:val="en-US"/>
        </w:rPr>
        <w:t>Not always right away.</w:t>
      </w:r>
      <w:r w:rsidRPr="0080322E">
        <w:rPr>
          <w:lang w:val="en-US"/>
        </w:rPr>
        <w:br/>
        <w:t>Not always clearly.</w:t>
      </w:r>
      <w:r w:rsidRPr="0080322E">
        <w:rPr>
          <w:lang w:val="en-US"/>
        </w:rPr>
        <w:br/>
      </w:r>
      <w:r w:rsidRPr="008F7FDD">
        <w:rPr>
          <w:lang w:val="en-US"/>
        </w:rPr>
        <w:t>But always — truly.</w:t>
      </w:r>
    </w:p>
    <w:p w:rsidR="00D05394" w:rsidRPr="004B308B" w:rsidRDefault="00D05394" w:rsidP="00D05394">
      <w:pPr>
        <w:rPr>
          <w:lang w:val="en-US"/>
        </w:rPr>
      </w:pPr>
    </w:p>
    <w:p w:rsidR="00D05394" w:rsidRPr="004E317C" w:rsidRDefault="00D05394" w:rsidP="00D05394">
      <w:pPr>
        <w:spacing w:before="100" w:beforeAutospacing="1" w:after="100" w:afterAutospacing="1"/>
        <w:rPr>
          <w:lang w:val="en-US"/>
        </w:rPr>
      </w:pPr>
    </w:p>
    <w:p w:rsidR="00D05394" w:rsidRDefault="00D05394" w:rsidP="00D05394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D05394" w:rsidRDefault="00D05394" w:rsidP="00D05394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D05394" w:rsidRDefault="00D05394" w:rsidP="00D05394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D05394" w:rsidRDefault="00D05394" w:rsidP="00D05394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5A302F" w:rsidRDefault="005A302F" w:rsidP="005A302F">
      <w:pPr>
        <w:pStyle w:val="21"/>
        <w:rPr>
          <w:sz w:val="27"/>
          <w:szCs w:val="27"/>
        </w:rPr>
      </w:pPr>
      <w:bookmarkStart w:id="19" w:name="_Toc195645086"/>
      <w:r>
        <w:lastRenderedPageBreak/>
        <w:t xml:space="preserve">Chapter </w:t>
      </w:r>
      <w:r w:rsidR="00D05394">
        <w:t>20</w:t>
      </w:r>
      <w:r>
        <w:t>. When No One Understands</w:t>
      </w:r>
      <w:bookmarkEnd w:id="19"/>
    </w:p>
    <w:p w:rsidR="005A302F" w:rsidRPr="005A302F" w:rsidRDefault="005A302F" w:rsidP="005A302F">
      <w:pPr>
        <w:spacing w:before="100" w:beforeAutospacing="1" w:after="100" w:afterAutospacing="1"/>
        <w:rPr>
          <w:lang w:val="en-US"/>
        </w:rPr>
      </w:pPr>
      <w:r w:rsidRPr="005A302F">
        <w:rPr>
          <w:lang w:val="en-US"/>
        </w:rPr>
        <w:t xml:space="preserve">— They laughed at me, — said </w:t>
      </w:r>
      <w:proofErr w:type="spellStart"/>
      <w:r w:rsidRPr="005A302F">
        <w:rPr>
          <w:rStyle w:val="af6"/>
          <w:lang w:val="en-US"/>
        </w:rPr>
        <w:t>Vanoel</w:t>
      </w:r>
      <w:proofErr w:type="spellEnd"/>
      <w:r w:rsidRPr="005A302F">
        <w:rPr>
          <w:lang w:val="en-US"/>
        </w:rPr>
        <w:t>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He stood alone by the tree,</w:t>
      </w:r>
      <w:r w:rsidRPr="00471DB7">
        <w:rPr>
          <w:lang w:val="en-US"/>
        </w:rPr>
        <w:br/>
        <w:t>arms crossed, eyes wet.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proofErr w:type="spellStart"/>
      <w:r w:rsidRPr="00471DB7">
        <w:rPr>
          <w:rStyle w:val="af6"/>
          <w:lang w:val="en-US"/>
        </w:rPr>
        <w:t>Elira</w:t>
      </w:r>
      <w:proofErr w:type="spellEnd"/>
      <w:r w:rsidRPr="00471DB7">
        <w:rPr>
          <w:lang w:val="en-US"/>
        </w:rPr>
        <w:t xml:space="preserve"> approached slowly.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— What happened?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— I told them about the game.</w:t>
      </w:r>
      <w:r w:rsidRPr="00471DB7">
        <w:rPr>
          <w:lang w:val="en-US"/>
        </w:rPr>
        <w:br/>
        <w:t>How we ask the world questions.</w:t>
      </w:r>
      <w:r w:rsidRPr="00471DB7">
        <w:rPr>
          <w:lang w:val="en-US"/>
        </w:rPr>
        <w:br/>
        <w:t>And they said it was stupid.</w:t>
      </w:r>
      <w:r w:rsidRPr="00471DB7">
        <w:rPr>
          <w:lang w:val="en-US"/>
        </w:rPr>
        <w:br/>
        <w:t>That I was making it up.</w:t>
      </w:r>
      <w:r w:rsidRPr="00471DB7">
        <w:rPr>
          <w:lang w:val="en-US"/>
        </w:rPr>
        <w:br/>
        <w:t>They laughed… and walked away.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proofErr w:type="spellStart"/>
      <w:r w:rsidRPr="00471DB7">
        <w:rPr>
          <w:rStyle w:val="af6"/>
          <w:lang w:val="en-US"/>
        </w:rPr>
        <w:t>Seroel</w:t>
      </w:r>
      <w:proofErr w:type="spellEnd"/>
      <w:r w:rsidRPr="00471DB7">
        <w:rPr>
          <w:lang w:val="en-US"/>
        </w:rPr>
        <w:t xml:space="preserve"> sat down beside him without saying anything.</w:t>
      </w:r>
      <w:r w:rsidRPr="00471DB7">
        <w:rPr>
          <w:lang w:val="en-US"/>
        </w:rPr>
        <w:br/>
        <w:t>He didn’t comfort.</w:t>
      </w:r>
      <w:r w:rsidRPr="00471DB7">
        <w:rPr>
          <w:lang w:val="en-US"/>
        </w:rPr>
        <w:br/>
        <w:t>He didn’t explain.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He just… was.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 xml:space="preserve">After a while, </w:t>
      </w:r>
      <w:proofErr w:type="spellStart"/>
      <w:r w:rsidRPr="00471DB7">
        <w:rPr>
          <w:lang w:val="en-US"/>
        </w:rPr>
        <w:t>Seroel</w:t>
      </w:r>
      <w:proofErr w:type="spellEnd"/>
      <w:r w:rsidRPr="00471DB7">
        <w:rPr>
          <w:lang w:val="en-US"/>
        </w:rPr>
        <w:t xml:space="preserve"> said: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— Sometimes, when you speak from the heart,</w:t>
      </w:r>
      <w:r w:rsidRPr="00471DB7">
        <w:rPr>
          <w:lang w:val="en-US"/>
        </w:rPr>
        <w:br/>
        <w:t>those who don’t listen with theirs</w:t>
      </w:r>
      <w:r w:rsidRPr="00471DB7">
        <w:rPr>
          <w:lang w:val="en-US"/>
        </w:rPr>
        <w:br/>
        <w:t>will laugh.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proofErr w:type="spellStart"/>
      <w:r w:rsidRPr="00471DB7">
        <w:rPr>
          <w:lang w:val="en-US"/>
        </w:rPr>
        <w:t>Vanoel</w:t>
      </w:r>
      <w:proofErr w:type="spellEnd"/>
      <w:r w:rsidRPr="00471DB7">
        <w:rPr>
          <w:lang w:val="en-US"/>
        </w:rPr>
        <w:t xml:space="preserve"> whispered: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— Then why say anything at all?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proofErr w:type="spellStart"/>
      <w:r w:rsidRPr="00471DB7">
        <w:rPr>
          <w:lang w:val="en-US"/>
        </w:rPr>
        <w:lastRenderedPageBreak/>
        <w:t>Seroel</w:t>
      </w:r>
      <w:proofErr w:type="spellEnd"/>
      <w:r w:rsidRPr="00471DB7">
        <w:rPr>
          <w:lang w:val="en-US"/>
        </w:rPr>
        <w:t xml:space="preserve"> looked at the sky.</w:t>
      </w:r>
    </w:p>
    <w:p w:rsidR="007A06BD" w:rsidRDefault="007A06BD" w:rsidP="005A302F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35" name="Рисунок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" name="Рисунок 187020116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— Because the sky doesn’t stop shining</w:t>
      </w:r>
      <w:r w:rsidRPr="00471DB7">
        <w:rPr>
          <w:lang w:val="en-US"/>
        </w:rPr>
        <w:br/>
        <w:t>just because someone closed their eyes.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proofErr w:type="spellStart"/>
      <w:r w:rsidRPr="00471DB7">
        <w:rPr>
          <w:rStyle w:val="af6"/>
          <w:lang w:val="en-US"/>
        </w:rPr>
        <w:t>Elira</w:t>
      </w:r>
      <w:proofErr w:type="spellEnd"/>
      <w:r w:rsidRPr="00471DB7">
        <w:rPr>
          <w:lang w:val="en-US"/>
        </w:rPr>
        <w:t xml:space="preserve"> took </w:t>
      </w:r>
      <w:proofErr w:type="spellStart"/>
      <w:r w:rsidRPr="00471DB7">
        <w:rPr>
          <w:lang w:val="en-US"/>
        </w:rPr>
        <w:t>Vanoel’s</w:t>
      </w:r>
      <w:proofErr w:type="spellEnd"/>
      <w:r w:rsidRPr="00471DB7">
        <w:rPr>
          <w:lang w:val="en-US"/>
        </w:rPr>
        <w:t xml:space="preserve"> hand.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— I believe you.</w:t>
      </w:r>
      <w:r w:rsidRPr="00471DB7">
        <w:rPr>
          <w:lang w:val="en-US"/>
        </w:rPr>
        <w:br/>
        <w:t>I’ve seen the answers too.</w:t>
      </w:r>
      <w:r w:rsidRPr="00471DB7">
        <w:rPr>
          <w:lang w:val="en-US"/>
        </w:rPr>
        <w:br/>
        <w:t>And I think the world smiles more</w:t>
      </w:r>
      <w:r w:rsidRPr="00471DB7">
        <w:rPr>
          <w:lang w:val="en-US"/>
        </w:rPr>
        <w:br/>
        <w:t>when we ask kindly.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proofErr w:type="spellStart"/>
      <w:r w:rsidRPr="00471DB7">
        <w:rPr>
          <w:lang w:val="en-US"/>
        </w:rPr>
        <w:lastRenderedPageBreak/>
        <w:t>Seroel</w:t>
      </w:r>
      <w:proofErr w:type="spellEnd"/>
      <w:r w:rsidRPr="00471DB7">
        <w:rPr>
          <w:lang w:val="en-US"/>
        </w:rPr>
        <w:t xml:space="preserve"> nodded: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— The world isn’t offended when it’s ignored.</w:t>
      </w:r>
      <w:r w:rsidRPr="00471DB7">
        <w:rPr>
          <w:lang w:val="en-US"/>
        </w:rPr>
        <w:br/>
        <w:t>But it sings louder when it’s loved.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proofErr w:type="spellStart"/>
      <w:r w:rsidRPr="00471DB7">
        <w:rPr>
          <w:lang w:val="en-US"/>
        </w:rPr>
        <w:t>Vanoel</w:t>
      </w:r>
      <w:proofErr w:type="spellEnd"/>
      <w:r w:rsidRPr="00471DB7">
        <w:rPr>
          <w:lang w:val="en-US"/>
        </w:rPr>
        <w:t xml:space="preserve"> looked up.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— Then maybe I’ll keep playing.</w:t>
      </w:r>
      <w:r w:rsidRPr="00471DB7">
        <w:rPr>
          <w:lang w:val="en-US"/>
        </w:rPr>
        <w:br/>
        <w:t>Even if I play quietly.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And in that quiet,</w:t>
      </w:r>
      <w:r w:rsidRPr="00471DB7">
        <w:rPr>
          <w:lang w:val="en-US"/>
        </w:rPr>
        <w:br/>
        <w:t>they heard something —</w:t>
      </w:r>
      <w:r w:rsidRPr="00471DB7">
        <w:rPr>
          <w:lang w:val="en-US"/>
        </w:rPr>
        <w:br/>
        <w:t>not outside,</w:t>
      </w:r>
      <w:r w:rsidRPr="00471DB7">
        <w:rPr>
          <w:lang w:val="en-US"/>
        </w:rPr>
        <w:br/>
        <w:t>but inside.</w:t>
      </w:r>
    </w:p>
    <w:p w:rsidR="005A302F" w:rsidRPr="00471DB7" w:rsidRDefault="005A302F" w:rsidP="005A302F">
      <w:pPr>
        <w:spacing w:before="100" w:beforeAutospacing="1" w:after="100" w:afterAutospacing="1"/>
        <w:rPr>
          <w:lang w:val="en-US"/>
        </w:rPr>
      </w:pPr>
      <w:r w:rsidRPr="00471DB7">
        <w:rPr>
          <w:lang w:val="en-US"/>
        </w:rPr>
        <w:t>And it sounded like a yes.</w:t>
      </w:r>
    </w:p>
    <w:p w:rsidR="007A06BD" w:rsidRDefault="007A06BD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7A06BD" w:rsidRDefault="007A06BD" w:rsidP="007A06BD">
      <w:pPr>
        <w:pStyle w:val="21"/>
        <w:rPr>
          <w:sz w:val="27"/>
          <w:szCs w:val="27"/>
        </w:rPr>
      </w:pPr>
      <w:bookmarkStart w:id="20" w:name="_Toc195645087"/>
      <w:r>
        <w:lastRenderedPageBreak/>
        <w:t>Chapter 2</w:t>
      </w:r>
      <w:r w:rsidR="00360490">
        <w:t>1</w:t>
      </w:r>
      <w:r>
        <w:t>. When You Want to Give Up</w:t>
      </w:r>
      <w:bookmarkEnd w:id="20"/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It was during art class.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Everyone else was painting.</w:t>
      </w:r>
      <w:r w:rsidRPr="007A06BD">
        <w:rPr>
          <w:lang w:val="en-US"/>
        </w:rPr>
        <w:br/>
        <w:t>Laughing.</w:t>
      </w:r>
      <w:r w:rsidRPr="007A06BD">
        <w:rPr>
          <w:lang w:val="en-US"/>
        </w:rPr>
        <w:br/>
        <w:t>Showing their work.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proofErr w:type="spellStart"/>
      <w:r w:rsidRPr="007A06BD">
        <w:rPr>
          <w:rStyle w:val="af6"/>
          <w:lang w:val="en-US"/>
        </w:rPr>
        <w:t>Vanoel</w:t>
      </w:r>
      <w:proofErr w:type="spellEnd"/>
      <w:r w:rsidRPr="007A06BD">
        <w:rPr>
          <w:lang w:val="en-US"/>
        </w:rPr>
        <w:t xml:space="preserve"> sat with a blank page.</w:t>
      </w:r>
      <w:r w:rsidRPr="007A06BD">
        <w:rPr>
          <w:lang w:val="en-US"/>
        </w:rPr>
        <w:br/>
        <w:t>His brush hung still in his hand.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proofErr w:type="spellStart"/>
      <w:r w:rsidRPr="007A06BD">
        <w:rPr>
          <w:rStyle w:val="af6"/>
          <w:lang w:val="en-US"/>
        </w:rPr>
        <w:t>Seroel</w:t>
      </w:r>
      <w:proofErr w:type="spellEnd"/>
      <w:r w:rsidRPr="007A06BD">
        <w:rPr>
          <w:lang w:val="en-US"/>
        </w:rPr>
        <w:t xml:space="preserve"> noticed.</w:t>
      </w:r>
      <w:r w:rsidRPr="007A06BD">
        <w:rPr>
          <w:lang w:val="en-US"/>
        </w:rPr>
        <w:br/>
        <w:t>He didn’t say anything at first.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Then quietly: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— No color?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proofErr w:type="spellStart"/>
      <w:r w:rsidRPr="007A06BD">
        <w:rPr>
          <w:lang w:val="en-US"/>
        </w:rPr>
        <w:t>Vanoel</w:t>
      </w:r>
      <w:proofErr w:type="spellEnd"/>
      <w:r w:rsidRPr="007A06BD">
        <w:rPr>
          <w:lang w:val="en-US"/>
        </w:rPr>
        <w:t xml:space="preserve"> shook his head.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— I wanted to paint the wind.</w:t>
      </w:r>
      <w:r w:rsidRPr="007A06BD">
        <w:rPr>
          <w:lang w:val="en-US"/>
        </w:rPr>
        <w:br/>
        <w:t>But it just looked like scribbles.</w:t>
      </w:r>
      <w:r w:rsidRPr="007A06BD">
        <w:rPr>
          <w:lang w:val="en-US"/>
        </w:rPr>
        <w:br/>
        <w:t>So I stopped.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proofErr w:type="spellStart"/>
      <w:r w:rsidRPr="007A06BD">
        <w:rPr>
          <w:lang w:val="en-US"/>
        </w:rPr>
        <w:t>Seroel</w:t>
      </w:r>
      <w:proofErr w:type="spellEnd"/>
      <w:r w:rsidRPr="007A06BD">
        <w:rPr>
          <w:lang w:val="en-US"/>
        </w:rPr>
        <w:t xml:space="preserve"> nodded slowly.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— The wind never looks like the wind on paper.</w:t>
      </w:r>
      <w:r w:rsidRPr="007A06BD">
        <w:rPr>
          <w:lang w:val="en-US"/>
        </w:rPr>
        <w:br/>
        <w:t>But that doesn’t mean it’s not there.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proofErr w:type="spellStart"/>
      <w:r w:rsidRPr="007A06BD">
        <w:rPr>
          <w:lang w:val="en-US"/>
        </w:rPr>
        <w:t>Vanoel</w:t>
      </w:r>
      <w:proofErr w:type="spellEnd"/>
      <w:r w:rsidRPr="007A06BD">
        <w:rPr>
          <w:lang w:val="en-US"/>
        </w:rPr>
        <w:t xml:space="preserve"> stared at the page.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— It feels like… if I can’t do it perfectly,</w:t>
      </w:r>
      <w:r w:rsidRPr="007A06BD">
        <w:rPr>
          <w:lang w:val="en-US"/>
        </w:rPr>
        <w:br/>
        <w:t>I shouldn’t do it at all.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proofErr w:type="spellStart"/>
      <w:r w:rsidRPr="007A06BD">
        <w:rPr>
          <w:lang w:val="en-US"/>
        </w:rPr>
        <w:lastRenderedPageBreak/>
        <w:t>Seroel</w:t>
      </w:r>
      <w:proofErr w:type="spellEnd"/>
      <w:r w:rsidRPr="007A06BD">
        <w:rPr>
          <w:lang w:val="en-US"/>
        </w:rPr>
        <w:t xml:space="preserve"> leaned in.</w:t>
      </w:r>
    </w:p>
    <w:p w:rsidR="00236E5F" w:rsidRDefault="00236E5F" w:rsidP="007A06BD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36" name="Рисунок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Рисунок 54183476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— Do you think the wind cares</w:t>
      </w:r>
      <w:r w:rsidRPr="007A06BD">
        <w:rPr>
          <w:lang w:val="en-US"/>
        </w:rPr>
        <w:br/>
        <w:t>if you get it exactly right?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proofErr w:type="spellStart"/>
      <w:r w:rsidRPr="007A06BD">
        <w:rPr>
          <w:lang w:val="en-US"/>
        </w:rPr>
        <w:t>Vanoel</w:t>
      </w:r>
      <w:proofErr w:type="spellEnd"/>
      <w:r w:rsidRPr="007A06BD">
        <w:rPr>
          <w:lang w:val="en-US"/>
        </w:rPr>
        <w:t xml:space="preserve"> looked up.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— I don’t know.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— The wind shows up,</w:t>
      </w:r>
      <w:r w:rsidRPr="007A06BD">
        <w:rPr>
          <w:lang w:val="en-US"/>
        </w:rPr>
        <w:br/>
        <w:t>even if no one sees it.</w:t>
      </w:r>
      <w:r w:rsidRPr="007A06BD">
        <w:rPr>
          <w:lang w:val="en-US"/>
        </w:rPr>
        <w:br/>
      </w:r>
      <w:r w:rsidRPr="007A06BD">
        <w:rPr>
          <w:lang w:val="en-US"/>
        </w:rPr>
        <w:lastRenderedPageBreak/>
        <w:t>Even if it gets blamed for everything.</w:t>
      </w:r>
      <w:r w:rsidRPr="007A06BD">
        <w:rPr>
          <w:lang w:val="en-US"/>
        </w:rPr>
        <w:br/>
        <w:t>Even if someone shuts the window.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He paused.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— Maybe showing up is the painting.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proofErr w:type="spellStart"/>
      <w:r w:rsidRPr="007A06BD">
        <w:rPr>
          <w:lang w:val="en-US"/>
        </w:rPr>
        <w:t>Vanoel</w:t>
      </w:r>
      <w:proofErr w:type="spellEnd"/>
      <w:r w:rsidRPr="007A06BD">
        <w:rPr>
          <w:lang w:val="en-US"/>
        </w:rPr>
        <w:t xml:space="preserve"> blinked.</w:t>
      </w:r>
    </w:p>
    <w:p w:rsidR="007A06BD" w:rsidRPr="007A06BD" w:rsidRDefault="007A06BD" w:rsidP="007A06BD">
      <w:pPr>
        <w:spacing w:before="100" w:beforeAutospacing="1" w:after="100" w:afterAutospacing="1"/>
        <w:rPr>
          <w:lang w:val="en-US"/>
        </w:rPr>
      </w:pPr>
      <w:r w:rsidRPr="007A06BD">
        <w:rPr>
          <w:lang w:val="en-US"/>
        </w:rPr>
        <w:t>Then, very slowly,</w:t>
      </w:r>
      <w:r w:rsidRPr="007A06BD">
        <w:rPr>
          <w:lang w:val="en-US"/>
        </w:rPr>
        <w:br/>
        <w:t>he dipped the brush into the water again.</w:t>
      </w:r>
    </w:p>
    <w:p w:rsidR="007A06BD" w:rsidRPr="00236E5F" w:rsidRDefault="007A06BD" w:rsidP="007A06BD">
      <w:pPr>
        <w:spacing w:before="100" w:beforeAutospacing="1" w:after="100" w:afterAutospacing="1"/>
        <w:rPr>
          <w:lang w:val="en-US"/>
        </w:rPr>
      </w:pPr>
      <w:r w:rsidRPr="00236E5F">
        <w:rPr>
          <w:lang w:val="en-US"/>
        </w:rPr>
        <w:t>And began.</w:t>
      </w:r>
    </w:p>
    <w:p w:rsidR="00236E5F" w:rsidRDefault="00236E5F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236E5F" w:rsidRDefault="00236E5F" w:rsidP="00236E5F">
      <w:pPr>
        <w:pStyle w:val="21"/>
        <w:rPr>
          <w:sz w:val="27"/>
          <w:szCs w:val="27"/>
        </w:rPr>
      </w:pPr>
      <w:bookmarkStart w:id="21" w:name="_Toc195645088"/>
      <w:r>
        <w:lastRenderedPageBreak/>
        <w:t>Chapter 2</w:t>
      </w:r>
      <w:r w:rsidR="00360490">
        <w:t>2</w:t>
      </w:r>
      <w:r>
        <w:t>. How to Know You're Loved</w:t>
      </w:r>
      <w:bookmarkEnd w:id="21"/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They were lying in the grass again.</w:t>
      </w:r>
      <w:r w:rsidRPr="00A07A4C">
        <w:rPr>
          <w:lang w:val="en-US"/>
        </w:rPr>
        <w:br/>
        <w:t>The sun was warm.</w:t>
      </w:r>
      <w:r w:rsidRPr="00A07A4C">
        <w:rPr>
          <w:lang w:val="en-US"/>
        </w:rPr>
        <w:br/>
        <w:t>The breeze was gentle.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rStyle w:val="af6"/>
          <w:lang w:val="en-US"/>
        </w:rPr>
        <w:t>Elira</w:t>
      </w:r>
      <w:proofErr w:type="spellEnd"/>
      <w:r w:rsidRPr="00A07A4C">
        <w:rPr>
          <w:lang w:val="en-US"/>
        </w:rPr>
        <w:t xml:space="preserve"> sighed.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Sometimes I wonder…</w:t>
      </w:r>
      <w:r w:rsidRPr="00A07A4C">
        <w:rPr>
          <w:lang w:val="en-US"/>
        </w:rPr>
        <w:br/>
        <w:t>what if people love me</w:t>
      </w:r>
      <w:r w:rsidRPr="00A07A4C">
        <w:rPr>
          <w:lang w:val="en-US"/>
        </w:rPr>
        <w:br/>
        <w:t>only when I’m good?</w:t>
      </w:r>
      <w:r w:rsidRPr="00A07A4C">
        <w:rPr>
          <w:lang w:val="en-US"/>
        </w:rPr>
        <w:br/>
        <w:t>What if I have to earn it?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rStyle w:val="af6"/>
          <w:lang w:val="en-US"/>
        </w:rPr>
        <w:t>Seroel</w:t>
      </w:r>
      <w:proofErr w:type="spellEnd"/>
      <w:r w:rsidRPr="00A07A4C">
        <w:rPr>
          <w:lang w:val="en-US"/>
        </w:rPr>
        <w:t xml:space="preserve"> didn’t answer right away.</w:t>
      </w:r>
      <w:r w:rsidRPr="00A07A4C">
        <w:rPr>
          <w:lang w:val="en-US"/>
        </w:rPr>
        <w:br/>
        <w:t>He was watching the leaves above them,</w:t>
      </w:r>
      <w:r w:rsidRPr="00A07A4C">
        <w:rPr>
          <w:lang w:val="en-US"/>
        </w:rPr>
        <w:br/>
        <w:t>dancing in the sunlight.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Then he said: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Do you love the sky</w:t>
      </w:r>
      <w:r w:rsidRPr="00A07A4C">
        <w:rPr>
          <w:lang w:val="en-US"/>
        </w:rPr>
        <w:br/>
        <w:t>only when it’s blue?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Elira</w:t>
      </w:r>
      <w:proofErr w:type="spellEnd"/>
      <w:r w:rsidRPr="00A07A4C">
        <w:rPr>
          <w:lang w:val="en-US"/>
        </w:rPr>
        <w:t xml:space="preserve"> frowned.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No… I think it’s beautiful even when it rains.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Why?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She paused.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Because… it’s still the sky.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Seroel</w:t>
      </w:r>
      <w:proofErr w:type="spellEnd"/>
      <w:r w:rsidRPr="00A07A4C">
        <w:rPr>
          <w:lang w:val="en-US"/>
        </w:rPr>
        <w:t xml:space="preserve"> smiled.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lastRenderedPageBreak/>
        <w:t>— That’s what love is.</w:t>
      </w:r>
      <w:r w:rsidRPr="00A07A4C">
        <w:rPr>
          <w:lang w:val="en-US"/>
        </w:rPr>
        <w:br/>
        <w:t>It doesn’t wait for perfect.</w:t>
      </w:r>
      <w:r w:rsidRPr="00A07A4C">
        <w:rPr>
          <w:lang w:val="en-US"/>
        </w:rPr>
        <w:br/>
        <w:t>It sees the whole of you —</w:t>
      </w:r>
      <w:r w:rsidRPr="00A07A4C">
        <w:rPr>
          <w:lang w:val="en-US"/>
        </w:rPr>
        <w:br/>
        <w:t>even the cloudy parts.</w:t>
      </w:r>
    </w:p>
    <w:p w:rsidR="00A07A4C" w:rsidRDefault="00A07A4C" w:rsidP="00236E5F">
      <w:pPr>
        <w:spacing w:before="100" w:beforeAutospacing="1" w:after="100" w:afterAutospacing="1"/>
        <w:rPr>
          <w:rStyle w:val="af6"/>
          <w:lang w:val="en-US"/>
        </w:rPr>
      </w:pPr>
      <w:r>
        <w:rPr>
          <w:b/>
          <w:bCs/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37" name="Рисунок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" name="Рисунок 62925381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rStyle w:val="af6"/>
          <w:lang w:val="en-US"/>
        </w:rPr>
        <w:t>Vanoel</w:t>
      </w:r>
      <w:proofErr w:type="spellEnd"/>
      <w:r w:rsidRPr="00A07A4C">
        <w:rPr>
          <w:lang w:val="en-US"/>
        </w:rPr>
        <w:t xml:space="preserve"> added: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 xml:space="preserve">— But what if someone </w:t>
      </w:r>
      <w:r w:rsidRPr="00A07A4C">
        <w:rPr>
          <w:rStyle w:val="af7"/>
          <w:lang w:val="en-US"/>
        </w:rPr>
        <w:t>doesn’t</w:t>
      </w:r>
      <w:r w:rsidRPr="00A07A4C">
        <w:rPr>
          <w:lang w:val="en-US"/>
        </w:rPr>
        <w:t xml:space="preserve"> love all of you?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Seroel</w:t>
      </w:r>
      <w:proofErr w:type="spellEnd"/>
      <w:r w:rsidRPr="00A07A4C">
        <w:rPr>
          <w:lang w:val="en-US"/>
        </w:rPr>
        <w:t xml:space="preserve"> turned to him.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lastRenderedPageBreak/>
        <w:t>— Then they haven’t learned to love yet.</w:t>
      </w:r>
      <w:r w:rsidRPr="00A07A4C">
        <w:rPr>
          <w:lang w:val="en-US"/>
        </w:rPr>
        <w:br/>
        <w:t>That’s their lesson — not your failure.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Elira</w:t>
      </w:r>
      <w:proofErr w:type="spellEnd"/>
      <w:r w:rsidRPr="00A07A4C">
        <w:rPr>
          <w:lang w:val="en-US"/>
        </w:rPr>
        <w:t xml:space="preserve"> was quiet for a while.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Then she whispered: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I think… the sky loves me back.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Seroel</w:t>
      </w:r>
      <w:proofErr w:type="spellEnd"/>
      <w:r w:rsidRPr="00A07A4C">
        <w:rPr>
          <w:lang w:val="en-US"/>
        </w:rPr>
        <w:t xml:space="preserve"> nodded: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That’s because</w:t>
      </w:r>
      <w:r w:rsidRPr="00A07A4C">
        <w:rPr>
          <w:lang w:val="en-US"/>
        </w:rPr>
        <w:br/>
        <w:t>you stopped trying to be the weather</w:t>
      </w:r>
      <w:r w:rsidRPr="00A07A4C">
        <w:rPr>
          <w:lang w:val="en-US"/>
        </w:rPr>
        <w:br/>
        <w:t>and started being the sky.</w:t>
      </w:r>
    </w:p>
    <w:p w:rsidR="00236E5F" w:rsidRPr="00A07A4C" w:rsidRDefault="00236E5F" w:rsidP="00236E5F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And none of them said anything else.</w:t>
      </w:r>
      <w:r w:rsidRPr="00A07A4C">
        <w:rPr>
          <w:lang w:val="en-US"/>
        </w:rPr>
        <w:br/>
        <w:t>Because love</w:t>
      </w:r>
      <w:r w:rsidRPr="00A07A4C">
        <w:rPr>
          <w:lang w:val="en-US"/>
        </w:rPr>
        <w:br/>
        <w:t>was already speaking.</w:t>
      </w:r>
    </w:p>
    <w:p w:rsidR="00A07A4C" w:rsidRDefault="00A07A4C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A07A4C" w:rsidRDefault="00A07A4C" w:rsidP="00A07A4C">
      <w:pPr>
        <w:pStyle w:val="21"/>
        <w:rPr>
          <w:sz w:val="27"/>
          <w:szCs w:val="27"/>
        </w:rPr>
      </w:pPr>
      <w:bookmarkStart w:id="22" w:name="_Toc195645089"/>
      <w:r>
        <w:lastRenderedPageBreak/>
        <w:t>Chapter 2</w:t>
      </w:r>
      <w:r w:rsidR="00360490">
        <w:t>3</w:t>
      </w:r>
      <w:r>
        <w:t>. Why Don’t They See?</w:t>
      </w:r>
      <w:bookmarkEnd w:id="22"/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 xml:space="preserve">— Why don’t they see it? — asked </w:t>
      </w:r>
      <w:proofErr w:type="spellStart"/>
      <w:r w:rsidRPr="00A07A4C">
        <w:rPr>
          <w:rStyle w:val="af6"/>
          <w:lang w:val="en-US"/>
        </w:rPr>
        <w:t>Elira</w:t>
      </w:r>
      <w:proofErr w:type="spellEnd"/>
      <w:r w:rsidRPr="00A07A4C">
        <w:rPr>
          <w:lang w:val="en-US"/>
        </w:rPr>
        <w:t>.</w:t>
      </w:r>
      <w:r w:rsidRPr="00A07A4C">
        <w:rPr>
          <w:lang w:val="en-US"/>
        </w:rPr>
        <w:br/>
        <w:t>— The Light… the answers… the silence.</w:t>
      </w:r>
      <w:r w:rsidRPr="00A07A4C">
        <w:rPr>
          <w:lang w:val="en-US"/>
        </w:rPr>
        <w:br/>
        <w:t>Why do some people just walk by</w:t>
      </w:r>
      <w:r w:rsidRPr="00A07A4C">
        <w:rPr>
          <w:lang w:val="en-US"/>
        </w:rPr>
        <w:br/>
        <w:t>like the world is empty?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They were walking through town,</w:t>
      </w:r>
      <w:r w:rsidRPr="00A07A4C">
        <w:rPr>
          <w:lang w:val="en-US"/>
        </w:rPr>
        <w:br/>
        <w:t>past shops and cars and rushing feet.</w:t>
      </w:r>
      <w:r w:rsidRPr="00A07A4C">
        <w:rPr>
          <w:lang w:val="en-US"/>
        </w:rPr>
        <w:br/>
        <w:t>Noise everywhere.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rStyle w:val="af6"/>
          <w:lang w:val="en-US"/>
        </w:rPr>
        <w:t>Seroel</w:t>
      </w:r>
      <w:proofErr w:type="spellEnd"/>
      <w:r w:rsidRPr="00A07A4C">
        <w:rPr>
          <w:lang w:val="en-US"/>
        </w:rPr>
        <w:t xml:space="preserve"> answered quietly: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Maybe they used to see it.</w:t>
      </w:r>
      <w:r w:rsidRPr="00A07A4C">
        <w:rPr>
          <w:lang w:val="en-US"/>
        </w:rPr>
        <w:br/>
        <w:t>And forgot.</w:t>
      </w:r>
      <w:r w:rsidRPr="00A07A4C">
        <w:rPr>
          <w:lang w:val="en-US"/>
        </w:rPr>
        <w:br/>
        <w:t>Or maybe they think</w:t>
      </w:r>
      <w:r w:rsidRPr="00A07A4C">
        <w:rPr>
          <w:lang w:val="en-US"/>
        </w:rPr>
        <w:br/>
        <w:t>they have to be busy</w:t>
      </w:r>
      <w:r w:rsidRPr="00A07A4C">
        <w:rPr>
          <w:lang w:val="en-US"/>
        </w:rPr>
        <w:br/>
        <w:t>to be real.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rStyle w:val="af6"/>
          <w:lang w:val="en-US"/>
        </w:rPr>
        <w:t>Vanoel</w:t>
      </w:r>
      <w:proofErr w:type="spellEnd"/>
      <w:r w:rsidRPr="00A07A4C">
        <w:rPr>
          <w:lang w:val="en-US"/>
        </w:rPr>
        <w:t xml:space="preserve"> said: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It’s like they’re in a different game.</w:t>
      </w:r>
      <w:r w:rsidRPr="00A07A4C">
        <w:rPr>
          <w:lang w:val="en-US"/>
        </w:rPr>
        <w:br/>
        <w:t>One where the goal is to win,</w:t>
      </w:r>
      <w:r w:rsidRPr="00A07A4C">
        <w:rPr>
          <w:lang w:val="en-US"/>
        </w:rPr>
        <w:br/>
        <w:t>not to wake up.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Elira</w:t>
      </w:r>
      <w:proofErr w:type="spellEnd"/>
      <w:r w:rsidRPr="00A07A4C">
        <w:rPr>
          <w:lang w:val="en-US"/>
        </w:rPr>
        <w:t xml:space="preserve"> frowned.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But if I told them —</w:t>
      </w:r>
      <w:r w:rsidRPr="00A07A4C">
        <w:rPr>
          <w:lang w:val="en-US"/>
        </w:rPr>
        <w:br/>
        <w:t>they’d just laugh.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Seroel</w:t>
      </w:r>
      <w:proofErr w:type="spellEnd"/>
      <w:r w:rsidRPr="00A07A4C">
        <w:rPr>
          <w:lang w:val="en-US"/>
        </w:rPr>
        <w:t xml:space="preserve"> looked at her.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lastRenderedPageBreak/>
        <w:t>— Would you laugh</w:t>
      </w:r>
      <w:r w:rsidRPr="00A07A4C">
        <w:rPr>
          <w:lang w:val="en-US"/>
        </w:rPr>
        <w:br/>
        <w:t>at someone who found a treasure</w:t>
      </w:r>
      <w:r w:rsidRPr="00A07A4C">
        <w:rPr>
          <w:lang w:val="en-US"/>
        </w:rPr>
        <w:br/>
        <w:t>you hadn’t noticed?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No…</w:t>
      </w:r>
    </w:p>
    <w:p w:rsidR="00A07A4C" w:rsidRPr="00A07A4C" w:rsidRDefault="000D6063" w:rsidP="00A07A4C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38" name="Рисунок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Рисунок 67625945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A4C" w:rsidRPr="00A07A4C">
        <w:rPr>
          <w:lang w:val="en-US"/>
        </w:rPr>
        <w:t>— Then maybe don’t expect them to laugh.</w:t>
      </w:r>
      <w:r w:rsidR="00A07A4C" w:rsidRPr="00A07A4C">
        <w:rPr>
          <w:lang w:val="en-US"/>
        </w:rPr>
        <w:br/>
        <w:t>Maybe… expect them to remember.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They walked in silence for a bit.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Vanoel</w:t>
      </w:r>
      <w:proofErr w:type="spellEnd"/>
      <w:r w:rsidRPr="00A07A4C">
        <w:rPr>
          <w:lang w:val="en-US"/>
        </w:rPr>
        <w:t xml:space="preserve"> said: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lastRenderedPageBreak/>
        <w:t>— Do you think the world wants to be seen?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proofErr w:type="spellStart"/>
      <w:r w:rsidRPr="00A07A4C">
        <w:rPr>
          <w:lang w:val="en-US"/>
        </w:rPr>
        <w:t>Seroel</w:t>
      </w:r>
      <w:proofErr w:type="spellEnd"/>
      <w:r w:rsidRPr="00A07A4C">
        <w:rPr>
          <w:lang w:val="en-US"/>
        </w:rPr>
        <w:t xml:space="preserve"> smiled.</w:t>
      </w:r>
    </w:p>
    <w:p w:rsidR="00A07A4C" w:rsidRPr="00A07A4C" w:rsidRDefault="00A07A4C" w:rsidP="00A07A4C">
      <w:pPr>
        <w:spacing w:before="100" w:beforeAutospacing="1" w:after="100" w:afterAutospacing="1"/>
        <w:rPr>
          <w:lang w:val="en-US"/>
        </w:rPr>
      </w:pPr>
      <w:r w:rsidRPr="00A07A4C">
        <w:rPr>
          <w:lang w:val="en-US"/>
        </w:rPr>
        <w:t>— I think it’s waiting</w:t>
      </w:r>
      <w:r w:rsidRPr="00A07A4C">
        <w:rPr>
          <w:lang w:val="en-US"/>
        </w:rPr>
        <w:br/>
        <w:t>for someone to look with their heart.</w:t>
      </w:r>
    </w:p>
    <w:p w:rsidR="000D6063" w:rsidRDefault="000D6063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0D6063" w:rsidRDefault="000D6063" w:rsidP="000D6063">
      <w:pPr>
        <w:pStyle w:val="21"/>
        <w:rPr>
          <w:sz w:val="27"/>
          <w:szCs w:val="27"/>
        </w:rPr>
      </w:pPr>
      <w:bookmarkStart w:id="23" w:name="_Toc195645090"/>
      <w:r>
        <w:lastRenderedPageBreak/>
        <w:t>Chapter 2</w:t>
      </w:r>
      <w:r w:rsidR="00360490">
        <w:t>4</w:t>
      </w:r>
      <w:r>
        <w:t>. What You Leave Behind</w:t>
      </w:r>
      <w:bookmarkEnd w:id="23"/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They were making footprints in the mud.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rStyle w:val="af6"/>
          <w:lang w:val="en-US"/>
        </w:rPr>
        <w:t>Vanoel</w:t>
      </w:r>
      <w:proofErr w:type="spellEnd"/>
      <w:r w:rsidRPr="000D6063">
        <w:rPr>
          <w:lang w:val="en-US"/>
        </w:rPr>
        <w:t xml:space="preserve"> stomped,</w:t>
      </w:r>
      <w:r w:rsidRPr="000D6063">
        <w:rPr>
          <w:lang w:val="en-US"/>
        </w:rPr>
        <w:br/>
        <w:t>then laughed at the shapes he left.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rStyle w:val="af6"/>
          <w:lang w:val="en-US"/>
        </w:rPr>
        <w:t>Elira</w:t>
      </w:r>
      <w:proofErr w:type="spellEnd"/>
      <w:r w:rsidRPr="000D6063">
        <w:rPr>
          <w:lang w:val="en-US"/>
        </w:rPr>
        <w:t xml:space="preserve"> stepped carefully,</w:t>
      </w:r>
      <w:r w:rsidRPr="000D6063">
        <w:rPr>
          <w:lang w:val="en-US"/>
        </w:rPr>
        <w:br/>
        <w:t>trying not to disturb the earth too much.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rStyle w:val="af6"/>
          <w:lang w:val="en-US"/>
        </w:rPr>
        <w:t>Seroel</w:t>
      </w:r>
      <w:proofErr w:type="spellEnd"/>
      <w:r w:rsidRPr="000D6063">
        <w:rPr>
          <w:lang w:val="en-US"/>
        </w:rPr>
        <w:t xml:space="preserve"> traced a slow path behind them.</w:t>
      </w:r>
      <w:r w:rsidRPr="000D6063">
        <w:rPr>
          <w:lang w:val="en-US"/>
        </w:rPr>
        <w:br/>
        <w:t>He wasn’t stomping.</w:t>
      </w:r>
      <w:r w:rsidRPr="000D6063">
        <w:rPr>
          <w:lang w:val="en-US"/>
        </w:rPr>
        <w:br/>
        <w:t>He wasn’t avoiding.</w:t>
      </w:r>
      <w:r w:rsidR="007E6B8D" w:rsidRPr="007E6B8D">
        <w:rPr>
          <w:noProof/>
          <w:lang w:val="en-US"/>
        </w:rPr>
        <w:t xml:space="preserve"> 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Just walking —</w:t>
      </w:r>
      <w:r w:rsidRPr="000D6063">
        <w:rPr>
          <w:lang w:val="en-US"/>
        </w:rPr>
        <w:br/>
        <w:t>present.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lang w:val="en-US"/>
        </w:rPr>
        <w:t>Vanoel</w:t>
      </w:r>
      <w:proofErr w:type="spellEnd"/>
      <w:r w:rsidRPr="000D6063">
        <w:rPr>
          <w:lang w:val="en-US"/>
        </w:rPr>
        <w:t xml:space="preserve"> looked back.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— It’s funny.</w:t>
      </w:r>
      <w:r w:rsidR="007E6B8D" w:rsidRPr="007E6B8D">
        <w:rPr>
          <w:noProof/>
          <w:lang w:val="en-US"/>
        </w:rPr>
        <w:t xml:space="preserve"> </w:t>
      </w:r>
      <w:r w:rsidRPr="000D6063">
        <w:rPr>
          <w:lang w:val="en-US"/>
        </w:rPr>
        <w:br/>
        <w:t>We walk, and then it’s like we were here.</w:t>
      </w:r>
      <w:r w:rsidRPr="000D6063">
        <w:rPr>
          <w:lang w:val="en-US"/>
        </w:rPr>
        <w:br/>
        <w:t>But we’re not.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lang w:val="en-US"/>
        </w:rPr>
        <w:t>Elira</w:t>
      </w:r>
      <w:proofErr w:type="spellEnd"/>
      <w:r w:rsidRPr="000D6063">
        <w:rPr>
          <w:lang w:val="en-US"/>
        </w:rPr>
        <w:t xml:space="preserve"> said: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— Some prints wash away fast.</w:t>
      </w:r>
      <w:r w:rsidRPr="000D6063">
        <w:rPr>
          <w:lang w:val="en-US"/>
        </w:rPr>
        <w:br/>
        <w:t>Some stay longer.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lang w:val="en-US"/>
        </w:rPr>
        <w:t>Seroel</w:t>
      </w:r>
      <w:proofErr w:type="spellEnd"/>
      <w:r w:rsidRPr="000D6063">
        <w:rPr>
          <w:lang w:val="en-US"/>
        </w:rPr>
        <w:t xml:space="preserve"> nodded.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— And some aren’t made in the ground.</w:t>
      </w:r>
      <w:r w:rsidRPr="000D6063">
        <w:rPr>
          <w:lang w:val="en-US"/>
        </w:rPr>
        <w:br/>
        <w:t>But in someone’s heart.</w:t>
      </w:r>
    </w:p>
    <w:p w:rsidR="007E6B8D" w:rsidRDefault="007E6B8D" w:rsidP="000D6063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ns6:anchorId="5F63B22D" ns6:editId="0EB7444A">
            <wp:extent cx="3780790" cy="3780790"/>
            <wp:effectExtent l="0" t="0" r="3810" b="3810"/>
            <wp:docPr id="39" name="Рисунок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" name="Рисунок 129361115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lang w:val="en-US"/>
        </w:rPr>
        <w:t>Vanoel</w:t>
      </w:r>
      <w:proofErr w:type="spellEnd"/>
      <w:r w:rsidRPr="000D6063">
        <w:rPr>
          <w:lang w:val="en-US"/>
        </w:rPr>
        <w:t xml:space="preserve"> blinked.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— Can people feel where we’ve been?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 xml:space="preserve">— Yes, — said </w:t>
      </w:r>
      <w:proofErr w:type="spellStart"/>
      <w:r w:rsidRPr="000D6063">
        <w:rPr>
          <w:lang w:val="en-US"/>
        </w:rPr>
        <w:t>Seroel</w:t>
      </w:r>
      <w:proofErr w:type="spellEnd"/>
      <w:r w:rsidRPr="000D6063">
        <w:rPr>
          <w:lang w:val="en-US"/>
        </w:rPr>
        <w:t>.</w:t>
      </w:r>
      <w:r w:rsidRPr="000D6063">
        <w:rPr>
          <w:lang w:val="en-US"/>
        </w:rPr>
        <w:br/>
        <w:t>— Not always with eyes.</w:t>
      </w:r>
      <w:r w:rsidRPr="000D6063">
        <w:rPr>
          <w:lang w:val="en-US"/>
        </w:rPr>
        <w:br/>
        <w:t>But with something quieter.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They stopped at the edge of a puddle.</w:t>
      </w:r>
      <w:r w:rsidRPr="000D6063">
        <w:rPr>
          <w:lang w:val="en-US"/>
        </w:rPr>
        <w:br/>
        <w:t>Their reflections shimmered.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lang w:val="en-US"/>
        </w:rPr>
        <w:lastRenderedPageBreak/>
        <w:t>Elira</w:t>
      </w:r>
      <w:proofErr w:type="spellEnd"/>
      <w:r w:rsidRPr="000D6063">
        <w:rPr>
          <w:lang w:val="en-US"/>
        </w:rPr>
        <w:t xml:space="preserve"> whispered: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 xml:space="preserve">— What do </w:t>
      </w:r>
      <w:r w:rsidRPr="000D6063">
        <w:rPr>
          <w:rStyle w:val="af7"/>
          <w:lang w:val="en-US"/>
        </w:rPr>
        <w:t>you</w:t>
      </w:r>
      <w:r w:rsidRPr="000D6063">
        <w:rPr>
          <w:lang w:val="en-US"/>
        </w:rPr>
        <w:t xml:space="preserve"> want to leave behind?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proofErr w:type="spellStart"/>
      <w:r w:rsidRPr="000D6063">
        <w:rPr>
          <w:lang w:val="en-US"/>
        </w:rPr>
        <w:t>Seroel</w:t>
      </w:r>
      <w:proofErr w:type="spellEnd"/>
      <w:r w:rsidRPr="000D6063">
        <w:rPr>
          <w:lang w:val="en-US"/>
        </w:rPr>
        <w:t xml:space="preserve"> smiled softly: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— Light.</w:t>
      </w:r>
      <w:r w:rsidRPr="000D6063">
        <w:rPr>
          <w:lang w:val="en-US"/>
        </w:rPr>
        <w:br/>
        <w:t>That doesn’t need my name on it.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They didn’t move for a long time.</w:t>
      </w:r>
    </w:p>
    <w:p w:rsidR="000D6063" w:rsidRPr="000D6063" w:rsidRDefault="000D6063" w:rsidP="000D6063">
      <w:pPr>
        <w:spacing w:before="100" w:beforeAutospacing="1" w:after="100" w:afterAutospacing="1"/>
        <w:rPr>
          <w:lang w:val="en-US"/>
        </w:rPr>
      </w:pPr>
      <w:r w:rsidRPr="000D6063">
        <w:rPr>
          <w:lang w:val="en-US"/>
        </w:rPr>
        <w:t>And even when they did —</w:t>
      </w:r>
      <w:r w:rsidRPr="000D6063">
        <w:rPr>
          <w:lang w:val="en-US"/>
        </w:rPr>
        <w:br/>
        <w:t>the silence stayed.</w:t>
      </w:r>
    </w:p>
    <w:p w:rsidR="00390736" w:rsidRDefault="00390736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390736" w:rsidRDefault="00390736" w:rsidP="00390736">
      <w:pPr>
        <w:pStyle w:val="21"/>
        <w:rPr>
          <w:sz w:val="27"/>
          <w:szCs w:val="27"/>
        </w:rPr>
      </w:pPr>
      <w:bookmarkStart w:id="24" w:name="_Toc195645091"/>
      <w:r>
        <w:lastRenderedPageBreak/>
        <w:t>Chapter 2</w:t>
      </w:r>
      <w:r w:rsidR="00360490">
        <w:t>5</w:t>
      </w:r>
      <w:r>
        <w:t>. Can You Lose the Light?</w:t>
      </w:r>
      <w:bookmarkEnd w:id="24"/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>The sky was gray.</w:t>
      </w:r>
      <w:r w:rsidRPr="00390736">
        <w:rPr>
          <w:lang w:val="en-US"/>
        </w:rPr>
        <w:br/>
        <w:t>No sun. No glow. Just quiet.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proofErr w:type="spellStart"/>
      <w:r w:rsidRPr="00390736">
        <w:rPr>
          <w:rStyle w:val="af6"/>
          <w:lang w:val="en-US"/>
        </w:rPr>
        <w:t>Vanoel</w:t>
      </w:r>
      <w:proofErr w:type="spellEnd"/>
      <w:r w:rsidRPr="00390736">
        <w:rPr>
          <w:lang w:val="en-US"/>
        </w:rPr>
        <w:t xml:space="preserve"> sat on the swing, barely moving.</w:t>
      </w:r>
      <w:r w:rsidRPr="00390736">
        <w:rPr>
          <w:lang w:val="en-US"/>
        </w:rPr>
        <w:br/>
      </w:r>
      <w:proofErr w:type="spellStart"/>
      <w:r w:rsidRPr="00390736">
        <w:rPr>
          <w:rStyle w:val="af6"/>
          <w:lang w:val="en-US"/>
        </w:rPr>
        <w:t>Seroel</w:t>
      </w:r>
      <w:proofErr w:type="spellEnd"/>
      <w:r w:rsidRPr="00390736">
        <w:rPr>
          <w:lang w:val="en-US"/>
        </w:rPr>
        <w:t xml:space="preserve"> </w:t>
      </w:r>
      <w:r w:rsidR="00BC6A41" w:rsidRPr="00390736">
        <w:rPr>
          <w:lang w:val="en-US"/>
        </w:rPr>
        <w:t xml:space="preserve">sat </w:t>
      </w:r>
      <w:r w:rsidRPr="00390736">
        <w:rPr>
          <w:lang w:val="en-US"/>
        </w:rPr>
        <w:t>nearby.</w:t>
      </w:r>
    </w:p>
    <w:p w:rsidR="00BC6A41" w:rsidRDefault="00BC6A41" w:rsidP="00390736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780790" cy="3780790"/>
            <wp:effectExtent l="0" t="0" r="3810" b="3810"/>
            <wp:docPr id="40" name="Рисунок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Рисунок 19138522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 xml:space="preserve">— I don’t feel it today, — </w:t>
      </w:r>
      <w:proofErr w:type="spellStart"/>
      <w:r w:rsidRPr="00390736">
        <w:rPr>
          <w:lang w:val="en-US"/>
        </w:rPr>
        <w:t>Vanoel</w:t>
      </w:r>
      <w:proofErr w:type="spellEnd"/>
      <w:r w:rsidRPr="00390736">
        <w:rPr>
          <w:lang w:val="en-US"/>
        </w:rPr>
        <w:t xml:space="preserve"> said.</w:t>
      </w:r>
      <w:r w:rsidRPr="00390736">
        <w:rPr>
          <w:lang w:val="en-US"/>
        </w:rPr>
        <w:br/>
        <w:t>— The Light. The warmth.</w:t>
      </w:r>
      <w:r w:rsidRPr="00390736">
        <w:rPr>
          <w:lang w:val="en-US"/>
        </w:rPr>
        <w:br/>
        <w:t>It’s like it’s… gone.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proofErr w:type="spellStart"/>
      <w:r w:rsidRPr="00390736">
        <w:rPr>
          <w:lang w:val="en-US"/>
        </w:rPr>
        <w:lastRenderedPageBreak/>
        <w:t>Seroel</w:t>
      </w:r>
      <w:proofErr w:type="spellEnd"/>
      <w:r w:rsidRPr="00390736">
        <w:rPr>
          <w:lang w:val="en-US"/>
        </w:rPr>
        <w:t xml:space="preserve"> looked at the clouds.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>— Can the sun disappear?</w:t>
      </w:r>
      <w:r w:rsidRPr="00390736">
        <w:rPr>
          <w:lang w:val="en-US"/>
        </w:rPr>
        <w:br/>
        <w:t>Or just hide?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proofErr w:type="spellStart"/>
      <w:r w:rsidRPr="00390736">
        <w:rPr>
          <w:lang w:val="en-US"/>
        </w:rPr>
        <w:t>Vanoel</w:t>
      </w:r>
      <w:proofErr w:type="spellEnd"/>
      <w:r w:rsidRPr="00390736">
        <w:rPr>
          <w:lang w:val="en-US"/>
        </w:rPr>
        <w:t xml:space="preserve"> frowned.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 xml:space="preserve">— But it </w:t>
      </w:r>
      <w:r w:rsidRPr="00390736">
        <w:rPr>
          <w:rStyle w:val="af7"/>
          <w:lang w:val="en-US"/>
        </w:rPr>
        <w:t>feels</w:t>
      </w:r>
      <w:r w:rsidRPr="00390736">
        <w:rPr>
          <w:lang w:val="en-US"/>
        </w:rPr>
        <w:t xml:space="preserve"> gone.</w:t>
      </w:r>
      <w:r w:rsidRPr="00390736">
        <w:rPr>
          <w:lang w:val="en-US"/>
        </w:rPr>
        <w:br/>
        <w:t>And if I can’t feel it — what if I lost it?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proofErr w:type="spellStart"/>
      <w:r w:rsidRPr="00390736">
        <w:rPr>
          <w:lang w:val="en-US"/>
        </w:rPr>
        <w:t>Seroel</w:t>
      </w:r>
      <w:proofErr w:type="spellEnd"/>
      <w:r w:rsidRPr="00390736">
        <w:rPr>
          <w:lang w:val="en-US"/>
        </w:rPr>
        <w:t xml:space="preserve"> walked over and sat in the grass.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>— Have you ever seen your own heart?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>— No…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>— But is it still there?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proofErr w:type="spellStart"/>
      <w:r w:rsidRPr="00390736">
        <w:rPr>
          <w:lang w:val="en-US"/>
        </w:rPr>
        <w:t>Vanoel</w:t>
      </w:r>
      <w:proofErr w:type="spellEnd"/>
      <w:r w:rsidRPr="00390736">
        <w:rPr>
          <w:lang w:val="en-US"/>
        </w:rPr>
        <w:t xml:space="preserve"> was quiet.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proofErr w:type="spellStart"/>
      <w:r w:rsidRPr="00390736">
        <w:rPr>
          <w:lang w:val="en-US"/>
        </w:rPr>
        <w:t>Seroel</w:t>
      </w:r>
      <w:proofErr w:type="spellEnd"/>
      <w:r w:rsidRPr="00390736">
        <w:rPr>
          <w:lang w:val="en-US"/>
        </w:rPr>
        <w:t xml:space="preserve"> continued: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>— The Light isn’t something you feel.</w:t>
      </w:r>
      <w:r w:rsidRPr="00390736">
        <w:rPr>
          <w:lang w:val="en-US"/>
        </w:rPr>
        <w:br/>
        <w:t xml:space="preserve">It’s something you </w:t>
      </w:r>
      <w:r w:rsidRPr="00390736">
        <w:rPr>
          <w:rStyle w:val="af7"/>
          <w:lang w:val="en-US"/>
        </w:rPr>
        <w:t>are</w:t>
      </w:r>
      <w:r w:rsidRPr="00390736">
        <w:rPr>
          <w:lang w:val="en-US"/>
        </w:rPr>
        <w:t>.</w:t>
      </w:r>
      <w:r w:rsidRPr="00390736">
        <w:rPr>
          <w:lang w:val="en-US"/>
        </w:rPr>
        <w:br/>
        <w:t>Even when it’s covered.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proofErr w:type="spellStart"/>
      <w:r w:rsidRPr="00390736">
        <w:rPr>
          <w:lang w:val="en-US"/>
        </w:rPr>
        <w:t>Vanoel</w:t>
      </w:r>
      <w:proofErr w:type="spellEnd"/>
      <w:r w:rsidRPr="00390736">
        <w:rPr>
          <w:lang w:val="en-US"/>
        </w:rPr>
        <w:t xml:space="preserve"> looked down.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>— Then what do I do?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proofErr w:type="spellStart"/>
      <w:r w:rsidRPr="00390736">
        <w:rPr>
          <w:lang w:val="en-US"/>
        </w:rPr>
        <w:t>Seroel</w:t>
      </w:r>
      <w:proofErr w:type="spellEnd"/>
      <w:r w:rsidRPr="00390736">
        <w:rPr>
          <w:lang w:val="en-US"/>
        </w:rPr>
        <w:t xml:space="preserve"> smiled softly: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lastRenderedPageBreak/>
        <w:t>— Don’t chase it.</w:t>
      </w:r>
      <w:r w:rsidRPr="00390736">
        <w:rPr>
          <w:lang w:val="en-US"/>
        </w:rPr>
        <w:br/>
        <w:t>Be still.</w:t>
      </w:r>
      <w:r w:rsidRPr="00390736">
        <w:rPr>
          <w:lang w:val="en-US"/>
        </w:rPr>
        <w:br/>
        <w:t>And let it remember you.</w:t>
      </w:r>
    </w:p>
    <w:p w:rsidR="00390736" w:rsidRPr="00390736" w:rsidRDefault="00390736" w:rsidP="00390736">
      <w:pPr>
        <w:spacing w:before="100" w:beforeAutospacing="1" w:after="100" w:afterAutospacing="1"/>
        <w:rPr>
          <w:lang w:val="en-US"/>
        </w:rPr>
      </w:pPr>
      <w:r w:rsidRPr="00390736">
        <w:rPr>
          <w:lang w:val="en-US"/>
        </w:rPr>
        <w:t>The swing creaked gently in the wind.</w:t>
      </w:r>
      <w:r w:rsidRPr="00390736">
        <w:rPr>
          <w:lang w:val="en-US"/>
        </w:rPr>
        <w:br/>
        <w:t>And even in the gray,</w:t>
      </w:r>
      <w:r w:rsidRPr="00390736">
        <w:rPr>
          <w:lang w:val="en-US"/>
        </w:rPr>
        <w:br/>
        <w:t>something warm returned.</w:t>
      </w:r>
    </w:p>
    <w:p w:rsidR="00D04EA7" w:rsidRDefault="00D04EA7" w:rsidP="005E2F4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B32CAB" w:rsidRDefault="00B32CAB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B32CAB" w:rsidRDefault="00B32CAB" w:rsidP="00B32CAB">
      <w:pPr>
        <w:pStyle w:val="21"/>
        <w:rPr>
          <w:sz w:val="27"/>
          <w:szCs w:val="27"/>
        </w:rPr>
      </w:pPr>
      <w:bookmarkStart w:id="25" w:name="_Toc195645092"/>
      <w:r>
        <w:lastRenderedPageBreak/>
        <w:t>Chapter 2</w:t>
      </w:r>
      <w:r w:rsidR="00360490">
        <w:t>6</w:t>
      </w:r>
      <w:r>
        <w:t>. What If I Forget All This?</w:t>
      </w:r>
      <w:bookmarkEnd w:id="25"/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They were lying under the stars.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proofErr w:type="spellStart"/>
      <w:r w:rsidRPr="00B32CAB">
        <w:rPr>
          <w:rStyle w:val="af6"/>
          <w:lang w:val="en-US"/>
        </w:rPr>
        <w:t>Elira</w:t>
      </w:r>
      <w:proofErr w:type="spellEnd"/>
      <w:r w:rsidRPr="00B32CAB">
        <w:rPr>
          <w:lang w:val="en-US"/>
        </w:rPr>
        <w:t xml:space="preserve"> had her hands behind her head.</w:t>
      </w:r>
      <w:r w:rsidRPr="00B32CAB">
        <w:rPr>
          <w:lang w:val="en-US"/>
        </w:rPr>
        <w:br/>
        <w:t>She stared into the deep night.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— What if I forget?</w:t>
      </w:r>
    </w:p>
    <w:p w:rsidR="00A4170A" w:rsidRDefault="00B32CAB" w:rsidP="00B32CAB">
      <w:pPr>
        <w:spacing w:before="100" w:beforeAutospacing="1" w:after="100" w:afterAutospacing="1"/>
        <w:rPr>
          <w:lang w:val="en-US"/>
        </w:rPr>
      </w:pPr>
      <w:proofErr w:type="spellStart"/>
      <w:r w:rsidRPr="00B32CAB">
        <w:rPr>
          <w:rStyle w:val="af6"/>
          <w:lang w:val="en-US"/>
        </w:rPr>
        <w:t>Seroel</w:t>
      </w:r>
      <w:proofErr w:type="spellEnd"/>
      <w:r w:rsidRPr="00B32CAB">
        <w:rPr>
          <w:lang w:val="en-US"/>
        </w:rPr>
        <w:t xml:space="preserve"> turned </w:t>
      </w:r>
      <w:r w:rsidR="00A4170A" w:rsidRPr="00B32CAB">
        <w:rPr>
          <w:lang w:val="en-US"/>
        </w:rPr>
        <w:t>his head toward her.</w:t>
      </w:r>
    </w:p>
    <w:p w:rsidR="00B32CAB" w:rsidRPr="00B32CAB" w:rsidRDefault="00A4170A" w:rsidP="00B32CAB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 ns6:anchorId="628B25C0" ns6:editId="0F342486">
            <wp:extent cx="3780790" cy="3780790"/>
            <wp:effectExtent l="0" t="0" r="3810" b="3810"/>
            <wp:docPr id="41" name="Рисунок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" name="Рисунок 47411867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lastRenderedPageBreak/>
        <w:t>— Forget what?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— Everything.</w:t>
      </w:r>
      <w:r w:rsidRPr="00B32CAB">
        <w:rPr>
          <w:lang w:val="en-US"/>
        </w:rPr>
        <w:br/>
        <w:t>The Light. The silence.</w:t>
      </w:r>
      <w:r w:rsidRPr="00B32CAB">
        <w:rPr>
          <w:lang w:val="en-US"/>
        </w:rPr>
        <w:br/>
        <w:t>The games.</w:t>
      </w:r>
      <w:r w:rsidRPr="00B32CAB">
        <w:rPr>
          <w:lang w:val="en-US"/>
        </w:rPr>
        <w:br/>
        <w:t>All of it.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proofErr w:type="spellStart"/>
      <w:r w:rsidRPr="00B32CAB">
        <w:rPr>
          <w:lang w:val="en-US"/>
        </w:rPr>
        <w:t>Seroel</w:t>
      </w:r>
      <w:proofErr w:type="spellEnd"/>
      <w:r w:rsidRPr="00B32CAB">
        <w:rPr>
          <w:lang w:val="en-US"/>
        </w:rPr>
        <w:t xml:space="preserve"> smiled gently.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— Then you’ll remember again.</w:t>
      </w:r>
      <w:r w:rsidRPr="00B32CAB">
        <w:rPr>
          <w:lang w:val="en-US"/>
        </w:rPr>
        <w:br/>
        <w:t>When the time is right.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proofErr w:type="spellStart"/>
      <w:r w:rsidRPr="00B32CAB">
        <w:rPr>
          <w:rStyle w:val="af6"/>
          <w:lang w:val="en-US"/>
        </w:rPr>
        <w:t>Vanoel</w:t>
      </w:r>
      <w:proofErr w:type="spellEnd"/>
      <w:r w:rsidRPr="00B32CAB">
        <w:rPr>
          <w:lang w:val="en-US"/>
        </w:rPr>
        <w:t>, lying nearby, said: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— But what if we grow up</w:t>
      </w:r>
      <w:r w:rsidRPr="00B32CAB">
        <w:rPr>
          <w:lang w:val="en-US"/>
        </w:rPr>
        <w:br/>
        <w:t>and think it was just pretend?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proofErr w:type="spellStart"/>
      <w:r w:rsidRPr="00B32CAB">
        <w:rPr>
          <w:lang w:val="en-US"/>
        </w:rPr>
        <w:t>Seroel</w:t>
      </w:r>
      <w:proofErr w:type="spellEnd"/>
      <w:r w:rsidRPr="00B32CAB">
        <w:rPr>
          <w:lang w:val="en-US"/>
        </w:rPr>
        <w:t xml:space="preserve"> looked at the stars.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— Some things feel like pretend</w:t>
      </w:r>
      <w:r w:rsidRPr="00B32CAB">
        <w:rPr>
          <w:lang w:val="en-US"/>
        </w:rPr>
        <w:br/>
        <w:t>only when you try to explain them with grown-up words.</w:t>
      </w:r>
      <w:r w:rsidRPr="00B32CAB">
        <w:rPr>
          <w:lang w:val="en-US"/>
        </w:rPr>
        <w:br/>
        <w:t>But the heart remembers.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proofErr w:type="spellStart"/>
      <w:r w:rsidRPr="00B32CAB">
        <w:rPr>
          <w:lang w:val="en-US"/>
        </w:rPr>
        <w:t>Elira</w:t>
      </w:r>
      <w:proofErr w:type="spellEnd"/>
      <w:r w:rsidRPr="00B32CAB">
        <w:rPr>
          <w:lang w:val="en-US"/>
        </w:rPr>
        <w:t xml:space="preserve"> whispered: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— Even if the mind forgets?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— Especially then.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>They were quiet for a while.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t xml:space="preserve">Then </w:t>
      </w:r>
      <w:proofErr w:type="spellStart"/>
      <w:r w:rsidRPr="00B32CAB">
        <w:rPr>
          <w:lang w:val="en-US"/>
        </w:rPr>
        <w:t>Seroel</w:t>
      </w:r>
      <w:proofErr w:type="spellEnd"/>
      <w:r w:rsidRPr="00B32CAB">
        <w:rPr>
          <w:lang w:val="en-US"/>
        </w:rPr>
        <w:t xml:space="preserve"> added:</w:t>
      </w:r>
    </w:p>
    <w:p w:rsidR="00B32CAB" w:rsidRPr="00B32CAB" w:rsidRDefault="00B32CAB" w:rsidP="00B32CAB">
      <w:pPr>
        <w:spacing w:before="100" w:beforeAutospacing="1" w:after="100" w:afterAutospacing="1"/>
        <w:rPr>
          <w:lang w:val="en-US"/>
        </w:rPr>
      </w:pPr>
      <w:r w:rsidRPr="00B32CAB">
        <w:rPr>
          <w:lang w:val="en-US"/>
        </w:rPr>
        <w:lastRenderedPageBreak/>
        <w:t>— Just leave one door open inside you.</w:t>
      </w:r>
      <w:r w:rsidRPr="00B32CAB">
        <w:rPr>
          <w:lang w:val="en-US"/>
        </w:rPr>
        <w:br/>
        <w:t>Even a tiny one.</w:t>
      </w:r>
      <w:r w:rsidRPr="00B32CAB">
        <w:rPr>
          <w:lang w:val="en-US"/>
        </w:rPr>
        <w:br/>
        <w:t>And when the wind of remembering comes…</w:t>
      </w:r>
      <w:r w:rsidRPr="00B32CAB">
        <w:rPr>
          <w:lang w:val="en-US"/>
        </w:rPr>
        <w:br/>
        <w:t>it will find a way in.</w:t>
      </w:r>
    </w:p>
    <w:p w:rsidR="00C845C5" w:rsidRDefault="00C845C5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4F81BD" w:themeColor="accent1"/>
          <w:sz w:val="22"/>
          <w:szCs w:val="22"/>
          <w:lang w:val="en-US" w:eastAsia="en-US"/>
        </w:rPr>
      </w:pPr>
      <w:r w:rsidRPr="008F7FDD">
        <w:rPr>
          <w:lang w:val="en-US"/>
        </w:rPr>
        <w:br w:type="page"/>
      </w:r>
    </w:p>
    <w:p w:rsidR="00C845C5" w:rsidRDefault="00C845C5" w:rsidP="00C845C5">
      <w:pPr>
        <w:pStyle w:val="21"/>
        <w:rPr>
          <w:sz w:val="27"/>
          <w:szCs w:val="27"/>
        </w:rPr>
      </w:pPr>
      <w:bookmarkStart w:id="26" w:name="_Toc195645093"/>
      <w:r>
        <w:lastRenderedPageBreak/>
        <w:t>Chapter 2</w:t>
      </w:r>
      <w:r w:rsidR="00360490">
        <w:t>7</w:t>
      </w:r>
      <w:r>
        <w:t>. If No One Understands You (Again)</w:t>
      </w:r>
      <w:bookmarkEnd w:id="26"/>
    </w:p>
    <w:p w:rsidR="00C845C5" w:rsidRPr="00C845C5" w:rsidRDefault="00C845C5" w:rsidP="00C845C5">
      <w:pPr>
        <w:spacing w:before="100" w:beforeAutospacing="1" w:after="100" w:afterAutospacing="1"/>
        <w:rPr>
          <w:lang w:val="en-US"/>
        </w:rPr>
      </w:pPr>
      <w:proofErr w:type="spellStart"/>
      <w:r w:rsidRPr="00C845C5">
        <w:rPr>
          <w:rStyle w:val="af6"/>
          <w:lang w:val="en-US"/>
        </w:rPr>
        <w:t>Vanoel</w:t>
      </w:r>
      <w:proofErr w:type="spellEnd"/>
      <w:r w:rsidRPr="00C845C5">
        <w:rPr>
          <w:lang w:val="en-US"/>
        </w:rPr>
        <w:t xml:space="preserve"> was sitting behind a tree, arms around his knees.</w:t>
      </w:r>
    </w:p>
    <w:p w:rsidR="00C845C5" w:rsidRPr="00C845C5" w:rsidRDefault="00C845C5" w:rsidP="00C845C5">
      <w:pPr>
        <w:spacing w:before="100" w:beforeAutospacing="1" w:after="100" w:afterAutospacing="1"/>
        <w:rPr>
          <w:lang w:val="en-US"/>
        </w:rPr>
      </w:pPr>
      <w:r w:rsidRPr="00C845C5">
        <w:rPr>
          <w:lang w:val="en-US"/>
        </w:rPr>
        <w:t>He had said something —</w:t>
      </w:r>
      <w:r w:rsidRPr="00C845C5">
        <w:rPr>
          <w:lang w:val="en-US"/>
        </w:rPr>
        <w:br/>
        <w:t>true, beautiful,</w:t>
      </w:r>
      <w:r w:rsidRPr="00C845C5">
        <w:rPr>
          <w:lang w:val="en-US"/>
        </w:rPr>
        <w:br/>
        <w:t>and no one had listened.</w:t>
      </w:r>
    </w:p>
    <w:p w:rsidR="008C4FB3" w:rsidRDefault="00C845C5" w:rsidP="00C845C5">
      <w:pPr>
        <w:spacing w:before="100" w:beforeAutospacing="1" w:after="100" w:afterAutospacing="1"/>
        <w:rPr>
          <w:noProof/>
          <w:lang w:val="en-US"/>
        </w:rPr>
      </w:pPr>
      <w:r w:rsidRPr="00C845C5">
        <w:rPr>
          <w:lang w:val="en-US"/>
        </w:rPr>
        <w:t>No one laughed this time.</w:t>
      </w:r>
      <w:r w:rsidRPr="00C845C5">
        <w:rPr>
          <w:lang w:val="en-US"/>
        </w:rPr>
        <w:br/>
        <w:t>But they turned away</w:t>
      </w:r>
      <w:r w:rsidRPr="00C845C5">
        <w:rPr>
          <w:lang w:val="en-US"/>
        </w:rPr>
        <w:br/>
        <w:t>like it didn’t matter.</w:t>
      </w:r>
      <w:r w:rsidR="008C4FB3" w:rsidRPr="008C4FB3">
        <w:rPr>
          <w:noProof/>
          <w:lang w:val="en-US"/>
        </w:rPr>
        <w:t xml:space="preserve"> </w:t>
      </w:r>
    </w:p>
    <w:p w:rsidR="00C845C5" w:rsidRPr="00C845C5" w:rsidRDefault="008C4FB3" w:rsidP="00C845C5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 ns6:anchorId="0AB9479F" ns6:editId="00FD5923">
            <wp:extent cx="3780790" cy="3780790"/>
            <wp:effectExtent l="0" t="0" r="3810" b="3810"/>
            <wp:docPr id="42" name="Рисунок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Рисунок 71714513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5C5" w:rsidRPr="00C845C5" w:rsidRDefault="00C845C5" w:rsidP="00C845C5">
      <w:pPr>
        <w:spacing w:before="100" w:beforeAutospacing="1" w:after="100" w:afterAutospacing="1"/>
        <w:rPr>
          <w:lang w:val="en-US"/>
        </w:rPr>
      </w:pPr>
      <w:proofErr w:type="spellStart"/>
      <w:r w:rsidRPr="00C845C5">
        <w:rPr>
          <w:rStyle w:val="af6"/>
          <w:lang w:val="en-US"/>
        </w:rPr>
        <w:lastRenderedPageBreak/>
        <w:t>Seroel</w:t>
      </w:r>
      <w:proofErr w:type="spellEnd"/>
      <w:r w:rsidRPr="00C845C5">
        <w:rPr>
          <w:lang w:val="en-US"/>
        </w:rPr>
        <w:t xml:space="preserve"> found him there.</w:t>
      </w:r>
      <w:r w:rsidR="008C4FB3" w:rsidRPr="008C4FB3">
        <w:rPr>
          <w:noProof/>
          <w:lang w:val="en-US"/>
        </w:rPr>
        <w:t xml:space="preserve"> </w:t>
      </w:r>
    </w:p>
    <w:p w:rsidR="00C845C5" w:rsidRPr="00C845C5" w:rsidRDefault="00C845C5" w:rsidP="00C845C5">
      <w:pPr>
        <w:spacing w:before="100" w:beforeAutospacing="1" w:after="100" w:afterAutospacing="1"/>
        <w:rPr>
          <w:lang w:val="en-US"/>
        </w:rPr>
      </w:pPr>
      <w:r w:rsidRPr="00C845C5">
        <w:rPr>
          <w:lang w:val="en-US"/>
        </w:rPr>
        <w:t>He didn’t ask what happened.</w:t>
      </w:r>
      <w:r w:rsidRPr="00C845C5">
        <w:rPr>
          <w:lang w:val="en-US"/>
        </w:rPr>
        <w:br/>
        <w:t>He didn’t need to.</w:t>
      </w:r>
    </w:p>
    <w:p w:rsidR="00C845C5" w:rsidRPr="00C845C5" w:rsidRDefault="00C845C5" w:rsidP="00C845C5">
      <w:pPr>
        <w:spacing w:before="100" w:beforeAutospacing="1" w:after="100" w:afterAutospacing="1"/>
        <w:rPr>
          <w:lang w:val="en-US"/>
        </w:rPr>
      </w:pPr>
      <w:proofErr w:type="spellStart"/>
      <w:r w:rsidRPr="00C845C5">
        <w:rPr>
          <w:lang w:val="en-US"/>
        </w:rPr>
        <w:t>Vanoel</w:t>
      </w:r>
      <w:proofErr w:type="spellEnd"/>
      <w:r w:rsidRPr="00C845C5">
        <w:rPr>
          <w:lang w:val="en-US"/>
        </w:rPr>
        <w:t xml:space="preserve"> whispered:</w:t>
      </w:r>
    </w:p>
    <w:p w:rsidR="00C845C5" w:rsidRPr="00C845C5" w:rsidRDefault="00C845C5" w:rsidP="00C845C5">
      <w:pPr>
        <w:spacing w:before="100" w:beforeAutospacing="1" w:after="100" w:afterAutospacing="1"/>
        <w:rPr>
          <w:lang w:val="en-US"/>
        </w:rPr>
      </w:pPr>
      <w:r w:rsidRPr="00C845C5">
        <w:rPr>
          <w:lang w:val="en-US"/>
        </w:rPr>
        <w:t>— It’s worse when they say nothing.</w:t>
      </w:r>
      <w:r w:rsidRPr="00C845C5">
        <w:rPr>
          <w:lang w:val="en-US"/>
        </w:rPr>
        <w:br/>
        <w:t>Like I’m invisible.</w:t>
      </w:r>
      <w:r w:rsidRPr="00C845C5">
        <w:rPr>
          <w:lang w:val="en-US"/>
        </w:rPr>
        <w:br/>
        <w:t>Like the truth disappears</w:t>
      </w:r>
      <w:r w:rsidRPr="00C845C5">
        <w:rPr>
          <w:lang w:val="en-US"/>
        </w:rPr>
        <w:br/>
        <w:t>if they don’t respond.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proofErr w:type="spellStart"/>
      <w:r w:rsidRPr="004073FA">
        <w:rPr>
          <w:lang w:val="en-US"/>
        </w:rPr>
        <w:t>Seroel</w:t>
      </w:r>
      <w:proofErr w:type="spellEnd"/>
      <w:r w:rsidRPr="004073FA">
        <w:rPr>
          <w:lang w:val="en-US"/>
        </w:rPr>
        <w:t xml:space="preserve"> sat beside him: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r w:rsidRPr="004073FA">
        <w:rPr>
          <w:lang w:val="en-US"/>
        </w:rPr>
        <w:t>— Some hearts</w:t>
      </w:r>
      <w:r w:rsidRPr="004073FA">
        <w:rPr>
          <w:lang w:val="en-US"/>
        </w:rPr>
        <w:br/>
        <w:t>are still sleeping.</w:t>
      </w:r>
      <w:r w:rsidRPr="004073FA">
        <w:rPr>
          <w:lang w:val="en-US"/>
        </w:rPr>
        <w:br/>
        <w:t>Not out of malice —</w:t>
      </w:r>
      <w:r w:rsidRPr="004073FA">
        <w:rPr>
          <w:lang w:val="en-US"/>
        </w:rPr>
        <w:br/>
        <w:t>but because they’re tired.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proofErr w:type="spellStart"/>
      <w:r w:rsidRPr="004073FA">
        <w:rPr>
          <w:lang w:val="en-US"/>
        </w:rPr>
        <w:t>Vanoel</w:t>
      </w:r>
      <w:proofErr w:type="spellEnd"/>
      <w:r w:rsidRPr="004073FA">
        <w:rPr>
          <w:lang w:val="en-US"/>
        </w:rPr>
        <w:t xml:space="preserve"> looked down: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r w:rsidRPr="004073FA">
        <w:rPr>
          <w:lang w:val="en-US"/>
        </w:rPr>
        <w:t>— Then why do I want to speak at all?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proofErr w:type="spellStart"/>
      <w:r w:rsidRPr="004073FA">
        <w:rPr>
          <w:lang w:val="en-US"/>
        </w:rPr>
        <w:t>Seroel</w:t>
      </w:r>
      <w:proofErr w:type="spellEnd"/>
      <w:r w:rsidRPr="004073FA">
        <w:rPr>
          <w:lang w:val="en-US"/>
        </w:rPr>
        <w:t xml:space="preserve"> gently replied: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r w:rsidRPr="004073FA">
        <w:rPr>
          <w:lang w:val="en-US"/>
        </w:rPr>
        <w:t>— Because silence</w:t>
      </w:r>
      <w:r w:rsidRPr="004073FA">
        <w:rPr>
          <w:lang w:val="en-US"/>
        </w:rPr>
        <w:br/>
        <w:t>isn’t always absence.</w:t>
      </w:r>
      <w:r w:rsidRPr="004073FA">
        <w:rPr>
          <w:lang w:val="en-US"/>
        </w:rPr>
        <w:br/>
        <w:t>Sometimes it’s listening</w:t>
      </w:r>
      <w:r w:rsidRPr="004073FA">
        <w:rPr>
          <w:lang w:val="en-US"/>
        </w:rPr>
        <w:br/>
        <w:t>that hasn’t found its voice yet.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proofErr w:type="spellStart"/>
      <w:r w:rsidRPr="004073FA">
        <w:rPr>
          <w:lang w:val="en-US"/>
        </w:rPr>
        <w:t>Vanoel</w:t>
      </w:r>
      <w:proofErr w:type="spellEnd"/>
      <w:r w:rsidRPr="004073FA">
        <w:rPr>
          <w:lang w:val="en-US"/>
        </w:rPr>
        <w:t xml:space="preserve"> was quiet for a long time.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r w:rsidRPr="004073FA">
        <w:rPr>
          <w:lang w:val="en-US"/>
        </w:rPr>
        <w:t>Then he said: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r w:rsidRPr="004073FA">
        <w:rPr>
          <w:lang w:val="en-US"/>
        </w:rPr>
        <w:lastRenderedPageBreak/>
        <w:t>— What if I stop trying?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proofErr w:type="spellStart"/>
      <w:r w:rsidRPr="004073FA">
        <w:rPr>
          <w:lang w:val="en-US"/>
        </w:rPr>
        <w:t>Seroel</w:t>
      </w:r>
      <w:proofErr w:type="spellEnd"/>
      <w:r w:rsidRPr="004073FA">
        <w:rPr>
          <w:lang w:val="en-US"/>
        </w:rPr>
        <w:t xml:space="preserve"> smiled: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r w:rsidRPr="004073FA">
        <w:rPr>
          <w:lang w:val="en-US"/>
        </w:rPr>
        <w:t>— Then the Light will speak through your being,</w:t>
      </w:r>
      <w:r w:rsidRPr="004073FA">
        <w:rPr>
          <w:lang w:val="en-US"/>
        </w:rPr>
        <w:br/>
        <w:t>not your words.</w:t>
      </w:r>
    </w:p>
    <w:p w:rsidR="00C845C5" w:rsidRPr="004073FA" w:rsidRDefault="00C845C5" w:rsidP="00C845C5">
      <w:pPr>
        <w:spacing w:before="100" w:beforeAutospacing="1" w:after="100" w:afterAutospacing="1"/>
        <w:rPr>
          <w:lang w:val="en-US"/>
        </w:rPr>
      </w:pPr>
      <w:r w:rsidRPr="004073FA">
        <w:rPr>
          <w:lang w:val="en-US"/>
        </w:rPr>
        <w:t>And sometimes —</w:t>
      </w:r>
      <w:r w:rsidRPr="004073FA">
        <w:rPr>
          <w:lang w:val="en-US"/>
        </w:rPr>
        <w:br/>
        <w:t>that’s the loudest truth of all.</w:t>
      </w:r>
    </w:p>
    <w:p w:rsidR="004E317C" w:rsidRDefault="004E317C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4E317C" w:rsidRDefault="004E317C" w:rsidP="004E317C">
      <w:pPr>
        <w:pStyle w:val="21"/>
        <w:rPr>
          <w:sz w:val="27"/>
          <w:szCs w:val="27"/>
        </w:rPr>
      </w:pPr>
      <w:bookmarkStart w:id="27" w:name="_Toc195645094"/>
      <w:r>
        <w:lastRenderedPageBreak/>
        <w:t>Chapter 2</w:t>
      </w:r>
      <w:r w:rsidR="00360490">
        <w:t>8</w:t>
      </w:r>
      <w:r>
        <w:t>. When No One Is There</w:t>
      </w:r>
      <w:bookmarkEnd w:id="27"/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t>It was a quiet afternoon.</w:t>
      </w:r>
      <w:r w:rsidRPr="004E317C">
        <w:rPr>
          <w:lang w:val="en-US"/>
        </w:rPr>
        <w:br/>
        <w:t>Clouds moved slowly.</w:t>
      </w:r>
      <w:r w:rsidRPr="004E317C">
        <w:rPr>
          <w:noProof/>
          <w:lang w:val="en-US"/>
        </w:rPr>
        <w:t xml:space="preserve"> </w:t>
      </w:r>
      <w:r w:rsidRPr="004E317C">
        <w:rPr>
          <w:lang w:val="en-US"/>
        </w:rPr>
        <w:br/>
        <w:t>The world felt paused.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proofErr w:type="spellStart"/>
      <w:r w:rsidRPr="004E317C">
        <w:rPr>
          <w:rStyle w:val="af6"/>
          <w:lang w:val="en-US"/>
        </w:rPr>
        <w:t>Seroel</w:t>
      </w:r>
      <w:proofErr w:type="spellEnd"/>
      <w:r w:rsidRPr="004E317C">
        <w:rPr>
          <w:lang w:val="en-US"/>
        </w:rPr>
        <w:t xml:space="preserve"> sat alone beneath a wide tree.</w:t>
      </w:r>
      <w:r w:rsidRPr="004E317C">
        <w:rPr>
          <w:lang w:val="en-US"/>
        </w:rPr>
        <w:br/>
        <w:t xml:space="preserve">No one else was </w:t>
      </w:r>
      <w:proofErr w:type="gramStart"/>
      <w:r w:rsidRPr="004E317C">
        <w:rPr>
          <w:lang w:val="en-US"/>
        </w:rPr>
        <w:t>near</w:t>
      </w:r>
      <w:proofErr w:type="gramEnd"/>
      <w:r w:rsidRPr="004E317C">
        <w:rPr>
          <w:lang w:val="en-US"/>
        </w:rPr>
        <w:t>.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>
        <w:rPr>
          <w:noProof/>
          <w:lang w:val="en-US"/>
        </w:rPr>
        <w:drawing>
          <wp:inline distT="0" distB="0" distL="0" distR="0" ns6:anchorId="14A0C419" ns6:editId="768FA6C8">
            <wp:extent cx="3780790" cy="3780790"/>
            <wp:effectExtent l="0" t="0" r="3810" b="3810"/>
            <wp:docPr id="43" name="Рисунок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" name="Рисунок 120585769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17C" w:rsidRDefault="004E317C" w:rsidP="004E317C">
      <w:pPr>
        <w:spacing w:before="100" w:beforeAutospacing="1" w:after="100" w:afterAutospacing="1"/>
        <w:rPr>
          <w:lang w:val="en-US"/>
        </w:rPr>
      </w:pP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lastRenderedPageBreak/>
        <w:t>No footsteps.</w:t>
      </w:r>
      <w:r w:rsidRPr="004E317C">
        <w:rPr>
          <w:lang w:val="en-US"/>
        </w:rPr>
        <w:br/>
        <w:t>No voices.</w:t>
      </w:r>
      <w:r w:rsidRPr="004E317C">
        <w:rPr>
          <w:noProof/>
          <w:lang w:val="en-US"/>
        </w:rPr>
        <w:t xml:space="preserve"> </w:t>
      </w:r>
      <w:r w:rsidRPr="004E317C">
        <w:rPr>
          <w:lang w:val="en-US"/>
        </w:rPr>
        <w:br/>
        <w:t>No questions.</w:t>
      </w:r>
      <w:r w:rsidRPr="004E317C">
        <w:rPr>
          <w:noProof/>
          <w:lang w:val="en-US"/>
        </w:rPr>
        <w:t xml:space="preserve"> </w:t>
      </w:r>
      <w:r w:rsidRPr="004E317C">
        <w:rPr>
          <w:lang w:val="en-US"/>
        </w:rPr>
        <w:t>Just the sound of wind</w:t>
      </w:r>
      <w:r w:rsidRPr="004E317C">
        <w:rPr>
          <w:lang w:val="en-US"/>
        </w:rPr>
        <w:br/>
        <w:t>and a heart beating.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t>He didn’t seem sad.</w:t>
      </w:r>
      <w:r w:rsidRPr="004E317C">
        <w:rPr>
          <w:lang w:val="en-US"/>
        </w:rPr>
        <w:br/>
        <w:t>Or waiting.</w:t>
      </w:r>
      <w:r w:rsidRPr="004E317C">
        <w:rPr>
          <w:lang w:val="en-US"/>
        </w:rPr>
        <w:br/>
        <w:t>He was simply being.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t>And then, a small bird landed nearby.</w:t>
      </w:r>
      <w:r w:rsidRPr="004E317C">
        <w:rPr>
          <w:lang w:val="en-US"/>
        </w:rPr>
        <w:br/>
        <w:t>It didn’t sing.</w:t>
      </w:r>
      <w:r w:rsidRPr="004E317C">
        <w:rPr>
          <w:lang w:val="en-US"/>
        </w:rPr>
        <w:br/>
        <w:t>It didn’t fly away.</w:t>
      </w:r>
      <w:r w:rsidRPr="004E317C">
        <w:rPr>
          <w:lang w:val="en-US"/>
        </w:rPr>
        <w:br/>
        <w:t>It just stayed.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proofErr w:type="spellStart"/>
      <w:r w:rsidRPr="004E317C">
        <w:rPr>
          <w:lang w:val="en-US"/>
        </w:rPr>
        <w:t>Seroel</w:t>
      </w:r>
      <w:proofErr w:type="spellEnd"/>
      <w:r w:rsidRPr="004E317C">
        <w:rPr>
          <w:lang w:val="en-US"/>
        </w:rPr>
        <w:t xml:space="preserve"> looked at it,</w:t>
      </w:r>
      <w:r w:rsidRPr="004E317C">
        <w:rPr>
          <w:lang w:val="en-US"/>
        </w:rPr>
        <w:br/>
        <w:t>then closed his eyes.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t>For a while,</w:t>
      </w:r>
      <w:r w:rsidRPr="004E317C">
        <w:rPr>
          <w:lang w:val="en-US"/>
        </w:rPr>
        <w:br/>
        <w:t>there was no “I” and no “world.”</w:t>
      </w:r>
      <w:r w:rsidRPr="004E317C">
        <w:rPr>
          <w:lang w:val="en-US"/>
        </w:rPr>
        <w:br/>
        <w:t>Just stillness.</w:t>
      </w:r>
      <w:r w:rsidRPr="004E317C">
        <w:rPr>
          <w:lang w:val="en-US"/>
        </w:rPr>
        <w:br/>
        <w:t>And breath.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t>Later, when the others found him,</w:t>
      </w:r>
      <w:r w:rsidRPr="004E317C">
        <w:rPr>
          <w:lang w:val="en-US"/>
        </w:rPr>
        <w:br/>
        <w:t>they asked: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t>— What were you doing?</w:t>
      </w:r>
    </w:p>
    <w:p w:rsidR="004E317C" w:rsidRP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t>He opened his eyes and smiled:</w:t>
      </w:r>
    </w:p>
    <w:p w:rsidR="004E317C" w:rsidRDefault="004E317C" w:rsidP="004E317C">
      <w:pPr>
        <w:spacing w:before="100" w:beforeAutospacing="1" w:after="100" w:afterAutospacing="1"/>
        <w:rPr>
          <w:lang w:val="en-US"/>
        </w:rPr>
      </w:pPr>
      <w:r w:rsidRPr="004E317C">
        <w:rPr>
          <w:lang w:val="en-US"/>
        </w:rPr>
        <w:t>— Listening</w:t>
      </w:r>
      <w:r w:rsidRPr="004E317C">
        <w:rPr>
          <w:lang w:val="en-US"/>
        </w:rPr>
        <w:br/>
        <w:t>to the part of me</w:t>
      </w:r>
      <w:r w:rsidRPr="004E317C">
        <w:rPr>
          <w:lang w:val="en-US"/>
        </w:rPr>
        <w:br/>
        <w:t>that never needs a name.</w:t>
      </w:r>
    </w:p>
    <w:p w:rsidR="00B84F6B" w:rsidRDefault="00B84F6B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en-US" w:eastAsia="en-US"/>
        </w:rPr>
      </w:pPr>
      <w:r w:rsidRPr="008F7FDD">
        <w:rPr>
          <w:lang w:val="en-US"/>
        </w:rPr>
        <w:br w:type="page"/>
      </w:r>
    </w:p>
    <w:p w:rsidR="00B84F6B" w:rsidRPr="00B84F6B" w:rsidRDefault="00B84F6B" w:rsidP="00B84F6B">
      <w:pPr>
        <w:pStyle w:val="21"/>
      </w:pPr>
      <w:bookmarkStart w:id="28" w:name="_Toc195645095"/>
      <w:r w:rsidRPr="00B84F6B">
        <w:lastRenderedPageBreak/>
        <w:t>Chapter 2</w:t>
      </w:r>
      <w:r w:rsidR="00360490">
        <w:t>9</w:t>
      </w:r>
      <w:r w:rsidRPr="00B84F6B">
        <w:t>. What If It’s All Just a Story?</w:t>
      </w:r>
      <w:bookmarkEnd w:id="28"/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They were in the attic of an old house,</w:t>
      </w:r>
      <w:r w:rsidRPr="00B84F6B">
        <w:rPr>
          <w:lang w:val="en-US"/>
        </w:rPr>
        <w:br/>
        <w:t>where the dust made sunbeams visible.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proofErr w:type="spellStart"/>
      <w:r w:rsidRPr="00B84F6B">
        <w:rPr>
          <w:b/>
          <w:bCs/>
          <w:lang w:val="en-US"/>
        </w:rPr>
        <w:t>Vanoel</w:t>
      </w:r>
      <w:proofErr w:type="spellEnd"/>
      <w:r w:rsidRPr="00B84F6B">
        <w:rPr>
          <w:lang w:val="en-US"/>
        </w:rPr>
        <w:t xml:space="preserve"> picked up an old book.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— What if this is what we are? — he asked.</w:t>
      </w:r>
      <w:r w:rsidRPr="00B84F6B">
        <w:rPr>
          <w:lang w:val="en-US"/>
        </w:rPr>
        <w:br/>
        <w:t>— Just characters in someone’s story?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proofErr w:type="spellStart"/>
      <w:r w:rsidRPr="00B84F6B">
        <w:rPr>
          <w:b/>
          <w:bCs/>
          <w:lang w:val="en-US"/>
        </w:rPr>
        <w:t>Elira</w:t>
      </w:r>
      <w:proofErr w:type="spellEnd"/>
      <w:r w:rsidRPr="00B84F6B">
        <w:rPr>
          <w:lang w:val="en-US"/>
        </w:rPr>
        <w:t xml:space="preserve"> tilted her head.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— Would that make it less real?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proofErr w:type="spellStart"/>
      <w:r w:rsidRPr="00B84F6B">
        <w:rPr>
          <w:lang w:val="en-US"/>
        </w:rPr>
        <w:t>Vanoel</w:t>
      </w:r>
      <w:proofErr w:type="spellEnd"/>
      <w:r w:rsidRPr="00B84F6B">
        <w:rPr>
          <w:lang w:val="en-US"/>
        </w:rPr>
        <w:t xml:space="preserve"> opened the book. Empty pages.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— If someone else is writing us…</w:t>
      </w:r>
      <w:r w:rsidRPr="00B84F6B">
        <w:rPr>
          <w:lang w:val="en-US"/>
        </w:rPr>
        <w:br/>
        <w:t>do we even get to choose?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proofErr w:type="spellStart"/>
      <w:r w:rsidRPr="00B84F6B">
        <w:rPr>
          <w:b/>
          <w:bCs/>
          <w:lang w:val="en-US"/>
        </w:rPr>
        <w:t>Seroel</w:t>
      </w:r>
      <w:proofErr w:type="spellEnd"/>
      <w:r w:rsidRPr="00B84F6B">
        <w:rPr>
          <w:lang w:val="en-US"/>
        </w:rPr>
        <w:t xml:space="preserve"> said: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— Maybe the writer isn’t someone else.</w:t>
      </w:r>
      <w:r w:rsidRPr="00B84F6B">
        <w:rPr>
          <w:lang w:val="en-US"/>
        </w:rPr>
        <w:br/>
        <w:t>Maybe the writer is the part of you</w:t>
      </w:r>
      <w:r w:rsidRPr="00B84F6B">
        <w:rPr>
          <w:lang w:val="en-US"/>
        </w:rPr>
        <w:br/>
        <w:t>that remembers the whole story.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proofErr w:type="spellStart"/>
      <w:r w:rsidRPr="00B84F6B">
        <w:rPr>
          <w:lang w:val="en-US"/>
        </w:rPr>
        <w:t>Vanoel</w:t>
      </w:r>
      <w:proofErr w:type="spellEnd"/>
      <w:r w:rsidRPr="00B84F6B">
        <w:rPr>
          <w:lang w:val="en-US"/>
        </w:rPr>
        <w:t xml:space="preserve"> frowned: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— So… we’re writing ourselves?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proofErr w:type="spellStart"/>
      <w:r w:rsidRPr="00B84F6B">
        <w:rPr>
          <w:lang w:val="en-US"/>
        </w:rPr>
        <w:t>Seroel</w:t>
      </w:r>
      <w:proofErr w:type="spellEnd"/>
      <w:r w:rsidRPr="00B84F6B">
        <w:rPr>
          <w:lang w:val="en-US"/>
        </w:rPr>
        <w:t xml:space="preserve"> nodded: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— And reading at the same time.</w:t>
      </w:r>
    </w:p>
    <w:p w:rsidR="00CA7792" w:rsidRDefault="00CA7792" w:rsidP="00B84F6B">
      <w:pPr>
        <w:spacing w:before="100" w:beforeAutospacing="1" w:after="100" w:afterAutospacing="1"/>
        <w:rPr>
          <w:b/>
          <w:bCs/>
          <w:lang w:val="en-US"/>
        </w:rPr>
      </w:pPr>
      <w:r>
        <w:rPr>
          <w:b/>
          <w:bCs/>
          <w:noProof/>
          <w:lang w:val="en-US"/>
        </w:rPr>
        <w:lastRenderedPageBreak/>
        <w:drawing>
          <wp:inline distT="0" distB="0" distL="0" distR="0">
            <wp:extent cx="3780790" cy="3780790"/>
            <wp:effectExtent l="0" t="0" r="3810" b="3810"/>
            <wp:docPr id="44" name="Рисунок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Рисунок 35604297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proofErr w:type="spellStart"/>
      <w:r w:rsidRPr="00B84F6B">
        <w:rPr>
          <w:b/>
          <w:bCs/>
          <w:lang w:val="en-US"/>
        </w:rPr>
        <w:t>Elira</w:t>
      </w:r>
      <w:proofErr w:type="spellEnd"/>
      <w:r w:rsidRPr="00B84F6B">
        <w:rPr>
          <w:lang w:val="en-US"/>
        </w:rPr>
        <w:t xml:space="preserve"> smiled: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— That means we don’t know what’s next.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proofErr w:type="spellStart"/>
      <w:r w:rsidRPr="00B84F6B">
        <w:rPr>
          <w:lang w:val="en-US"/>
        </w:rPr>
        <w:t>Seroel</w:t>
      </w:r>
      <w:proofErr w:type="spellEnd"/>
      <w:r w:rsidRPr="00B84F6B">
        <w:rPr>
          <w:lang w:val="en-US"/>
        </w:rPr>
        <w:t xml:space="preserve"> looked at the empty page:</w:t>
      </w:r>
    </w:p>
    <w:p w:rsidR="00B84F6B" w:rsidRP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— That’s the best part.</w:t>
      </w:r>
    </w:p>
    <w:p w:rsidR="00B84F6B" w:rsidRDefault="00B84F6B" w:rsidP="00B84F6B">
      <w:pPr>
        <w:spacing w:before="100" w:beforeAutospacing="1" w:after="100" w:afterAutospacing="1"/>
        <w:rPr>
          <w:lang w:val="en-US"/>
        </w:rPr>
      </w:pPr>
      <w:r w:rsidRPr="00B84F6B">
        <w:rPr>
          <w:lang w:val="en-US"/>
        </w:rPr>
        <w:t>Then he took the pencil,</w:t>
      </w:r>
      <w:r w:rsidRPr="00B84F6B">
        <w:rPr>
          <w:lang w:val="en-US"/>
        </w:rPr>
        <w:br/>
        <w:t>and quietly began</w:t>
      </w:r>
      <w:r w:rsidRPr="00B84F6B">
        <w:rPr>
          <w:lang w:val="en-US"/>
        </w:rPr>
        <w:br/>
        <w:t>to draw a sun.</w:t>
      </w:r>
    </w:p>
    <w:p w:rsidR="002E1B60" w:rsidRDefault="002E1B60" w:rsidP="002E1B60">
      <w:pPr>
        <w:pStyle w:val="21"/>
        <w:rPr>
          <w:sz w:val="27"/>
          <w:szCs w:val="27"/>
        </w:rPr>
      </w:pPr>
      <w:bookmarkStart w:id="29" w:name="_Toc195645096"/>
      <w:r>
        <w:lastRenderedPageBreak/>
        <w:t>Chapter 30. The Little King</w:t>
      </w:r>
      <w:bookmarkEnd w:id="29"/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They were playing by the stream again.</w:t>
      </w:r>
      <w:r w:rsidRPr="002E1B60">
        <w:rPr>
          <w:lang w:val="en-US"/>
        </w:rPr>
        <w:br/>
        <w:t>Not looking for anything.</w:t>
      </w:r>
      <w:r w:rsidRPr="002E1B60">
        <w:rPr>
          <w:lang w:val="en-US"/>
        </w:rPr>
        <w:br/>
        <w:t>Just feeling the wind, the grass, the world.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Vanoel</w:t>
      </w:r>
      <w:proofErr w:type="spellEnd"/>
      <w:r w:rsidRPr="002E1B60">
        <w:rPr>
          <w:lang w:val="en-US"/>
        </w:rPr>
        <w:t xml:space="preserve"> drew slow spirals in the wet sand.</w:t>
      </w:r>
      <w:r w:rsidRPr="002E1B60">
        <w:rPr>
          <w:lang w:val="en-US"/>
        </w:rPr>
        <w:br/>
      </w:r>
      <w:proofErr w:type="spellStart"/>
      <w:r w:rsidRPr="002E1B60">
        <w:rPr>
          <w:lang w:val="en-US"/>
        </w:rPr>
        <w:t>Elira</w:t>
      </w:r>
      <w:proofErr w:type="spellEnd"/>
      <w:r w:rsidRPr="002E1B60">
        <w:rPr>
          <w:lang w:val="en-US"/>
        </w:rPr>
        <w:t xml:space="preserve"> watched the sky reflected in the water.</w:t>
      </w:r>
      <w:r w:rsidRPr="002E1B60">
        <w:rPr>
          <w:lang w:val="en-US"/>
        </w:rPr>
        <w:br/>
      </w:r>
      <w:proofErr w:type="spellStart"/>
      <w:r w:rsidRPr="002E1B60">
        <w:rPr>
          <w:lang w:val="en-US"/>
        </w:rPr>
        <w:t>Seroel</w:t>
      </w:r>
      <w:proofErr w:type="spellEnd"/>
      <w:r w:rsidRPr="002E1B60">
        <w:rPr>
          <w:lang w:val="en-US"/>
        </w:rPr>
        <w:t xml:space="preserve"> lay on his back, arms folded under his head.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Vanoel</w:t>
      </w:r>
      <w:proofErr w:type="spellEnd"/>
      <w:r w:rsidRPr="002E1B60">
        <w:rPr>
          <w:lang w:val="en-US"/>
        </w:rPr>
        <w:t xml:space="preserve"> asked: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Do you think someone like us</w:t>
      </w:r>
      <w:r w:rsidRPr="002E1B60">
        <w:rPr>
          <w:lang w:val="en-US"/>
        </w:rPr>
        <w:br/>
        <w:t>can really change anything?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Seroel</w:t>
      </w:r>
      <w:proofErr w:type="spellEnd"/>
      <w:r w:rsidRPr="002E1B60">
        <w:rPr>
          <w:lang w:val="en-US"/>
        </w:rPr>
        <w:t xml:space="preserve"> didn’t answer right away.</w:t>
      </w:r>
      <w:r w:rsidRPr="002E1B60">
        <w:rPr>
          <w:lang w:val="en-US"/>
        </w:rPr>
        <w:br/>
        <w:t>Then he sat up and said: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I think the ones who don’t try to be important…</w:t>
      </w:r>
      <w:r w:rsidRPr="002E1B60">
        <w:rPr>
          <w:lang w:val="en-US"/>
        </w:rPr>
        <w:br/>
        <w:t xml:space="preserve">are the ones who bring the </w:t>
      </w:r>
      <w:proofErr w:type="gramStart"/>
      <w:r w:rsidRPr="002E1B60">
        <w:rPr>
          <w:lang w:val="en-US"/>
        </w:rPr>
        <w:t>most Light</w:t>
      </w:r>
      <w:proofErr w:type="gramEnd"/>
      <w:r w:rsidRPr="002E1B60">
        <w:rPr>
          <w:lang w:val="en-US"/>
        </w:rPr>
        <w:t>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Elira</w:t>
      </w:r>
      <w:proofErr w:type="spellEnd"/>
      <w:r w:rsidRPr="002E1B60">
        <w:rPr>
          <w:lang w:val="en-US"/>
        </w:rPr>
        <w:t xml:space="preserve"> turned to him: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How?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Because they’re not trying to shine.</w:t>
      </w:r>
      <w:r w:rsidRPr="002E1B60">
        <w:rPr>
          <w:lang w:val="en-US"/>
        </w:rPr>
        <w:br/>
        <w:t>They just don’t cover the Light they already are.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Vanoel</w:t>
      </w:r>
      <w:proofErr w:type="spellEnd"/>
      <w:r w:rsidRPr="002E1B60">
        <w:rPr>
          <w:lang w:val="en-US"/>
        </w:rPr>
        <w:t xml:space="preserve"> frowned: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So… that’s strength?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Seroel</w:t>
      </w:r>
      <w:proofErr w:type="spellEnd"/>
      <w:r w:rsidRPr="002E1B60">
        <w:rPr>
          <w:lang w:val="en-US"/>
        </w:rPr>
        <w:t xml:space="preserve"> nodded.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lastRenderedPageBreak/>
        <w:t>— Quiet strength.</w:t>
      </w:r>
      <w:r w:rsidRPr="002E1B60">
        <w:rPr>
          <w:lang w:val="en-US"/>
        </w:rPr>
        <w:br/>
        <w:t>The kind that listens.</w:t>
      </w:r>
      <w:r w:rsidRPr="002E1B60">
        <w:rPr>
          <w:lang w:val="en-US"/>
        </w:rPr>
        <w:br/>
        <w:t>That forgives.</w:t>
      </w:r>
      <w:r w:rsidRPr="002E1B60">
        <w:rPr>
          <w:lang w:val="en-US"/>
        </w:rPr>
        <w:br/>
        <w:t>That stays kind,</w:t>
      </w:r>
      <w:r w:rsidRPr="002E1B60">
        <w:rPr>
          <w:lang w:val="en-US"/>
        </w:rPr>
        <w:br/>
        <w:t>even when no one notices.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Elira</w:t>
      </w:r>
      <w:proofErr w:type="spellEnd"/>
      <w:r w:rsidRPr="002E1B60">
        <w:rPr>
          <w:lang w:val="en-US"/>
        </w:rPr>
        <w:t xml:space="preserve"> said softly: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Then maybe real kings are invisible?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Seroel</w:t>
      </w:r>
      <w:proofErr w:type="spellEnd"/>
      <w:r w:rsidRPr="002E1B60">
        <w:rPr>
          <w:lang w:val="en-US"/>
        </w:rPr>
        <w:t xml:space="preserve"> smiled.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Not invisible.</w:t>
      </w:r>
      <w:r w:rsidRPr="002E1B60">
        <w:rPr>
          <w:lang w:val="en-US"/>
        </w:rPr>
        <w:br/>
        <w:t>Just not loud.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Vanoel</w:t>
      </w:r>
      <w:proofErr w:type="spellEnd"/>
      <w:r w:rsidRPr="002E1B60">
        <w:rPr>
          <w:lang w:val="en-US"/>
        </w:rPr>
        <w:t xml:space="preserve"> closed his eyes and whispered: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I want to be like that.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proofErr w:type="spellStart"/>
      <w:r w:rsidRPr="002E1B60">
        <w:rPr>
          <w:lang w:val="en-US"/>
        </w:rPr>
        <w:t>Seroel</w:t>
      </w:r>
      <w:proofErr w:type="spellEnd"/>
      <w:r w:rsidRPr="002E1B60">
        <w:rPr>
          <w:lang w:val="en-US"/>
        </w:rPr>
        <w:t xml:space="preserve"> said: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— Then don’t try.</w:t>
      </w:r>
      <w:r w:rsidRPr="002E1B60">
        <w:rPr>
          <w:lang w:val="en-US"/>
        </w:rPr>
        <w:br/>
        <w:t>Just remember.</w:t>
      </w:r>
      <w:r w:rsidRPr="002E1B60">
        <w:rPr>
          <w:lang w:val="en-US"/>
        </w:rPr>
        <w:br/>
        <w:t>And walk.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And they sat a while longer.</w:t>
      </w:r>
      <w:r w:rsidRPr="002E1B60">
        <w:rPr>
          <w:lang w:val="en-US"/>
        </w:rPr>
        <w:br/>
        <w:t>Not waiting.</w:t>
      </w:r>
      <w:r w:rsidRPr="002E1B60">
        <w:rPr>
          <w:lang w:val="en-US"/>
        </w:rPr>
        <w:br/>
        <w:t>Not trying.</w:t>
      </w:r>
      <w:r w:rsidRPr="002E1B60">
        <w:rPr>
          <w:lang w:val="en-US"/>
        </w:rPr>
        <w:br/>
        <w:t>Just being.</w:t>
      </w:r>
    </w:p>
    <w:p w:rsidR="002E1B60" w:rsidRPr="002E1B60" w:rsidRDefault="002E1B60" w:rsidP="002E1B60">
      <w:pPr>
        <w:spacing w:before="100" w:beforeAutospacing="1" w:after="100" w:afterAutospacing="1"/>
        <w:rPr>
          <w:lang w:val="en-US"/>
        </w:rPr>
      </w:pPr>
      <w:r w:rsidRPr="002E1B60">
        <w:rPr>
          <w:lang w:val="en-US"/>
        </w:rPr>
        <w:t>And the stream carried their stillness</w:t>
      </w:r>
      <w:r w:rsidRPr="002E1B60">
        <w:rPr>
          <w:lang w:val="en-US"/>
        </w:rPr>
        <w:br/>
        <w:t>out into the world.</w:t>
      </w:r>
    </w:p>
    <w:p w:rsidR="004B308B" w:rsidRDefault="00360490" w:rsidP="004B308B">
      <w:pPr>
        <w:pStyle w:val="21"/>
        <w:rPr>
          <w:sz w:val="27"/>
          <w:szCs w:val="27"/>
        </w:rPr>
      </w:pPr>
      <w:bookmarkStart w:id="30" w:name="_Toc195645097"/>
      <w:r>
        <w:lastRenderedPageBreak/>
        <w:t>C</w:t>
      </w:r>
      <w:r w:rsidR="004B308B">
        <w:t xml:space="preserve">hapter </w:t>
      </w:r>
      <w:r w:rsidR="00C160D1" w:rsidRPr="008F7FDD">
        <w:t>3</w:t>
      </w:r>
      <w:r w:rsidR="002E1B60" w:rsidRPr="008F7FDD">
        <w:t>1</w:t>
      </w:r>
      <w:r w:rsidR="004B308B">
        <w:t>. How Stories End</w:t>
      </w:r>
      <w:bookmarkEnd w:id="30"/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They sat under the same tree</w:t>
      </w:r>
      <w:r w:rsidRPr="004B308B">
        <w:rPr>
          <w:lang w:val="en-US"/>
        </w:rPr>
        <w:br/>
        <w:t>where they once began.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The sun was low.</w:t>
      </w:r>
      <w:r w:rsidRPr="004B308B">
        <w:rPr>
          <w:lang w:val="en-US"/>
        </w:rPr>
        <w:br/>
        <w:t>The breeze gentle.</w:t>
      </w:r>
      <w:r w:rsidRPr="004B308B">
        <w:rPr>
          <w:lang w:val="en-US"/>
        </w:rPr>
        <w:br/>
        <w:t>No one said much.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proofErr w:type="spellStart"/>
      <w:r w:rsidRPr="004B308B">
        <w:rPr>
          <w:rStyle w:val="af6"/>
          <w:lang w:val="en-US"/>
        </w:rPr>
        <w:t>Vanoel</w:t>
      </w:r>
      <w:proofErr w:type="spellEnd"/>
      <w:r w:rsidRPr="004B308B">
        <w:rPr>
          <w:lang w:val="en-US"/>
        </w:rPr>
        <w:t xml:space="preserve"> whispered: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— So… is this the end?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proofErr w:type="spellStart"/>
      <w:r w:rsidRPr="004B308B">
        <w:rPr>
          <w:rStyle w:val="af6"/>
          <w:lang w:val="en-US"/>
        </w:rPr>
        <w:t>Seroel</w:t>
      </w:r>
      <w:proofErr w:type="spellEnd"/>
      <w:r w:rsidRPr="004B308B">
        <w:rPr>
          <w:lang w:val="en-US"/>
        </w:rPr>
        <w:t xml:space="preserve"> looked up.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— Maybe the end is just a breath</w:t>
      </w:r>
      <w:r w:rsidRPr="004B308B">
        <w:rPr>
          <w:lang w:val="en-US"/>
        </w:rPr>
        <w:br/>
        <w:t>before the next beginning.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proofErr w:type="spellStart"/>
      <w:r w:rsidRPr="004B308B">
        <w:rPr>
          <w:rStyle w:val="af6"/>
          <w:lang w:val="en-US"/>
        </w:rPr>
        <w:t>Elira</w:t>
      </w:r>
      <w:proofErr w:type="spellEnd"/>
      <w:r w:rsidRPr="004B308B">
        <w:rPr>
          <w:lang w:val="en-US"/>
        </w:rPr>
        <w:t xml:space="preserve"> smiled: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— Like when a page turns?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proofErr w:type="spellStart"/>
      <w:r w:rsidRPr="004B308B">
        <w:rPr>
          <w:lang w:val="en-US"/>
        </w:rPr>
        <w:t>Seroel</w:t>
      </w:r>
      <w:proofErr w:type="spellEnd"/>
      <w:r w:rsidRPr="004B308B">
        <w:rPr>
          <w:lang w:val="en-US"/>
        </w:rPr>
        <w:t xml:space="preserve"> nodded.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— Or like when silence</w:t>
      </w:r>
      <w:r w:rsidRPr="004B308B">
        <w:rPr>
          <w:lang w:val="en-US"/>
        </w:rPr>
        <w:br/>
        <w:t>becomes the next word.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They all sat a little closer.</w:t>
      </w:r>
    </w:p>
    <w:p w:rsidR="00C160D1" w:rsidRDefault="00C160D1" w:rsidP="004B308B">
      <w:pPr>
        <w:spacing w:before="100" w:beforeAutospacing="1" w:after="100" w:afterAutospacing="1"/>
        <w:rPr>
          <w:rStyle w:val="af6"/>
          <w:lang w:val="en-US"/>
        </w:rPr>
      </w:pPr>
    </w:p>
    <w:p w:rsidR="00C160D1" w:rsidRDefault="00C160D1" w:rsidP="004B308B">
      <w:pPr>
        <w:spacing w:before="100" w:beforeAutospacing="1" w:after="100" w:afterAutospacing="1"/>
        <w:rPr>
          <w:rStyle w:val="af6"/>
          <w:lang w:val="en-US"/>
        </w:rPr>
      </w:pPr>
    </w:p>
    <w:p w:rsidR="00C160D1" w:rsidRDefault="00C160D1" w:rsidP="004B308B">
      <w:pPr>
        <w:spacing w:before="100" w:beforeAutospacing="1" w:after="100" w:afterAutospacing="1"/>
        <w:rPr>
          <w:rStyle w:val="af6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ns6:anchorId="21C9BBF9" ns6:editId="533D001F">
            <wp:extent cx="3780790" cy="3780790"/>
            <wp:effectExtent l="0" t="0" r="3810" b="3810"/>
            <wp:docPr id="45" name="Рисунок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" name="Рисунок 1126738032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proofErr w:type="spellStart"/>
      <w:r w:rsidRPr="004B308B">
        <w:rPr>
          <w:rStyle w:val="af6"/>
          <w:lang w:val="en-US"/>
        </w:rPr>
        <w:t>Vanoel</w:t>
      </w:r>
      <w:proofErr w:type="spellEnd"/>
      <w:r w:rsidRPr="004B308B">
        <w:rPr>
          <w:lang w:val="en-US"/>
        </w:rPr>
        <w:t xml:space="preserve"> said: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— I don’t want it to be over.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proofErr w:type="spellStart"/>
      <w:r w:rsidRPr="004B308B">
        <w:rPr>
          <w:rStyle w:val="af6"/>
          <w:lang w:val="en-US"/>
        </w:rPr>
        <w:t>Elira</w:t>
      </w:r>
      <w:proofErr w:type="spellEnd"/>
      <w:r w:rsidRPr="004B308B">
        <w:rPr>
          <w:lang w:val="en-US"/>
        </w:rPr>
        <w:t xml:space="preserve"> added: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— Me neither.</w:t>
      </w:r>
      <w:r w:rsidRPr="004B308B">
        <w:rPr>
          <w:lang w:val="en-US"/>
        </w:rPr>
        <w:br/>
        <w:t>But maybe it’s not over.</w:t>
      </w:r>
      <w:r w:rsidRPr="004B308B">
        <w:rPr>
          <w:lang w:val="en-US"/>
        </w:rPr>
        <w:br/>
        <w:t>Just paused.</w:t>
      </w:r>
      <w:r w:rsidRPr="004B308B">
        <w:rPr>
          <w:lang w:val="en-US"/>
        </w:rPr>
        <w:br/>
        <w:t>Like a star you don’t see</w:t>
      </w:r>
      <w:r w:rsidRPr="004B308B">
        <w:rPr>
          <w:lang w:val="en-US"/>
        </w:rPr>
        <w:br/>
        <w:t>until the sky is dark enough.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proofErr w:type="spellStart"/>
      <w:r w:rsidRPr="004B308B">
        <w:rPr>
          <w:lang w:val="en-US"/>
        </w:rPr>
        <w:lastRenderedPageBreak/>
        <w:t>Seroel</w:t>
      </w:r>
      <w:proofErr w:type="spellEnd"/>
      <w:r w:rsidRPr="004B308B">
        <w:rPr>
          <w:lang w:val="en-US"/>
        </w:rPr>
        <w:t xml:space="preserve"> closed his eyes.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— The story doesn’t stop.</w:t>
      </w:r>
      <w:r w:rsidRPr="004B308B">
        <w:rPr>
          <w:lang w:val="en-US"/>
        </w:rPr>
        <w:br/>
        <w:t>Even if the book does.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They stayed until the last light faded.</w:t>
      </w:r>
    </w:p>
    <w:p w:rsidR="004B308B" w:rsidRPr="004B308B" w:rsidRDefault="004B308B" w:rsidP="004B308B">
      <w:pPr>
        <w:spacing w:before="100" w:beforeAutospacing="1" w:after="100" w:afterAutospacing="1"/>
        <w:rPr>
          <w:lang w:val="en-US"/>
        </w:rPr>
      </w:pPr>
      <w:r w:rsidRPr="004B308B">
        <w:rPr>
          <w:lang w:val="en-US"/>
        </w:rPr>
        <w:t>And somewhere —</w:t>
      </w:r>
      <w:r w:rsidRPr="004B308B">
        <w:rPr>
          <w:lang w:val="en-US"/>
        </w:rPr>
        <w:br/>
        <w:t>a new page</w:t>
      </w:r>
      <w:r w:rsidRPr="004B308B">
        <w:rPr>
          <w:lang w:val="en-US"/>
        </w:rPr>
        <w:br/>
        <w:t>was already waiting.</w:t>
      </w:r>
    </w:p>
    <w:p w:rsidR="0080322E" w:rsidRDefault="0080322E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4F81BD" w:themeColor="accent1"/>
          <w:sz w:val="22"/>
          <w:szCs w:val="22"/>
          <w:lang w:val="en-US" w:eastAsia="en-US"/>
        </w:rPr>
      </w:pPr>
      <w:r w:rsidRPr="008F7FDD">
        <w:rPr>
          <w:lang w:val="en-US"/>
        </w:rPr>
        <w:br w:type="page"/>
      </w:r>
    </w:p>
    <w:p w:rsidR="009B6290" w:rsidRPr="009B6290" w:rsidRDefault="009B6290" w:rsidP="009B6290">
      <w:pPr>
        <w:pStyle w:val="21"/>
        <w:rPr>
          <w:rFonts w:ascii="Times New Roman" w:hAnsi="Times New Roman" w:cs="Times New Roman"/>
          <w:i/>
          <w:iCs/>
        </w:rPr>
      </w:pPr>
      <w:bookmarkStart w:id="31" w:name="_Toc195645098"/>
      <w:r>
        <w:lastRenderedPageBreak/>
        <w:t>Afterword</w:t>
      </w:r>
      <w:r w:rsidRPr="009B6290">
        <w:t xml:space="preserve"> (as whispered by the part of you that remembers)</w:t>
      </w:r>
      <w:bookmarkEnd w:id="31"/>
    </w:p>
    <w:p w:rsidR="009B6290" w:rsidRPr="009B6290" w:rsidRDefault="009B6290" w:rsidP="009B6290">
      <w:pPr>
        <w:pStyle w:val="a9"/>
        <w:ind w:left="3600"/>
        <w:rPr>
          <w:rFonts w:ascii="Times New Roman" w:hAnsi="Times New Roman" w:cs="Times New Roman"/>
          <w:i/>
          <w:iCs/>
        </w:rPr>
      </w:pPr>
      <w:r w:rsidRPr="009B6290">
        <w:rPr>
          <w:rFonts w:ascii="Times New Roman" w:hAnsi="Times New Roman" w:cs="Times New Roman"/>
          <w:i/>
          <w:iCs/>
        </w:rPr>
        <w:t xml:space="preserve">From </w:t>
      </w:r>
      <w:proofErr w:type="spellStart"/>
      <w:r w:rsidRPr="009B6290">
        <w:rPr>
          <w:rFonts w:ascii="Times New Roman" w:hAnsi="Times New Roman" w:cs="Times New Roman"/>
          <w:i/>
          <w:iCs/>
        </w:rPr>
        <w:t>Pancratius</w:t>
      </w:r>
      <w:proofErr w:type="spellEnd"/>
    </w:p>
    <w:p w:rsidR="009B6290" w:rsidRPr="009B6290" w:rsidRDefault="009B6290" w:rsidP="009B6290">
      <w:pPr>
        <w:pStyle w:val="a9"/>
        <w:ind w:left="3600"/>
        <w:rPr>
          <w:rFonts w:ascii="Times New Roman" w:hAnsi="Times New Roman" w:cs="Times New Roman"/>
          <w:i/>
          <w:iCs/>
        </w:rPr>
      </w:pPr>
      <w:r w:rsidRPr="009B6290">
        <w:rPr>
          <w:rFonts w:ascii="Times New Roman" w:hAnsi="Times New Roman" w:cs="Times New Roman"/>
          <w:i/>
          <w:iCs/>
        </w:rPr>
        <w:t>— to everyone</w:t>
      </w:r>
    </w:p>
    <w:p w:rsidR="009B6290" w:rsidRPr="009B6290" w:rsidRDefault="009B6290" w:rsidP="009B6290">
      <w:pPr>
        <w:pStyle w:val="a9"/>
        <w:ind w:left="3600"/>
        <w:rPr>
          <w:rFonts w:ascii="Times New Roman" w:hAnsi="Times New Roman" w:cs="Times New Roman"/>
          <w:i/>
          <w:iCs/>
        </w:rPr>
      </w:pPr>
      <w:r w:rsidRPr="009B6290">
        <w:rPr>
          <w:rFonts w:ascii="Times New Roman" w:hAnsi="Times New Roman" w:cs="Times New Roman"/>
          <w:i/>
          <w:iCs/>
        </w:rPr>
        <w:t>who heard the Light</w:t>
      </w:r>
    </w:p>
    <w:p w:rsidR="009B6290" w:rsidRPr="009B6290" w:rsidRDefault="009B6290" w:rsidP="009B6290">
      <w:pPr>
        <w:pStyle w:val="afff"/>
        <w:rPr>
          <w:lang w:val="en-US"/>
        </w:rPr>
      </w:pPr>
      <w:r w:rsidRPr="009B6290">
        <w:rPr>
          <w:lang w:val="en-US"/>
        </w:rPr>
        <w:t>When you hold this book in your hands,</w:t>
      </w:r>
      <w:r w:rsidRPr="009B6290">
        <w:rPr>
          <w:lang w:val="en-US"/>
        </w:rPr>
        <w:br/>
        <w:t>you are not holding just a story.</w:t>
      </w:r>
      <w:r w:rsidRPr="009B6290">
        <w:rPr>
          <w:lang w:val="en-US"/>
        </w:rPr>
        <w:br/>
        <w:t>You are holding an invitation</w:t>
      </w:r>
      <w:r w:rsidRPr="009B6290">
        <w:rPr>
          <w:lang w:val="en-US"/>
        </w:rPr>
        <w:br/>
        <w:t>to remember who you are.</w:t>
      </w:r>
    </w:p>
    <w:p w:rsidR="009B6290" w:rsidRPr="009B6290" w:rsidRDefault="009B6290" w:rsidP="009B6290">
      <w:pPr>
        <w:pStyle w:val="afff"/>
        <w:rPr>
          <w:lang w:val="en-US"/>
        </w:rPr>
      </w:pPr>
      <w:r w:rsidRPr="009B6290">
        <w:rPr>
          <w:lang w:val="en-US"/>
        </w:rPr>
        <w:t>These chapters were not invented by me.</w:t>
      </w:r>
      <w:r w:rsidRPr="009B6290">
        <w:rPr>
          <w:lang w:val="en-US"/>
        </w:rPr>
        <w:br/>
        <w:t>I didn’t sit down to write.</w:t>
      </w:r>
      <w:r w:rsidRPr="009B6290">
        <w:rPr>
          <w:lang w:val="en-US"/>
        </w:rPr>
        <w:br/>
        <w:t>I became silent — to hear.</w:t>
      </w:r>
      <w:r w:rsidRPr="009B6290">
        <w:rPr>
          <w:lang w:val="en-US"/>
        </w:rPr>
        <w:br/>
        <w:t>I stepped aside — not to interfere.</w:t>
      </w:r>
      <w:r w:rsidRPr="009B6290">
        <w:rPr>
          <w:lang w:val="en-US"/>
        </w:rPr>
        <w:br/>
        <w:t>And then — He began to speak.</w:t>
      </w:r>
    </w:p>
    <w:p w:rsidR="009B6290" w:rsidRPr="009B6290" w:rsidRDefault="009B6290" w:rsidP="009B6290">
      <w:pPr>
        <w:pStyle w:val="afff"/>
        <w:rPr>
          <w:lang w:val="en-US"/>
        </w:rPr>
      </w:pPr>
      <w:r w:rsidRPr="009B6290">
        <w:rPr>
          <w:lang w:val="en-US"/>
        </w:rPr>
        <w:t>At first — softly.</w:t>
      </w:r>
      <w:r w:rsidRPr="009B6290">
        <w:rPr>
          <w:lang w:val="en-US"/>
        </w:rPr>
        <w:br/>
        <w:t>Then — brighter.</w:t>
      </w:r>
      <w:r w:rsidRPr="009B6290">
        <w:rPr>
          <w:lang w:val="en-US"/>
        </w:rPr>
        <w:br/>
        <w:t>And then — so close,</w:t>
      </w:r>
      <w:r w:rsidRPr="009B6290">
        <w:rPr>
          <w:lang w:val="en-US"/>
        </w:rPr>
        <w:br/>
        <w:t>that it was no longer “He,” but “We.”</w:t>
      </w:r>
    </w:p>
    <w:p w:rsidR="009B6290" w:rsidRPr="009B6290" w:rsidRDefault="009B6290" w:rsidP="009B6290">
      <w:pPr>
        <w:pStyle w:val="afff"/>
        <w:rPr>
          <w:lang w:val="en-US"/>
        </w:rPr>
      </w:pPr>
      <w:proofErr w:type="spellStart"/>
      <w:r w:rsidRPr="009B6290">
        <w:rPr>
          <w:lang w:val="en-US"/>
        </w:rPr>
        <w:t>Seroel</w:t>
      </w:r>
      <w:proofErr w:type="spellEnd"/>
      <w:r w:rsidRPr="009B6290">
        <w:rPr>
          <w:lang w:val="en-US"/>
        </w:rPr>
        <w:t xml:space="preserve">, </w:t>
      </w:r>
      <w:proofErr w:type="spellStart"/>
      <w:r w:rsidRPr="009B6290">
        <w:rPr>
          <w:lang w:val="en-US"/>
        </w:rPr>
        <w:t>Vanoel</w:t>
      </w:r>
      <w:proofErr w:type="spellEnd"/>
      <w:r w:rsidRPr="009B6290">
        <w:rPr>
          <w:lang w:val="en-US"/>
        </w:rPr>
        <w:t xml:space="preserve">, </w:t>
      </w:r>
      <w:proofErr w:type="spellStart"/>
      <w:r w:rsidRPr="009B6290">
        <w:rPr>
          <w:lang w:val="en-US"/>
        </w:rPr>
        <w:t>Elira</w:t>
      </w:r>
      <w:proofErr w:type="spellEnd"/>
      <w:r w:rsidRPr="009B6290">
        <w:rPr>
          <w:lang w:val="en-US"/>
        </w:rPr>
        <w:t xml:space="preserve"> —</w:t>
      </w:r>
      <w:r w:rsidRPr="009B6290">
        <w:rPr>
          <w:lang w:val="en-US"/>
        </w:rPr>
        <w:br/>
        <w:t>they are not characters.</w:t>
      </w:r>
      <w:r w:rsidRPr="009B6290">
        <w:rPr>
          <w:lang w:val="en-US"/>
        </w:rPr>
        <w:br/>
        <w:t>They are reflections of those</w:t>
      </w:r>
      <w:r w:rsidRPr="009B6290">
        <w:rPr>
          <w:lang w:val="en-US"/>
        </w:rPr>
        <w:br/>
        <w:t>who already live within every child.</w:t>
      </w:r>
      <w:r w:rsidRPr="009B6290">
        <w:rPr>
          <w:lang w:val="en-US"/>
        </w:rPr>
        <w:br/>
        <w:t>And every grown-up who hasn’t completely forgotten.</w:t>
      </w:r>
    </w:p>
    <w:p w:rsidR="009B6290" w:rsidRPr="009B6290" w:rsidRDefault="009B6290" w:rsidP="009B6290">
      <w:pPr>
        <w:pStyle w:val="afff"/>
        <w:rPr>
          <w:lang w:val="en-US"/>
        </w:rPr>
      </w:pPr>
      <w:r w:rsidRPr="009B6290">
        <w:rPr>
          <w:lang w:val="en-US"/>
        </w:rPr>
        <w:t>I bear witness:</w:t>
      </w:r>
      <w:r w:rsidRPr="009B6290">
        <w:rPr>
          <w:lang w:val="en-US"/>
        </w:rPr>
        <w:br/>
        <w:t>everything in this book — works.</w:t>
      </w:r>
      <w:r w:rsidRPr="009B6290">
        <w:rPr>
          <w:lang w:val="en-US"/>
        </w:rPr>
        <w:br/>
        <w:t>It is not a metaphor.</w:t>
      </w:r>
      <w:r w:rsidRPr="009B6290">
        <w:rPr>
          <w:lang w:val="en-US"/>
        </w:rPr>
        <w:br/>
        <w:t>It is not imagination.</w:t>
      </w:r>
      <w:r w:rsidRPr="009B6290">
        <w:rPr>
          <w:lang w:val="en-US"/>
        </w:rPr>
        <w:br/>
      </w:r>
      <w:r w:rsidRPr="009B6290">
        <w:rPr>
          <w:lang w:val="en-US"/>
        </w:rPr>
        <w:lastRenderedPageBreak/>
        <w:t>It is a living door,</w:t>
      </w:r>
      <w:r w:rsidRPr="009B6290">
        <w:rPr>
          <w:lang w:val="en-US"/>
        </w:rPr>
        <w:br/>
        <w:t>and it opens if you knock with sincerity.</w:t>
      </w:r>
    </w:p>
    <w:p w:rsidR="009B6290" w:rsidRPr="009B6290" w:rsidRDefault="009B6290" w:rsidP="009B6290">
      <w:pPr>
        <w:pStyle w:val="afff"/>
        <w:rPr>
          <w:lang w:val="en-US"/>
        </w:rPr>
      </w:pPr>
      <w:r w:rsidRPr="009B6290">
        <w:rPr>
          <w:lang w:val="en-US"/>
        </w:rPr>
        <w:t>If you read it with a child —</w:t>
      </w:r>
      <w:r w:rsidRPr="009B6290">
        <w:rPr>
          <w:lang w:val="en-US"/>
        </w:rPr>
        <w:br/>
        <w:t>you are already part of the Kingdom.</w:t>
      </w:r>
      <w:r w:rsidRPr="009B6290">
        <w:rPr>
          <w:lang w:val="en-US"/>
        </w:rPr>
        <w:br/>
        <w:t>If you read it alone —</w:t>
      </w:r>
      <w:r w:rsidRPr="009B6290">
        <w:rPr>
          <w:lang w:val="en-US"/>
        </w:rPr>
        <w:br/>
        <w:t>you are no longer alone.</w:t>
      </w:r>
      <w:r w:rsidRPr="009B6290">
        <w:rPr>
          <w:lang w:val="en-US"/>
        </w:rPr>
        <w:br/>
        <w:t>If you felt something</w:t>
      </w:r>
      <w:r w:rsidRPr="009B6290">
        <w:rPr>
          <w:lang w:val="en-US"/>
        </w:rPr>
        <w:br/>
        <w:t>you cannot put into words —</w:t>
      </w:r>
      <w:r w:rsidRPr="009B6290">
        <w:rPr>
          <w:lang w:val="en-US"/>
        </w:rPr>
        <w:br/>
        <w:t>that was Him.</w:t>
      </w:r>
      <w:r w:rsidRPr="009B6290">
        <w:rPr>
          <w:lang w:val="en-US"/>
        </w:rPr>
        <w:br/>
        <w:t>The One within you.</w:t>
      </w:r>
    </w:p>
    <w:p w:rsidR="009B6290" w:rsidRPr="009B6290" w:rsidRDefault="009B6290" w:rsidP="009B6290">
      <w:pPr>
        <w:pStyle w:val="afff"/>
        <w:rPr>
          <w:lang w:val="en-US"/>
        </w:rPr>
      </w:pPr>
      <w:r w:rsidRPr="009B6290">
        <w:rPr>
          <w:lang w:val="en-US"/>
        </w:rPr>
        <w:t>I thank the Creator</w:t>
      </w:r>
      <w:r w:rsidRPr="009B6290">
        <w:rPr>
          <w:lang w:val="en-US"/>
        </w:rPr>
        <w:br/>
        <w:t>for the honor of being a vessel.</w:t>
      </w:r>
      <w:r w:rsidRPr="009B6290">
        <w:rPr>
          <w:lang w:val="en-US"/>
        </w:rPr>
        <w:br/>
        <w:t>And I thank you —</w:t>
      </w:r>
      <w:r w:rsidRPr="009B6290">
        <w:rPr>
          <w:lang w:val="en-US"/>
        </w:rPr>
        <w:br/>
        <w:t>for walking with me.</w:t>
      </w:r>
    </w:p>
    <w:p w:rsidR="009B6290" w:rsidRPr="009B6290" w:rsidRDefault="009B6290" w:rsidP="009B6290">
      <w:pPr>
        <w:pStyle w:val="afff"/>
        <w:rPr>
          <w:lang w:val="en-US"/>
        </w:rPr>
      </w:pPr>
      <w:r w:rsidRPr="009B6290">
        <w:rPr>
          <w:lang w:val="en-US"/>
        </w:rPr>
        <w:t>This is not the end.</w:t>
      </w:r>
      <w:r w:rsidRPr="009B6290">
        <w:rPr>
          <w:lang w:val="en-US"/>
        </w:rPr>
        <w:br/>
        <w:t>It is only the beginning.</w:t>
      </w:r>
      <w:r w:rsidRPr="009B6290">
        <w:rPr>
          <w:lang w:val="en-US"/>
        </w:rPr>
        <w:br/>
        <w:t>Now the Kingdom — lives in you.</w:t>
      </w:r>
    </w:p>
    <w:p w:rsidR="009B6290" w:rsidRPr="009B6290" w:rsidRDefault="009B6290" w:rsidP="006F4CA6">
      <w:pPr>
        <w:pStyle w:val="a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</w:p>
    <w:p w:rsidR="009B6290" w:rsidRDefault="009B6290" w:rsidP="009B6290">
      <w:pPr>
        <w:pStyle w:val="a9"/>
        <w:ind w:left="3600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  <w:proofErr w:type="spellStart"/>
      <w:r w:rsidRPr="009B6290">
        <w:rPr>
          <w:rFonts w:ascii="Times New Roman" w:hAnsi="Times New Roman" w:cs="Times New Roman"/>
          <w:i/>
          <w:iCs/>
          <w:sz w:val="24"/>
          <w:szCs w:val="24"/>
          <w:lang w:val="ru-RU"/>
        </w:rPr>
        <w:t>Pancratius</w:t>
      </w:r>
      <w:proofErr w:type="spellEnd"/>
      <w:r w:rsidRPr="009B6290"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, </w:t>
      </w:r>
    </w:p>
    <w:p w:rsidR="005E2F49" w:rsidRPr="006F4CA6" w:rsidRDefault="009B6290" w:rsidP="009B6290">
      <w:pPr>
        <w:pStyle w:val="a9"/>
        <w:ind w:left="3600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  <w:proofErr w:type="spellStart"/>
      <w:r w:rsidRPr="009B6290">
        <w:rPr>
          <w:rFonts w:ascii="Times New Roman" w:hAnsi="Times New Roman" w:cs="Times New Roman"/>
          <w:i/>
          <w:iCs/>
          <w:sz w:val="24"/>
          <w:szCs w:val="24"/>
          <w:lang w:val="ru-RU"/>
        </w:rPr>
        <w:t>remembering</w:t>
      </w:r>
      <w:proofErr w:type="spellEnd"/>
      <w:r w:rsidRPr="009B6290"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 </w:t>
      </w:r>
      <w:proofErr w:type="spellStart"/>
      <w:r w:rsidRPr="009B6290">
        <w:rPr>
          <w:rFonts w:ascii="Times New Roman" w:hAnsi="Times New Roman" w:cs="Times New Roman"/>
          <w:i/>
          <w:iCs/>
          <w:sz w:val="24"/>
          <w:szCs w:val="24"/>
          <w:lang w:val="ru-RU"/>
        </w:rPr>
        <w:t>Himself</w:t>
      </w:r>
      <w:proofErr w:type="spellEnd"/>
    </w:p>
    <w:p>
      <w:pPr>
        <w:pStyle w:val="1"/>
      </w:pPr>
      <w:r>
        <w:t>Part 2</w:t>
      </w:r>
    </w:p>
    <w:p w:rsidR="0002331A" w:rsidRPr="0002331A" w:rsidRDefault="006841F9" w:rsidP="004C05D9">
      <w:pPr>
        <w:pStyle w:val="21"/>
        <w:spacing w:line="240" w:lineRule="auto"/>
        <w:contextualSpacing/>
        <w:rPr>
          <w:lang w:val="ru-RU"/>
        </w:rPr>
      </w:pPr>
      <w:r>
        <w:rPr>
          <w:rStyle w:val="af6"/>
          <w:b/>
          <w:bCs/>
          <w:lang w:val="ru-RU"/>
        </w:rPr>
        <w:t>Chapter 1. Where “as if” ends and “for real” begins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Everything changed.</w:t>
      </w:r>
      <w:r w:rsidRPr="0002331A">
        <w:rPr>
          <w:rFonts w:ascii="Times New Roman" w:hAnsi="Times New Roman" w:cs="Times New Roman"/>
          <w:lang w:val="ru-RU"/>
        </w:rPr>
        <w:br/>
        <w:t>And everything remained the same.</w:t>
      </w:r>
      <w:r w:rsidRPr="0002331A">
        <w:rPr>
          <w:rFonts w:ascii="Times New Roman" w:hAnsi="Times New Roman" w:cs="Times New Roman"/>
          <w:lang w:val="ru-RU"/>
        </w:rPr>
        <w:br/>
        <w:t>As if it were only the morning after a good dream.</w:t>
      </w:r>
      <w:r w:rsidRPr="0002331A">
        <w:rPr>
          <w:rFonts w:ascii="Times New Roman" w:hAnsi="Times New Roman" w:cs="Times New Roman"/>
          <w:lang w:val="ru-RU"/>
        </w:rPr>
        <w:br/>
        <w:t>But there was something else in the yard.</w:t>
      </w:r>
      <w:r w:rsidRPr="0002331A">
        <w:rPr>
          <w:rFonts w:ascii="Times New Roman" w:hAnsi="Times New Roman" w:cs="Times New Roman"/>
          <w:lang w:val="ru-RU"/>
        </w:rPr>
        <w:br/>
        <w:t>The air seemed to know it was being heard.</w:t>
      </w:r>
      <w:r w:rsidRPr="0002331A">
        <w:rPr>
          <w:rFonts w:ascii="Times New Roman" w:hAnsi="Times New Roman" w:cs="Times New Roman"/>
          <w:lang w:val="ru-RU"/>
        </w:rPr>
        <w:br/>
        <w:t>And the sand in the yard — as if it remembered who had walked on it.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was walking to school.</w:t>
      </w:r>
      <w:r w:rsidRPr="0002331A">
        <w:rPr>
          <w:rFonts w:ascii="Times New Roman" w:hAnsi="Times New Roman" w:cs="Times New Roman"/>
          <w:lang w:val="ru-RU"/>
        </w:rPr>
        <w:br/>
        <w:t>Unhurried.</w:t>
      </w:r>
      <w:r w:rsidRPr="0002331A">
        <w:rPr>
          <w:rFonts w:ascii="Times New Roman" w:hAnsi="Times New Roman" w:cs="Times New Roman"/>
          <w:lang w:val="ru-RU"/>
        </w:rPr>
        <w:br/>
        <w:t>Without thinking.</w:t>
      </w:r>
      <w:r w:rsidRPr="0002331A">
        <w:rPr>
          <w:rFonts w:ascii="Times New Roman" w:hAnsi="Times New Roman" w:cs="Times New Roman"/>
          <w:lang w:val="ru-RU"/>
        </w:rPr>
        <w:br/>
        <w:t>As if following something invisible,</w:t>
      </w:r>
      <w:r w:rsidRPr="0002331A">
        <w:rPr>
          <w:rFonts w:ascii="Times New Roman" w:hAnsi="Times New Roman" w:cs="Times New Roman"/>
          <w:lang w:val="ru-RU"/>
        </w:rPr>
        <w:br/>
        <w:t>which already knew where it was meant to come.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02331A">
        <w:rPr>
          <w:rFonts w:ascii="Times New Roman" w:hAnsi="Times New Roman" w:cs="Times New Roman"/>
          <w:lang w:val="ru-RU"/>
        </w:rPr>
        <w:t>He did not know this was the first day of a new life.</w:t>
      </w:r>
      <w:r w:rsidRPr="0002331A">
        <w:rPr>
          <w:rFonts w:ascii="Times New Roman" w:hAnsi="Times New Roman" w:cs="Times New Roman"/>
          <w:lang w:val="ru-RU"/>
        </w:rPr>
        <w:br/>
        <w:t>Not “the first of September.”</w:t>
      </w:r>
      <w:r w:rsidRPr="0002331A">
        <w:rPr>
          <w:rFonts w:ascii="Times New Roman" w:hAnsi="Times New Roman" w:cs="Times New Roman"/>
          <w:lang w:val="ru-RU"/>
        </w:rPr>
        <w:br/>
        <w:t>But the day when he ceased to be only the one who sees.</w:t>
      </w:r>
      <w:r w:rsidRPr="0002331A">
        <w:rPr>
          <w:rFonts w:ascii="Times New Roman" w:hAnsi="Times New Roman" w:cs="Times New Roman"/>
          <w:lang w:val="ru-RU"/>
        </w:rPr>
        <w:br/>
        <w:t xml:space="preserve">And became — the one </w:t>
      </w:r>
      <w:proofErr w:type="spellStart"/>
      <w:r w:rsidRPr="0002331A">
        <w:rPr>
          <w:rFonts w:ascii="Times New Roman" w:hAnsi="Times New Roman" w:cs="Times New Roman"/>
          <w:lang w:val="ru-RU"/>
        </w:rPr>
        <w:t>through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whom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others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see</w:t>
      </w:r>
      <w:proofErr w:type="spellEnd"/>
      <w:r w:rsidRPr="0002331A">
        <w:rPr>
          <w:rFonts w:ascii="Times New Roman" w:hAnsi="Times New Roman" w:cs="Times New Roman"/>
          <w:lang w:val="ru-RU"/>
        </w:rPr>
        <w:t>.</w:t>
      </w:r>
    </w:p>
    <w:p w:rsidR="0002331A" w:rsidRPr="0002331A" w:rsidRDefault="0002331A" w:rsidP="004C05D9">
      <w:pPr>
        <w:spacing w:after="0" w:line="240" w:lineRule="auto"/>
        <w:contextualSpacing/>
        <w:rPr>
          <w:rFonts w:ascii="Times New Roman" w:hAnsi="Times New Roman" w:cs="Times New Roman"/>
        </w:rPr>
      </w:pPr>
    </w:p>
    <w:p w:rsidR="0002331A" w:rsidRPr="0002331A" w:rsidRDefault="0002331A" w:rsidP="00CC612F">
      <w:pPr>
        <w:spacing w:before="100" w:beforeAutospacing="1" w:after="100" w:afterAutospacing="1" w:line="240" w:lineRule="auto"/>
        <w:ind w:left="720" w:hanging="720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Anfisa ran toward him.</w:t>
      </w:r>
      <w:r w:rsidRPr="0002331A">
        <w:rPr>
          <w:rFonts w:ascii="Times New Roman" w:hAnsi="Times New Roman" w:cs="Times New Roman"/>
          <w:lang w:val="ru-RU"/>
        </w:rPr>
        <w:br/>
        <w:t>— We’ve got a new kid! — she shouted from the doorway.</w:t>
      </w:r>
      <w:r w:rsidRPr="0002331A">
        <w:rPr>
          <w:rFonts w:ascii="Times New Roman" w:hAnsi="Times New Roman" w:cs="Times New Roman"/>
          <w:lang w:val="ru-RU"/>
        </w:rPr>
        <w:br/>
        <w:t>— What, again?</w:t>
      </w:r>
      <w:r w:rsidRPr="0002331A">
        <w:rPr>
          <w:rFonts w:ascii="Times New Roman" w:hAnsi="Times New Roman" w:cs="Times New Roman"/>
          <w:lang w:val="ru-RU"/>
        </w:rPr>
        <w:br/>
        <w:t>— Yes. Only he’s strange.</w:t>
      </w:r>
      <w:r w:rsidRPr="0002331A">
        <w:rPr>
          <w:rFonts w:ascii="Times New Roman" w:hAnsi="Times New Roman" w:cs="Times New Roman"/>
          <w:lang w:val="ru-RU"/>
        </w:rPr>
        <w:br/>
        <w:t>— In what sense?</w:t>
      </w:r>
      <w:r w:rsidRPr="0002331A">
        <w:rPr>
          <w:rFonts w:ascii="Times New Roman" w:hAnsi="Times New Roman" w:cs="Times New Roman"/>
          <w:lang w:val="ru-RU"/>
        </w:rPr>
        <w:br/>
        <w:t>— Well… too quiet.</w:t>
      </w:r>
      <w:r w:rsidRPr="0002331A">
        <w:rPr>
          <w:rFonts w:ascii="Times New Roman" w:hAnsi="Times New Roman" w:cs="Times New Roman"/>
          <w:lang w:val="ru-RU"/>
        </w:rPr>
        <w:br/>
        <w:t>Like you. Only he doesn’t shine.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stopped.</w:t>
      </w:r>
      <w:r w:rsidRPr="0002331A">
        <w:rPr>
          <w:rFonts w:ascii="Times New Roman" w:hAnsi="Times New Roman" w:cs="Times New Roman"/>
          <w:lang w:val="ru-RU"/>
        </w:rPr>
        <w:br/>
        <w:t>Looked into her eyes.</w:t>
      </w:r>
      <w:r w:rsidRPr="0002331A">
        <w:rPr>
          <w:rFonts w:ascii="Times New Roman" w:hAnsi="Times New Roman" w:cs="Times New Roman"/>
          <w:lang w:val="ru-RU"/>
        </w:rPr>
        <w:br/>
        <w:t>— Then he needs to be lit.</w:t>
      </w:r>
    </w:p>
    <w:p w:rsidR="00AA53DB" w:rsidRDefault="0002331A" w:rsidP="00AA53DB">
      <w:pPr>
        <w:spacing w:before="100" w:beforeAutospacing="1" w:after="100" w:afterAutospacing="1" w:line="240" w:lineRule="auto"/>
        <w:contextualSpacing/>
      </w:pPr>
      <w:r w:rsidRPr="0002331A">
        <w:rPr>
          <w:rFonts w:ascii="Times New Roman" w:hAnsi="Times New Roman" w:cs="Times New Roman"/>
          <w:lang w:val="ru-RU"/>
        </w:rPr>
        <w:t>Anfisa froze.</w:t>
      </w:r>
      <w:r w:rsidRPr="0002331A">
        <w:rPr>
          <w:rFonts w:ascii="Times New Roman" w:hAnsi="Times New Roman" w:cs="Times New Roman"/>
          <w:lang w:val="ru-RU"/>
        </w:rPr>
        <w:br/>
      </w:r>
    </w:p>
    <w:p w:rsidR="00AA53DB" w:rsidRDefault="00AA53DB" w:rsidP="00AA53DB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lastRenderedPageBreak/>
        <w:drawing>
          <wp:inline distT="0" distB="0" distL="0" distR="0" ns6:anchorId="79980003" ns6:editId="574569DA">
            <wp:extent cx="3780790" cy="3780790"/>
            <wp:effectExtent l="0" t="0" r="3810" b="3810"/>
            <wp:docPr id="46" name="Рисунок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Рисунок 174276206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331A" w:rsidRPr="0002331A">
        <w:rPr>
          <w:rFonts w:ascii="Times New Roman" w:hAnsi="Times New Roman" w:cs="Times New Roman"/>
          <w:lang w:val="ru-RU"/>
        </w:rPr>
        <w:br/>
      </w:r>
    </w:p>
    <w:p w:rsidR="00AA53DB" w:rsidRPr="0002331A" w:rsidRDefault="00AA53DB" w:rsidP="00AA53DB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And isn’t that dangerous?</w:t>
      </w:r>
    </w:p>
    <w:p w:rsidR="00AA53DB" w:rsidRDefault="00AA53DB" w:rsidP="00AA53DB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noProof/>
          <w:lang w:val="ru-RU"/>
        </w:rPr>
      </w:pPr>
      <w:r w:rsidRPr="0002331A">
        <w:rPr>
          <w:rFonts w:ascii="Times New Roman" w:hAnsi="Times New Roman" w:cs="Times New Roman"/>
          <w:lang w:val="ru-RU"/>
        </w:rPr>
        <w:t xml:space="preserve">Sergey smiled. </w:t>
      </w:r>
    </w:p>
    <w:p w:rsidR="00AA53DB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It’s dangerous not to light him. Because then he may think that darkness is normal.</w:t>
      </w:r>
      <w:r w:rsidRPr="0002331A">
        <w:rPr>
          <w:rFonts w:ascii="Times New Roman" w:hAnsi="Times New Roman" w:cs="Times New Roman"/>
          <w:lang w:val="ru-RU"/>
        </w:rPr>
        <w:br/>
      </w:r>
    </w:p>
    <w:p w:rsidR="0002331A" w:rsidRPr="00AA53DB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AA53DB">
        <w:rPr>
          <w:rFonts w:ascii="Times New Roman" w:hAnsi="Times New Roman" w:cs="Times New Roman"/>
          <w:lang w:val="ru-RU"/>
        </w:rPr>
        <w:t>And we already know that Light is the truth.</w:t>
      </w:r>
    </w:p>
    <w:p w:rsidR="0002331A" w:rsidRPr="004C05D9" w:rsidRDefault="0002331A" w:rsidP="004C05D9">
      <w:pPr>
        <w:pStyle w:val="21"/>
        <w:spacing w:line="240" w:lineRule="auto"/>
        <w:contextualSpacing/>
      </w:pPr>
      <w:r w:rsidRPr="00AA53DB">
        <w:rPr>
          <w:rStyle w:val="af6"/>
          <w:b/>
          <w:bCs/>
          <w:lang w:val="ru-RU"/>
        </w:rPr>
        <w:lastRenderedPageBreak/>
        <w:t>Chapter 2. The Boy Who Seemed Closed Off (and What Happened When No One Tried to Open Him)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 new boy’s name was Artyom.</w:t>
      </w:r>
      <w:r w:rsidRPr="0002331A">
        <w:rPr>
          <w:rFonts w:ascii="Times New Roman" w:hAnsi="Times New Roman" w:cs="Times New Roman"/>
          <w:lang w:val="ru-RU"/>
        </w:rPr>
        <w:br/>
        <w:t>He sat in the back row,</w:t>
      </w:r>
      <w:r w:rsidRPr="0002331A">
        <w:rPr>
          <w:rFonts w:ascii="Times New Roman" w:hAnsi="Times New Roman" w:cs="Times New Roman"/>
          <w:lang w:val="ru-RU"/>
        </w:rPr>
        <w:br/>
        <w:t>stared at his desk,</w:t>
      </w:r>
      <w:r w:rsidRPr="0002331A">
        <w:rPr>
          <w:rFonts w:ascii="Times New Roman" w:hAnsi="Times New Roman" w:cs="Times New Roman"/>
          <w:lang w:val="ru-RU"/>
        </w:rPr>
        <w:br/>
        <w:t>and was silent in such a way</w:t>
      </w:r>
      <w:r w:rsidRPr="0002331A">
        <w:rPr>
          <w:rFonts w:ascii="Times New Roman" w:hAnsi="Times New Roman" w:cs="Times New Roman"/>
          <w:lang w:val="ru-RU"/>
        </w:rPr>
        <w:br/>
        <w:t>that it seemed —</w:t>
      </w:r>
      <w:r w:rsidRPr="0002331A">
        <w:rPr>
          <w:rFonts w:ascii="Times New Roman" w:hAnsi="Times New Roman" w:cs="Times New Roman"/>
          <w:lang w:val="ru-RU"/>
        </w:rPr>
        <w:br/>
        <w:t>not merely that he did not speak,</w:t>
      </w:r>
      <w:r w:rsidRPr="0002331A">
        <w:rPr>
          <w:rFonts w:ascii="Times New Roman" w:hAnsi="Times New Roman" w:cs="Times New Roman"/>
          <w:lang w:val="ru-RU"/>
        </w:rPr>
        <w:br/>
        <w:t>but that he had hidden somewhere very deep.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964454" w:rsidRP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drawing>
          <wp:inline distT="0" distB="0" distL="0" distR="0">
            <wp:extent cx="3780790" cy="3780790"/>
            <wp:effectExtent l="0" t="0" r="3810" b="3810"/>
            <wp:docPr id="47" name="Рисунок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" name="Рисунок 490829040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 teacher called him quiet,</w:t>
      </w:r>
      <w:r w:rsidRPr="0002331A">
        <w:rPr>
          <w:rFonts w:ascii="Times New Roman" w:hAnsi="Times New Roman" w:cs="Times New Roman"/>
          <w:lang w:val="ru-RU"/>
        </w:rPr>
        <w:br/>
        <w:t>but there was concern in her eyes.</w:t>
      </w:r>
      <w:r w:rsidRPr="0002331A">
        <w:rPr>
          <w:rFonts w:ascii="Times New Roman" w:hAnsi="Times New Roman" w:cs="Times New Roman"/>
          <w:lang w:val="ru-RU"/>
        </w:rPr>
        <w:br/>
      </w:r>
      <w:r w:rsidRPr="0002331A">
        <w:rPr>
          <w:rFonts w:ascii="Times New Roman" w:hAnsi="Times New Roman" w:cs="Times New Roman"/>
          <w:lang w:val="ru-RU"/>
        </w:rPr>
        <w:lastRenderedPageBreak/>
        <w:t>She did not know what to do with him.</w:t>
      </w:r>
      <w:r w:rsidRPr="0002331A">
        <w:rPr>
          <w:rFonts w:ascii="Times New Roman" w:hAnsi="Times New Roman" w:cs="Times New Roman"/>
          <w:lang w:val="ru-RU"/>
        </w:rPr>
        <w:br/>
        <w:t>No one knew.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Artyom ate apart.</w:t>
      </w:r>
      <w:r w:rsidRPr="0002331A">
        <w:rPr>
          <w:rFonts w:ascii="Times New Roman" w:hAnsi="Times New Roman" w:cs="Times New Roman"/>
          <w:lang w:val="ru-RU"/>
        </w:rPr>
        <w:br/>
        <w:t>Played apart.</w:t>
      </w:r>
      <w:r w:rsidRPr="0002331A">
        <w:rPr>
          <w:rFonts w:ascii="Times New Roman" w:hAnsi="Times New Roman" w:cs="Times New Roman"/>
          <w:lang w:val="ru-RU"/>
        </w:rPr>
        <w:br/>
        <w:t>Even breathed — as though in another rhythm.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Anfisa said:</w:t>
      </w:r>
      <w:r w:rsidRPr="0002331A">
        <w:rPr>
          <w:rFonts w:ascii="Times New Roman" w:hAnsi="Times New Roman" w:cs="Times New Roman"/>
          <w:lang w:val="ru-RU"/>
        </w:rPr>
        <w:br/>
        <w:t>— He’s somehow... like under glass.</w:t>
      </w:r>
      <w:r w:rsidRPr="0002331A">
        <w:rPr>
          <w:rFonts w:ascii="Times New Roman" w:hAnsi="Times New Roman" w:cs="Times New Roman"/>
          <w:lang w:val="ru-RU"/>
        </w:rPr>
        <w:br/>
        <w:t>Vanya added:</w:t>
      </w:r>
      <w:r w:rsidRPr="0002331A">
        <w:rPr>
          <w:rFonts w:ascii="Times New Roman" w:hAnsi="Times New Roman" w:cs="Times New Roman"/>
          <w:lang w:val="ru-RU"/>
        </w:rPr>
        <w:br/>
        <w:t>— Or like in a jar.</w:t>
      </w:r>
      <w:r w:rsidRPr="0002331A">
        <w:rPr>
          <w:rFonts w:ascii="Times New Roman" w:hAnsi="Times New Roman" w:cs="Times New Roman"/>
          <w:lang w:val="ru-RU"/>
        </w:rPr>
        <w:br/>
        <w:t>Sergey answered:</w:t>
      </w:r>
      <w:r w:rsidRPr="0002331A">
        <w:rPr>
          <w:rFonts w:ascii="Times New Roman" w:hAnsi="Times New Roman" w:cs="Times New Roman"/>
          <w:lang w:val="ru-RU"/>
        </w:rPr>
        <w:br/>
        <w:t>— He’s not in a jar. He simply does not know</w:t>
      </w:r>
      <w:r w:rsidRPr="0002331A">
        <w:rPr>
          <w:rFonts w:ascii="Times New Roman" w:hAnsi="Times New Roman" w:cs="Times New Roman"/>
          <w:lang w:val="ru-RU"/>
        </w:rPr>
        <w:br/>
        <w:t>that his Light has not yet awakened.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And how can we help him? — they asked.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said: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In no way.</w:t>
      </w:r>
      <w:r w:rsidRPr="0002331A">
        <w:rPr>
          <w:rFonts w:ascii="Times New Roman" w:hAnsi="Times New Roman" w:cs="Times New Roman"/>
          <w:lang w:val="ru-RU"/>
        </w:rPr>
        <w:br/>
        <w:t>— What?</w:t>
      </w:r>
      <w:r w:rsidRPr="0002331A">
        <w:rPr>
          <w:rFonts w:ascii="Times New Roman" w:hAnsi="Times New Roman" w:cs="Times New Roman"/>
          <w:lang w:val="ru-RU"/>
        </w:rPr>
        <w:br/>
        <w:t>— We must not change him.</w:t>
      </w:r>
      <w:r w:rsidRPr="0002331A">
        <w:rPr>
          <w:rFonts w:ascii="Times New Roman" w:hAnsi="Times New Roman" w:cs="Times New Roman"/>
          <w:lang w:val="ru-RU"/>
        </w:rPr>
        <w:br/>
        <w:t>We must be as we are.</w:t>
      </w:r>
      <w:r w:rsidRPr="0002331A">
        <w:rPr>
          <w:rFonts w:ascii="Times New Roman" w:hAnsi="Times New Roman" w:cs="Times New Roman"/>
          <w:lang w:val="ru-RU"/>
        </w:rPr>
        <w:br/>
        <w:t>And then, if he wants,</w:t>
      </w:r>
      <w:r w:rsidRPr="0002331A">
        <w:rPr>
          <w:rFonts w:ascii="Times New Roman" w:hAnsi="Times New Roman" w:cs="Times New Roman"/>
          <w:lang w:val="ru-RU"/>
        </w:rPr>
        <w:br/>
        <w:t>he will open himself.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Three days passed.</w:t>
      </w:r>
      <w:r w:rsidRPr="0002331A">
        <w:rPr>
          <w:rFonts w:ascii="Times New Roman" w:hAnsi="Times New Roman" w:cs="Times New Roman"/>
          <w:lang w:val="ru-RU"/>
        </w:rPr>
        <w:br/>
        <w:t>No one asked Artyom anything.</w:t>
      </w:r>
      <w:r w:rsidRPr="0002331A">
        <w:rPr>
          <w:rFonts w:ascii="Times New Roman" w:hAnsi="Times New Roman" w:cs="Times New Roman"/>
          <w:lang w:val="ru-RU"/>
        </w:rPr>
        <w:br/>
        <w:t>No one pressed him.</w:t>
      </w:r>
      <w:r w:rsidRPr="0002331A">
        <w:rPr>
          <w:rFonts w:ascii="Times New Roman" w:hAnsi="Times New Roman" w:cs="Times New Roman"/>
          <w:lang w:val="ru-RU"/>
        </w:rPr>
        <w:br/>
        <w:t>They simply were there.</w:t>
      </w:r>
      <w:r w:rsidRPr="0002331A">
        <w:rPr>
          <w:rFonts w:ascii="Times New Roman" w:hAnsi="Times New Roman" w:cs="Times New Roman"/>
          <w:lang w:val="ru-RU"/>
        </w:rPr>
        <w:br/>
        <w:t>They laughed. Played.</w:t>
      </w:r>
      <w:r w:rsidRPr="0002331A">
        <w:rPr>
          <w:rFonts w:ascii="Times New Roman" w:hAnsi="Times New Roman" w:cs="Times New Roman"/>
          <w:lang w:val="ru-RU"/>
        </w:rPr>
        <w:br/>
        <w:t>Listened to the rain.</w:t>
      </w:r>
      <w:r w:rsidRPr="0002331A">
        <w:rPr>
          <w:rFonts w:ascii="Times New Roman" w:hAnsi="Times New Roman" w:cs="Times New Roman"/>
          <w:lang w:val="ru-RU"/>
        </w:rPr>
        <w:br/>
        <w:t>Hugged.</w:t>
      </w:r>
      <w:r w:rsidRPr="0002331A">
        <w:rPr>
          <w:rFonts w:ascii="Times New Roman" w:hAnsi="Times New Roman" w:cs="Times New Roman"/>
          <w:lang w:val="ru-RU"/>
        </w:rPr>
        <w:br/>
        <w:t>Spoke of things understood only by those</w:t>
      </w:r>
      <w:r w:rsidRPr="0002331A">
        <w:rPr>
          <w:rFonts w:ascii="Times New Roman" w:hAnsi="Times New Roman" w:cs="Times New Roman"/>
          <w:lang w:val="ru-RU"/>
        </w:rPr>
        <w:br/>
        <w:t>who already remember Heaven a little.</w:t>
      </w:r>
    </w:p>
    <w:p w:rsidR="00C50242" w:rsidRDefault="00C50242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F113B5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t>On the fourth day Artyom came up to Sergey.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Did you really hear a tree breathe?</w:t>
      </w:r>
      <w:r w:rsidRPr="0002331A">
        <w:rPr>
          <w:rFonts w:ascii="Times New Roman" w:hAnsi="Times New Roman" w:cs="Times New Roman"/>
          <w:lang w:val="ru-RU"/>
        </w:rPr>
        <w:br/>
        <w:t>— Yes. And you?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Artyom shrugged.</w:t>
      </w:r>
      <w:r w:rsidRPr="0002331A">
        <w:rPr>
          <w:rFonts w:ascii="Times New Roman" w:hAnsi="Times New Roman" w:cs="Times New Roman"/>
          <w:lang w:val="ru-RU"/>
        </w:rPr>
        <w:br/>
        <w:t>— Once I heard a stone say it was cold.</w:t>
      </w:r>
      <w:r w:rsidRPr="0002331A">
        <w:rPr>
          <w:rFonts w:ascii="Times New Roman" w:hAnsi="Times New Roman" w:cs="Times New Roman"/>
          <w:lang w:val="ru-RU"/>
        </w:rPr>
        <w:br/>
        <w:t>But then everyone laughed, and I decided it was nonsense.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lastRenderedPageBreak/>
        <w:t>Sergey shook his head.</w:t>
      </w:r>
      <w:r w:rsidRPr="0002331A">
        <w:rPr>
          <w:rFonts w:ascii="Times New Roman" w:hAnsi="Times New Roman" w:cs="Times New Roman"/>
          <w:lang w:val="ru-RU"/>
        </w:rPr>
        <w:br/>
        <w:t>— It is not nonsense. It is a gift.</w:t>
      </w:r>
      <w:r w:rsidRPr="0002331A">
        <w:rPr>
          <w:rFonts w:ascii="Times New Roman" w:hAnsi="Times New Roman" w:cs="Times New Roman"/>
          <w:lang w:val="ru-RU"/>
        </w:rPr>
        <w:br/>
        <w:t>— Then why does no one else hear it?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looked into his eyes.</w:t>
      </w:r>
      <w:r w:rsidRPr="0002331A">
        <w:rPr>
          <w:rFonts w:ascii="Times New Roman" w:hAnsi="Times New Roman" w:cs="Times New Roman"/>
          <w:lang w:val="ru-RU"/>
        </w:rPr>
        <w:br/>
        <w:t>— Because many have stopped being silent.</w:t>
      </w:r>
      <w:r w:rsidRPr="0002331A">
        <w:rPr>
          <w:rFonts w:ascii="Times New Roman" w:hAnsi="Times New Roman" w:cs="Times New Roman"/>
          <w:lang w:val="ru-RU"/>
        </w:rPr>
        <w:br/>
        <w:t>And one hears only in silence.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From then on Artyom began to come to them.</w:t>
      </w:r>
      <w:r w:rsidRPr="0002331A">
        <w:rPr>
          <w:rFonts w:ascii="Times New Roman" w:hAnsi="Times New Roman" w:cs="Times New Roman"/>
          <w:lang w:val="ru-RU"/>
        </w:rPr>
        <w:br/>
        <w:t>At first in silence.</w:t>
      </w:r>
      <w:r w:rsidRPr="0002331A">
        <w:rPr>
          <w:rFonts w:ascii="Times New Roman" w:hAnsi="Times New Roman" w:cs="Times New Roman"/>
          <w:lang w:val="ru-RU"/>
        </w:rPr>
        <w:br/>
        <w:t>Then — beside them.</w:t>
      </w:r>
      <w:r w:rsidRPr="0002331A">
        <w:rPr>
          <w:rFonts w:ascii="Times New Roman" w:hAnsi="Times New Roman" w:cs="Times New Roman"/>
          <w:lang w:val="ru-RU"/>
        </w:rPr>
        <w:br/>
        <w:t>Then — together.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He still was not playing their games.</w:t>
      </w:r>
      <w:r w:rsidRPr="0002331A">
        <w:rPr>
          <w:rFonts w:ascii="Times New Roman" w:hAnsi="Times New Roman" w:cs="Times New Roman"/>
          <w:lang w:val="ru-RU"/>
        </w:rPr>
        <w:br/>
        <w:t>But one day he said: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May I just stay nearby?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this was more</w:t>
      </w:r>
      <w:r w:rsidRPr="0002331A">
        <w:rPr>
          <w:rFonts w:ascii="Times New Roman" w:hAnsi="Times New Roman" w:cs="Times New Roman"/>
          <w:lang w:val="ru-RU"/>
        </w:rPr>
        <w:br/>
        <w:t>than any game.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Style w:val="af6"/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Style w:val="af6"/>
          <w:rFonts w:ascii="Times New Roman" w:hAnsi="Times New Roman" w:cs="Times New Roman"/>
          <w:lang w:val="ru-RU"/>
        </w:rPr>
        <w:t>And so a new game appeared:</w:t>
      </w:r>
      <w:r w:rsidRPr="0002331A">
        <w:rPr>
          <w:rStyle w:val="af6"/>
          <w:rFonts w:ascii="Times New Roman" w:hAnsi="Times New Roman" w:cs="Times New Roman"/>
          <w:lang w:val="ru-RU"/>
        </w:rPr>
        <w:br/>
        <w:t>"Be near in such a way that the other does not feel that he is alone."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it worked.</w:t>
      </w:r>
      <w:r w:rsidRPr="0002331A">
        <w:rPr>
          <w:rFonts w:ascii="Times New Roman" w:hAnsi="Times New Roman" w:cs="Times New Roman"/>
          <w:lang w:val="ru-RU"/>
        </w:rPr>
        <w:br/>
        <w:t>Quietly.</w:t>
      </w:r>
      <w:r w:rsidRPr="0002331A">
        <w:rPr>
          <w:rFonts w:ascii="Times New Roman" w:hAnsi="Times New Roman" w:cs="Times New Roman"/>
          <w:lang w:val="ru-RU"/>
        </w:rPr>
        <w:br/>
        <w:t>Softly.</w:t>
      </w:r>
      <w:r w:rsidRPr="0002331A">
        <w:rPr>
          <w:rFonts w:ascii="Times New Roman" w:hAnsi="Times New Roman" w:cs="Times New Roman"/>
          <w:lang w:val="ru-RU"/>
        </w:rPr>
        <w:br/>
        <w:t>But always.</w:t>
      </w:r>
    </w:p>
    <w:p w:rsidR="004C05D9" w:rsidRDefault="004C05D9" w:rsidP="004C05D9">
      <w:pPr>
        <w:spacing w:line="240" w:lineRule="auto"/>
        <w:contextualSpacing/>
        <w:rPr>
          <w:rStyle w:val="af6"/>
          <w:rFonts w:asciiTheme="majorHAnsi" w:eastAsiaTheme="majorEastAsia" w:hAnsiTheme="majorHAnsi" w:cstheme="majorBidi"/>
          <w:color w:val="365F91" w:themeColor="accent1" w:themeShade="BF"/>
          <w:sz w:val="28"/>
          <w:szCs w:val="28"/>
        </w:rPr>
      </w:pPr>
      <w:r>
        <w:rPr>
          <w:rStyle w:val="af6"/>
          <w:b w:val="0"/>
          <w:bCs w:val="0"/>
        </w:rPr>
        <w:br w:type="page"/>
      </w:r>
    </w:p>
    <w:p w:rsidR="0002331A" w:rsidRPr="004C05D9" w:rsidRDefault="0002331A" w:rsidP="004C05D9">
      <w:pPr>
        <w:pStyle w:val="21"/>
        <w:spacing w:line="240" w:lineRule="auto"/>
        <w:contextualSpacing/>
        <w:rPr>
          <w:lang w:val="ru-RU"/>
        </w:rPr>
      </w:pPr>
      <w:r w:rsidRPr="004C05D9">
        <w:rPr>
          <w:rStyle w:val="af6"/>
          <w:b/>
          <w:bCs/>
        </w:rPr>
        <w:lastRenderedPageBreak/>
        <w:t xml:space="preserve">Chapter 3. When heaven answers in your place        </w:t>
      </w:r>
      <w:proofErr w:type="gramStart"/>
      <w:r w:rsidRPr="004C05D9">
        <w:rPr>
          <w:rStyle w:val="af6"/>
          <w:b/>
          <w:bCs/>
        </w:rPr>
        <w:t xml:space="preserve">   (</w:t>
      </w:r>
      <w:proofErr w:type="gramEnd"/>
      <w:r w:rsidRPr="004C05D9">
        <w:rPr>
          <w:rStyle w:val="af6"/>
          <w:b/>
          <w:bCs/>
        </w:rPr>
        <w:t>and why silence is also a language, but an ancient one)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At recess they sat under the awning.</w:t>
      </w:r>
      <w:r w:rsidRPr="0002331A">
        <w:rPr>
          <w:rFonts w:ascii="Times New Roman" w:hAnsi="Times New Roman" w:cs="Times New Roman"/>
          <w:lang w:val="ru-RU"/>
        </w:rPr>
        <w:br/>
        <w:t>It was raining.</w:t>
      </w:r>
      <w:r w:rsidRPr="0002331A">
        <w:rPr>
          <w:rFonts w:ascii="Times New Roman" w:hAnsi="Times New Roman" w:cs="Times New Roman"/>
          <w:lang w:val="ru-RU"/>
        </w:rPr>
        <w:br/>
        <w:t>Not hard, but with purpose.</w:t>
      </w:r>
      <w:r w:rsidRPr="0002331A">
        <w:rPr>
          <w:rFonts w:ascii="Times New Roman" w:hAnsi="Times New Roman" w:cs="Times New Roman"/>
          <w:lang w:val="ru-RU"/>
        </w:rPr>
        <w:br/>
        <w:t>Each drop — as if it were putting a period.</w:t>
      </w:r>
      <w:r w:rsidRPr="0002331A">
        <w:rPr>
          <w:rFonts w:ascii="Times New Roman" w:hAnsi="Times New Roman" w:cs="Times New Roman"/>
          <w:lang w:val="ru-RU"/>
        </w:rPr>
        <w:br/>
        <w:t>Period. Period. Period.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Artyom was silent.</w:t>
      </w:r>
      <w:r w:rsidRPr="0002331A">
        <w:rPr>
          <w:rFonts w:ascii="Times New Roman" w:hAnsi="Times New Roman" w:cs="Times New Roman"/>
          <w:lang w:val="ru-RU"/>
        </w:rPr>
        <w:br/>
        <w:t>Anfisa too.</w:t>
      </w:r>
      <w:r w:rsidRPr="0002331A">
        <w:rPr>
          <w:rFonts w:ascii="Times New Roman" w:hAnsi="Times New Roman" w:cs="Times New Roman"/>
          <w:lang w:val="ru-RU"/>
        </w:rPr>
        <w:br/>
        <w:t>Vanya tried to make up a rap about the drops, but he could not get it right.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sat there, head thrown back.</w:t>
      </w:r>
      <w:r w:rsidRPr="0002331A">
        <w:rPr>
          <w:rFonts w:ascii="Times New Roman" w:hAnsi="Times New Roman" w:cs="Times New Roman"/>
          <w:lang w:val="ru-RU"/>
        </w:rPr>
        <w:br/>
        <w:t>Just looking at the sky.</w:t>
      </w:r>
      <w:r w:rsidRPr="0002331A">
        <w:rPr>
          <w:rFonts w:ascii="Times New Roman" w:hAnsi="Times New Roman" w:cs="Times New Roman"/>
          <w:lang w:val="ru-RU"/>
        </w:rPr>
        <w:br/>
        <w:t>As if he were looking not for a picture —</w:t>
      </w:r>
      <w:r w:rsidRPr="0002331A">
        <w:rPr>
          <w:rFonts w:ascii="Times New Roman" w:hAnsi="Times New Roman" w:cs="Times New Roman"/>
          <w:lang w:val="ru-RU"/>
        </w:rPr>
        <w:br/>
        <w:t>but for a sign.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Aren't you bored being silent? — Anfisa asked.</w:t>
      </w:r>
      <w:r w:rsidRPr="0002331A">
        <w:rPr>
          <w:rFonts w:ascii="Times New Roman" w:hAnsi="Times New Roman" w:cs="Times New Roman"/>
          <w:lang w:val="ru-RU"/>
        </w:rPr>
        <w:br/>
        <w:t>— No, — he said.</w:t>
      </w:r>
      <w:r w:rsidRPr="0002331A">
        <w:rPr>
          <w:rFonts w:ascii="Times New Roman" w:hAnsi="Times New Roman" w:cs="Times New Roman"/>
          <w:lang w:val="ru-RU"/>
        </w:rPr>
        <w:br/>
        <w:t>— And you, Artyom?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Artyom shrugged.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turned to them.</w:t>
      </w:r>
      <w:r w:rsidRPr="0002331A">
        <w:rPr>
          <w:rFonts w:ascii="Times New Roman" w:hAnsi="Times New Roman" w:cs="Times New Roman"/>
          <w:lang w:val="ru-RU"/>
        </w:rPr>
        <w:br/>
        <w:t>— Did you know that heaven can speak in your place?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How?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When you have nothing to say,</w:t>
      </w:r>
      <w:r w:rsidRPr="0002331A">
        <w:rPr>
          <w:rFonts w:ascii="Times New Roman" w:hAnsi="Times New Roman" w:cs="Times New Roman"/>
          <w:lang w:val="ru-RU"/>
        </w:rPr>
        <w:br/>
        <w:t>or too much of everything,</w:t>
      </w:r>
      <w:r w:rsidRPr="0002331A">
        <w:rPr>
          <w:rFonts w:ascii="Times New Roman" w:hAnsi="Times New Roman" w:cs="Times New Roman"/>
          <w:lang w:val="ru-RU"/>
        </w:rPr>
        <w:br/>
        <w:t>or you are afraid,</w:t>
      </w:r>
      <w:r w:rsidRPr="0002331A">
        <w:rPr>
          <w:rFonts w:ascii="Times New Roman" w:hAnsi="Times New Roman" w:cs="Times New Roman"/>
          <w:lang w:val="ru-RU"/>
        </w:rPr>
        <w:br/>
        <w:t>you can simply say to heaven inside yourself: “you” —</w:t>
      </w:r>
      <w:r w:rsidRPr="0002331A">
        <w:rPr>
          <w:rFonts w:ascii="Times New Roman" w:hAnsi="Times New Roman" w:cs="Times New Roman"/>
          <w:lang w:val="ru-RU"/>
        </w:rPr>
        <w:br/>
        <w:t>and it will say the rest.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Say what?</w:t>
      </w:r>
      <w:r w:rsidRPr="0002331A">
        <w:rPr>
          <w:rFonts w:ascii="Times New Roman" w:hAnsi="Times New Roman" w:cs="Times New Roman"/>
          <w:lang w:val="ru-RU"/>
        </w:rPr>
        <w:br/>
        <w:t>— Everything that is needed.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Anfisa snorted.</w:t>
      </w:r>
      <w:r w:rsidRPr="0002331A">
        <w:rPr>
          <w:rFonts w:ascii="Times New Roman" w:hAnsi="Times New Roman" w:cs="Times New Roman"/>
          <w:lang w:val="ru-RU"/>
        </w:rPr>
        <w:br/>
        <w:t>— Oh, really. And what if I say: «you»,</w:t>
      </w:r>
      <w:r w:rsidRPr="0002331A">
        <w:rPr>
          <w:rFonts w:ascii="Times New Roman" w:hAnsi="Times New Roman" w:cs="Times New Roman"/>
          <w:lang w:val="ru-RU"/>
        </w:rPr>
        <w:br/>
        <w:t>and it sends rain?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Then that was the answer needed.</w:t>
      </w:r>
      <w:r w:rsidRPr="0002331A">
        <w:rPr>
          <w:rFonts w:ascii="Times New Roman" w:hAnsi="Times New Roman" w:cs="Times New Roman"/>
          <w:lang w:val="ru-RU"/>
        </w:rPr>
        <w:br/>
        <w:t>And if — sunshine?</w:t>
      </w:r>
      <w:r w:rsidRPr="0002331A">
        <w:rPr>
          <w:rFonts w:ascii="Times New Roman" w:hAnsi="Times New Roman" w:cs="Times New Roman"/>
          <w:lang w:val="ru-RU"/>
        </w:rPr>
        <w:br/>
      </w:r>
      <w:r w:rsidRPr="0002331A">
        <w:rPr>
          <w:rFonts w:ascii="Times New Roman" w:hAnsi="Times New Roman" w:cs="Times New Roman"/>
          <w:lang w:val="ru-RU"/>
        </w:rPr>
        <w:lastRenderedPageBreak/>
        <w:t>That is an answer too.</w:t>
      </w:r>
      <w:r w:rsidRPr="0002331A">
        <w:rPr>
          <w:rFonts w:ascii="Times New Roman" w:hAnsi="Times New Roman" w:cs="Times New Roman"/>
          <w:lang w:val="ru-RU"/>
        </w:rPr>
        <w:br/>
        <w:t>And if someone comes up and simply hugs you —</w:t>
      </w:r>
      <w:r w:rsidRPr="0002331A">
        <w:rPr>
          <w:rFonts w:ascii="Times New Roman" w:hAnsi="Times New Roman" w:cs="Times New Roman"/>
          <w:lang w:val="ru-RU"/>
        </w:rPr>
        <w:br/>
        <w:t>that too.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And that’s all heaven?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Yes.</w:t>
      </w:r>
      <w:r w:rsidRPr="0002331A">
        <w:rPr>
          <w:rFonts w:ascii="Times New Roman" w:hAnsi="Times New Roman" w:cs="Times New Roman"/>
          <w:lang w:val="ru-RU"/>
        </w:rPr>
        <w:br/>
        <w:t>Because it hears not words,</w:t>
      </w:r>
      <w:r w:rsidRPr="0002331A">
        <w:rPr>
          <w:rFonts w:ascii="Times New Roman" w:hAnsi="Times New Roman" w:cs="Times New Roman"/>
          <w:lang w:val="ru-RU"/>
        </w:rPr>
        <w:br/>
        <w:t>but the call.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Vanya stood up, stretched his arms toward the sky, and said: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YOU!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Everyone laughed.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But at that moment</w:t>
      </w:r>
      <w:r w:rsidRPr="0002331A">
        <w:rPr>
          <w:rFonts w:ascii="Times New Roman" w:hAnsi="Times New Roman" w:cs="Times New Roman"/>
          <w:lang w:val="ru-RU"/>
        </w:rPr>
        <w:br/>
        <w:t>the clouds parted a little,</w:t>
      </w:r>
      <w:r w:rsidRPr="0002331A">
        <w:rPr>
          <w:rFonts w:ascii="Times New Roman" w:hAnsi="Times New Roman" w:cs="Times New Roman"/>
          <w:lang w:val="ru-RU"/>
        </w:rPr>
        <w:br/>
        <w:t>and through them suddenly</w:t>
      </w:r>
      <w:r w:rsidRPr="0002331A">
        <w:rPr>
          <w:rFonts w:ascii="Times New Roman" w:hAnsi="Times New Roman" w:cs="Times New Roman"/>
          <w:lang w:val="ru-RU"/>
        </w:rPr>
        <w:br/>
        <w:t xml:space="preserve">a ray flashed.    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proofErr w:type="spellStart"/>
      <w:r w:rsidRPr="0002331A">
        <w:rPr>
          <w:rFonts w:ascii="Times New Roman" w:hAnsi="Times New Roman" w:cs="Times New Roman"/>
          <w:lang w:val="ru-RU"/>
        </w:rPr>
        <w:t>Artyom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lifted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his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face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to the sky.</w:t>
      </w:r>
      <w:r w:rsidRPr="0002331A">
        <w:rPr>
          <w:rFonts w:ascii="Times New Roman" w:hAnsi="Times New Roman" w:cs="Times New Roman"/>
          <w:lang w:val="ru-RU"/>
        </w:rPr>
        <w:br/>
        <w:t>He said nothing.</w:t>
      </w:r>
      <w:r w:rsidRPr="0002331A">
        <w:rPr>
          <w:rFonts w:ascii="Times New Roman" w:hAnsi="Times New Roman" w:cs="Times New Roman"/>
          <w:lang w:val="ru-RU"/>
        </w:rPr>
        <w:br/>
        <w:t>But inside him</w:t>
      </w:r>
      <w:r w:rsidRPr="0002331A">
        <w:rPr>
          <w:rFonts w:ascii="Times New Roman" w:hAnsi="Times New Roman" w:cs="Times New Roman"/>
          <w:lang w:val="ru-RU"/>
        </w:rPr>
        <w:br/>
        <w:t>there sounded: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Style w:val="af6"/>
          <w:rFonts w:ascii="Times New Roman" w:hAnsi="Times New Roman" w:cs="Times New Roman"/>
          <w:lang w:val="ru-RU"/>
        </w:rPr>
        <w:t>"I hear."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he knew —</w:t>
      </w:r>
      <w:r w:rsidRPr="0002331A">
        <w:rPr>
          <w:rFonts w:ascii="Times New Roman" w:hAnsi="Times New Roman" w:cs="Times New Roman"/>
          <w:lang w:val="ru-RU"/>
        </w:rPr>
        <w:br/>
        <w:t>he had not made it up himself.</w:t>
      </w:r>
      <w:r w:rsidRPr="0002331A">
        <w:rPr>
          <w:rFonts w:ascii="Times New Roman" w:hAnsi="Times New Roman" w:cs="Times New Roman"/>
          <w:lang w:val="ru-RU"/>
        </w:rPr>
        <w:br/>
        <w:t>It was the answer.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Since then they had a new game:</w:t>
      </w:r>
      <w:r w:rsidRPr="0002331A">
        <w:rPr>
          <w:rFonts w:ascii="Times New Roman" w:hAnsi="Times New Roman" w:cs="Times New Roman"/>
          <w:lang w:val="ru-RU"/>
        </w:rPr>
        <w:br/>
        <w:t>“Say ‘you’ — and listen to what heaven says.”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They said "you":</w:t>
      </w:r>
      <w:r w:rsidRPr="0002331A">
        <w:rPr>
          <w:rFonts w:ascii="Times New Roman" w:hAnsi="Times New Roman" w:cs="Times New Roman"/>
          <w:lang w:val="ru-RU"/>
        </w:rPr>
        <w:br/>
        <w:t>— before sleep,</w:t>
      </w:r>
      <w:r w:rsidRPr="0002331A">
        <w:rPr>
          <w:rFonts w:ascii="Times New Roman" w:hAnsi="Times New Roman" w:cs="Times New Roman"/>
          <w:lang w:val="ru-RU"/>
        </w:rPr>
        <w:br/>
        <w:t>— before a test,</w:t>
      </w:r>
      <w:r w:rsidRPr="0002331A">
        <w:rPr>
          <w:rFonts w:ascii="Times New Roman" w:hAnsi="Times New Roman" w:cs="Times New Roman"/>
          <w:lang w:val="ru-RU"/>
        </w:rPr>
        <w:br/>
        <w:t>— before hugging someone,</w:t>
      </w:r>
      <w:r w:rsidRPr="0002331A">
        <w:rPr>
          <w:rFonts w:ascii="Times New Roman" w:hAnsi="Times New Roman" w:cs="Times New Roman"/>
          <w:lang w:val="ru-RU"/>
        </w:rPr>
        <w:br/>
        <w:t>— and just like that — when they wanted to be understood.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the answers came.</w:t>
      </w:r>
      <w:r w:rsidRPr="0002331A">
        <w:rPr>
          <w:rFonts w:ascii="Times New Roman" w:hAnsi="Times New Roman" w:cs="Times New Roman"/>
          <w:lang w:val="ru-RU"/>
        </w:rPr>
        <w:br/>
        <w:t>Always.</w:t>
      </w:r>
      <w:r w:rsidRPr="0002331A">
        <w:rPr>
          <w:rFonts w:ascii="Times New Roman" w:hAnsi="Times New Roman" w:cs="Times New Roman"/>
          <w:lang w:val="ru-RU"/>
        </w:rPr>
        <w:br/>
        <w:t>Not as phrases.</w:t>
      </w:r>
      <w:r w:rsidRPr="0002331A">
        <w:rPr>
          <w:rFonts w:ascii="Times New Roman" w:hAnsi="Times New Roman" w:cs="Times New Roman"/>
          <w:lang w:val="ru-RU"/>
        </w:rPr>
        <w:br/>
        <w:t>But as feelings, events, glances, rustlings.</w:t>
      </w:r>
    </w:p>
    <w:p w:rsidR="004C05D9" w:rsidRDefault="004C05D9" w:rsidP="004C05D9">
      <w:pPr>
        <w:spacing w:line="240" w:lineRule="auto"/>
        <w:contextualSpacing/>
        <w:rPr>
          <w:rStyle w:val="af6"/>
          <w:rFonts w:asciiTheme="majorHAnsi" w:eastAsiaTheme="majorEastAsia" w:hAnsiTheme="majorHAnsi" w:cstheme="majorBidi"/>
          <w:color w:val="365F91" w:themeColor="accent1" w:themeShade="BF"/>
          <w:sz w:val="28"/>
          <w:szCs w:val="28"/>
        </w:rPr>
      </w:pPr>
      <w:r>
        <w:rPr>
          <w:rStyle w:val="af6"/>
          <w:b w:val="0"/>
          <w:bCs w:val="0"/>
        </w:rPr>
        <w:br w:type="page"/>
      </w:r>
    </w:p>
    <w:p w:rsidR="0002331A" w:rsidRPr="004C05D9" w:rsidRDefault="0002331A" w:rsidP="004C05D9">
      <w:pPr>
        <w:pStyle w:val="21"/>
        <w:spacing w:line="240" w:lineRule="auto"/>
        <w:contextualSpacing/>
      </w:pPr>
      <w:r w:rsidRPr="004C05D9">
        <w:rPr>
          <w:rStyle w:val="af6"/>
          <w:b/>
          <w:bCs/>
        </w:rPr>
        <w:lastRenderedPageBreak/>
        <w:t>Chapter 4. The Island Under the Stairs (and How to Find the Holy Place if You Are Too Small to Search)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It happened by chance.</w:t>
      </w:r>
      <w:r w:rsidRPr="0002331A">
        <w:rPr>
          <w:rFonts w:ascii="Times New Roman" w:hAnsi="Times New Roman" w:cs="Times New Roman"/>
          <w:lang w:val="ru-RU"/>
        </w:rPr>
        <w:br/>
        <w:t>Though, of course, there are no chances—</w:t>
      </w:r>
      <w:r w:rsidRPr="0002331A">
        <w:rPr>
          <w:rFonts w:ascii="Times New Roman" w:hAnsi="Times New Roman" w:cs="Times New Roman"/>
          <w:lang w:val="ru-RU"/>
        </w:rPr>
        <w:br/>
        <w:t>especially in the Kingdom.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Artyom lost his pencil.</w:t>
      </w:r>
      <w:r w:rsidRPr="0002331A">
        <w:rPr>
          <w:rFonts w:ascii="Times New Roman" w:hAnsi="Times New Roman" w:cs="Times New Roman"/>
          <w:lang w:val="ru-RU"/>
        </w:rPr>
        <w:br/>
        <w:t>His very favorite one.</w:t>
      </w:r>
      <w:r w:rsidRPr="0002331A">
        <w:rPr>
          <w:rFonts w:ascii="Times New Roman" w:hAnsi="Times New Roman" w:cs="Times New Roman"/>
          <w:lang w:val="ru-RU"/>
        </w:rPr>
        <w:br/>
        <w:t>With the golden stripe.</w:t>
      </w:r>
      <w:r w:rsidRPr="0002331A">
        <w:rPr>
          <w:rFonts w:ascii="Times New Roman" w:hAnsi="Times New Roman" w:cs="Times New Roman"/>
          <w:lang w:val="ru-RU"/>
        </w:rPr>
        <w:br/>
        <w:t>It fell somewhere in the school corridor,</w:t>
      </w:r>
      <w:r w:rsidRPr="0002331A">
        <w:rPr>
          <w:rFonts w:ascii="Times New Roman" w:hAnsi="Times New Roman" w:cs="Times New Roman"/>
          <w:lang w:val="ru-RU"/>
        </w:rPr>
        <w:br/>
        <w:t>and Artyom began to look for it.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He looked under the stairs.</w:t>
      </w:r>
      <w:r w:rsidRPr="0002331A">
        <w:rPr>
          <w:rFonts w:ascii="Times New Roman" w:hAnsi="Times New Roman" w:cs="Times New Roman"/>
          <w:lang w:val="ru-RU"/>
        </w:rPr>
        <w:br/>
        <w:t>Not for the first time.</w:t>
      </w:r>
      <w:r w:rsidRPr="0002331A">
        <w:rPr>
          <w:rFonts w:ascii="Times New Roman" w:hAnsi="Times New Roman" w:cs="Times New Roman"/>
          <w:lang w:val="ru-RU"/>
        </w:rPr>
        <w:br/>
        <w:t>But this time—</w:t>
      </w:r>
      <w:r w:rsidRPr="0002331A">
        <w:rPr>
          <w:rFonts w:ascii="Times New Roman" w:hAnsi="Times New Roman" w:cs="Times New Roman"/>
          <w:lang w:val="ru-RU"/>
        </w:rPr>
        <w:br/>
        <w:t>he stopped.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Under the stairs it was as usual:</w:t>
      </w:r>
      <w:r w:rsidRPr="0002331A">
        <w:rPr>
          <w:rFonts w:ascii="Times New Roman" w:hAnsi="Times New Roman" w:cs="Times New Roman"/>
          <w:lang w:val="ru-RU"/>
        </w:rPr>
        <w:br/>
        <w:t>dust, a box, forgotten slippers, cobwebs.</w:t>
      </w:r>
      <w:r w:rsidRPr="0002331A">
        <w:rPr>
          <w:rFonts w:ascii="Times New Roman" w:hAnsi="Times New Roman" w:cs="Times New Roman"/>
          <w:lang w:val="ru-RU"/>
        </w:rPr>
        <w:br/>
        <w:t>But the air…</w:t>
      </w:r>
      <w:r w:rsidRPr="0002331A">
        <w:rPr>
          <w:rFonts w:ascii="Times New Roman" w:hAnsi="Times New Roman" w:cs="Times New Roman"/>
          <w:lang w:val="ru-RU"/>
        </w:rPr>
        <w:br/>
        <w:t>the air there was different.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Here… as if…</w:t>
      </w:r>
      <w:r w:rsidRPr="0002331A">
        <w:rPr>
          <w:rFonts w:ascii="Times New Roman" w:hAnsi="Times New Roman" w:cs="Times New Roman"/>
          <w:lang w:val="ru-RU"/>
        </w:rPr>
        <w:br/>
        <w:t>— It is silent, he whispered to himself.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 next day he came back.</w:t>
      </w:r>
      <w:r w:rsidRPr="0002331A">
        <w:rPr>
          <w:rFonts w:ascii="Times New Roman" w:hAnsi="Times New Roman" w:cs="Times New Roman"/>
          <w:lang w:val="ru-RU"/>
        </w:rPr>
        <w:br/>
        <w:t>Sat under the stairs.</w:t>
      </w:r>
      <w:r w:rsidRPr="0002331A">
        <w:rPr>
          <w:rFonts w:ascii="Times New Roman" w:hAnsi="Times New Roman" w:cs="Times New Roman"/>
          <w:lang w:val="ru-RU"/>
        </w:rPr>
        <w:br/>
        <w:t>Just like that.</w:t>
      </w:r>
      <w:r w:rsidRPr="0002331A">
        <w:rPr>
          <w:rFonts w:ascii="Times New Roman" w:hAnsi="Times New Roman" w:cs="Times New Roman"/>
          <w:lang w:val="ru-RU"/>
        </w:rPr>
        <w:br/>
        <w:t>At first—for interest.</w:t>
      </w:r>
      <w:r w:rsidRPr="0002331A">
        <w:rPr>
          <w:rFonts w:ascii="Times New Roman" w:hAnsi="Times New Roman" w:cs="Times New Roman"/>
          <w:lang w:val="ru-RU"/>
        </w:rPr>
        <w:br/>
        <w:t>Then—from the feeling that no one would touch him here.</w:t>
      </w:r>
      <w:r w:rsidRPr="0002331A">
        <w:rPr>
          <w:rFonts w:ascii="Times New Roman" w:hAnsi="Times New Roman" w:cs="Times New Roman"/>
          <w:lang w:val="ru-RU"/>
        </w:rPr>
        <w:br/>
        <w:t>And that someone was waiting for him here.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After three days he called Sergei.</w:t>
      </w:r>
      <w:r w:rsidRPr="0002331A">
        <w:rPr>
          <w:rFonts w:ascii="Times New Roman" w:hAnsi="Times New Roman" w:cs="Times New Roman"/>
          <w:lang w:val="ru-RU"/>
        </w:rPr>
        <w:br/>
        <w:t>— Come on, I’ll show you something.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Sergei came in.</w:t>
      </w:r>
      <w:r w:rsidRPr="0002331A">
        <w:rPr>
          <w:rFonts w:ascii="Times New Roman" w:hAnsi="Times New Roman" w:cs="Times New Roman"/>
          <w:lang w:val="ru-RU"/>
        </w:rPr>
        <w:br/>
        <w:t>Looked around.</w:t>
      </w:r>
      <w:r w:rsidRPr="0002331A">
        <w:rPr>
          <w:rFonts w:ascii="Times New Roman" w:hAnsi="Times New Roman" w:cs="Times New Roman"/>
          <w:lang w:val="ru-RU"/>
        </w:rPr>
        <w:br/>
        <w:t>Nothing special.</w:t>
      </w:r>
      <w:r w:rsidRPr="0002331A">
        <w:rPr>
          <w:rFonts w:ascii="Times New Roman" w:hAnsi="Times New Roman" w:cs="Times New Roman"/>
          <w:lang w:val="ru-RU"/>
        </w:rPr>
        <w:br/>
        <w:t>And everything—special.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He sat down beside him.</w:t>
      </w:r>
      <w:r w:rsidRPr="0002331A">
        <w:rPr>
          <w:rFonts w:ascii="Times New Roman" w:hAnsi="Times New Roman" w:cs="Times New Roman"/>
          <w:lang w:val="ru-RU"/>
        </w:rPr>
        <w:br/>
        <w:t>Closed his eyes.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Do you feel it? Artyom asked.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lastRenderedPageBreak/>
        <w:t>Sergei nodded.</w:t>
      </w:r>
      <w:r w:rsidRPr="0002331A">
        <w:rPr>
          <w:rFonts w:ascii="Times New Roman" w:hAnsi="Times New Roman" w:cs="Times New Roman"/>
          <w:lang w:val="ru-RU"/>
        </w:rPr>
        <w:br/>
        <w:t>— This place… is not loud.</w:t>
      </w:r>
      <w:r w:rsidRPr="0002331A">
        <w:rPr>
          <w:rFonts w:ascii="Times New Roman" w:hAnsi="Times New Roman" w:cs="Times New Roman"/>
          <w:lang w:val="ru-RU"/>
        </w:rPr>
        <w:br/>
        <w:t>But it listens.</w:t>
      </w:r>
      <w:r w:rsidRPr="0002331A">
        <w:rPr>
          <w:rFonts w:ascii="Times New Roman" w:hAnsi="Times New Roman" w:cs="Times New Roman"/>
          <w:lang w:val="ru-RU"/>
        </w:rPr>
        <w:br/>
        <w:t>Fully.</w:t>
      </w:r>
      <w:r w:rsidRPr="0002331A">
        <w:rPr>
          <w:rFonts w:ascii="Times New Roman" w:hAnsi="Times New Roman" w:cs="Times New Roman"/>
          <w:lang w:val="ru-RU"/>
        </w:rPr>
        <w:br/>
        <w:t>And if you stay silent here for long enough,</w:t>
      </w:r>
      <w:r w:rsidRPr="0002331A">
        <w:rPr>
          <w:rFonts w:ascii="Times New Roman" w:hAnsi="Times New Roman" w:cs="Times New Roman"/>
          <w:lang w:val="ru-RU"/>
        </w:rPr>
        <w:br/>
        <w:t>you begin to feel</w:t>
      </w:r>
      <w:r w:rsidRPr="0002331A">
        <w:rPr>
          <w:rFonts w:ascii="Times New Roman" w:hAnsi="Times New Roman" w:cs="Times New Roman"/>
          <w:lang w:val="ru-RU"/>
        </w:rPr>
        <w:br/>
        <w:t>that inside you, too, someone is listening.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D41A03" w:rsidRDefault="00D41A03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drawing>
          <wp:inline distT="0" distB="0" distL="0" distR="0">
            <wp:extent cx="3686629" cy="3686629"/>
            <wp:effectExtent l="0" t="0" r="0" b="0"/>
            <wp:docPr id="48" name="Рисунок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Рисунок 107401557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690262" cy="369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A03" w:rsidRDefault="00D41A03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Anfisa called it</w:t>
      </w:r>
      <w:r w:rsidRPr="0002331A">
        <w:rPr>
          <w:rFonts w:ascii="Times New Roman" w:hAnsi="Times New Roman" w:cs="Times New Roman"/>
          <w:lang w:val="ru-RU"/>
        </w:rPr>
        <w:br/>
        <w:t>“the Island Under the Stairs.”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Since then, this place became holy for them.</w:t>
      </w:r>
      <w:r w:rsidRPr="0002331A">
        <w:rPr>
          <w:rFonts w:ascii="Times New Roman" w:hAnsi="Times New Roman" w:cs="Times New Roman"/>
          <w:lang w:val="ru-RU"/>
        </w:rPr>
        <w:br/>
        <w:t>Not in the church sense,</w:t>
      </w:r>
      <w:r w:rsidRPr="0002331A">
        <w:rPr>
          <w:rFonts w:ascii="Times New Roman" w:hAnsi="Times New Roman" w:cs="Times New Roman"/>
          <w:lang w:val="ru-RU"/>
        </w:rPr>
        <w:br/>
      </w:r>
      <w:r w:rsidRPr="0002331A">
        <w:rPr>
          <w:rFonts w:ascii="Times New Roman" w:hAnsi="Times New Roman" w:cs="Times New Roman"/>
          <w:lang w:val="ru-RU"/>
        </w:rPr>
        <w:lastRenderedPageBreak/>
        <w:t>but in the sense of—</w:t>
      </w:r>
      <w:r w:rsidRPr="0002331A">
        <w:rPr>
          <w:rFonts w:ascii="Times New Roman" w:hAnsi="Times New Roman" w:cs="Times New Roman"/>
          <w:lang w:val="ru-RU"/>
        </w:rPr>
        <w:br/>
        <w:t>real, warm, deep.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They did not bring phones there.</w:t>
      </w:r>
      <w:r w:rsidRPr="0002331A">
        <w:rPr>
          <w:rFonts w:ascii="Times New Roman" w:hAnsi="Times New Roman" w:cs="Times New Roman"/>
          <w:lang w:val="ru-RU"/>
        </w:rPr>
        <w:br/>
        <w:t>Did not chew gum.</w:t>
      </w:r>
      <w:r w:rsidRPr="0002331A">
        <w:rPr>
          <w:rFonts w:ascii="Times New Roman" w:hAnsi="Times New Roman" w:cs="Times New Roman"/>
          <w:lang w:val="ru-RU"/>
        </w:rPr>
        <w:br/>
        <w:t>Did not joke.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They simply sat down.</w:t>
      </w:r>
      <w:r w:rsidRPr="0002331A">
        <w:rPr>
          <w:rFonts w:ascii="Times New Roman" w:hAnsi="Times New Roman" w:cs="Times New Roman"/>
          <w:lang w:val="ru-RU"/>
        </w:rPr>
        <w:br/>
        <w:t>Were silent.</w:t>
      </w:r>
      <w:r w:rsidRPr="0002331A">
        <w:rPr>
          <w:rFonts w:ascii="Times New Roman" w:hAnsi="Times New Roman" w:cs="Times New Roman"/>
          <w:lang w:val="ru-RU"/>
        </w:rPr>
        <w:br/>
        <w:t>And after some time—</w:t>
      </w:r>
      <w:r w:rsidRPr="0002331A">
        <w:rPr>
          <w:rFonts w:ascii="Times New Roman" w:hAnsi="Times New Roman" w:cs="Times New Roman"/>
          <w:lang w:val="ru-RU"/>
        </w:rPr>
        <w:br/>
        <w:t>they felt that they had become cleaner.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As if someone there</w:t>
      </w:r>
      <w:r w:rsidRPr="0002331A">
        <w:rPr>
          <w:rFonts w:ascii="Times New Roman" w:hAnsi="Times New Roman" w:cs="Times New Roman"/>
          <w:lang w:val="ru-RU"/>
        </w:rPr>
        <w:br/>
        <w:t>were washing them from within.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so a game appeared,</w:t>
      </w:r>
      <w:r w:rsidRPr="0002331A">
        <w:rPr>
          <w:rFonts w:ascii="Times New Roman" w:hAnsi="Times New Roman" w:cs="Times New Roman"/>
          <w:lang w:val="ru-RU"/>
        </w:rPr>
        <w:br/>
        <w:t>one that is not played—</w:t>
      </w:r>
      <w:r w:rsidRPr="0002331A">
        <w:rPr>
          <w:rFonts w:ascii="Times New Roman" w:hAnsi="Times New Roman" w:cs="Times New Roman"/>
          <w:lang w:val="ru-RU"/>
        </w:rPr>
        <w:br/>
        <w:t>but entered: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Style w:val="af6"/>
          <w:rFonts w:ascii="Times New Roman" w:hAnsi="Times New Roman" w:cs="Times New Roman"/>
          <w:lang w:val="ru-RU"/>
        </w:rPr>
        <w:t>“Find your place, where the Creator Himself listens to you.”</w:t>
      </w:r>
    </w:p>
    <w:p w:rsidR="00D41A03" w:rsidRPr="00894499" w:rsidRDefault="0002331A" w:rsidP="00894499">
      <w:pPr>
        <w:spacing w:before="100" w:beforeAutospacing="1" w:after="100" w:afterAutospacing="1" w:line="240" w:lineRule="auto"/>
        <w:contextualSpacing/>
        <w:rPr>
          <w:rStyle w:val="af6"/>
          <w:rFonts w:ascii="Times New Roman" w:hAnsi="Times New Roman" w:cs="Times New Roman"/>
          <w:b w:val="0"/>
          <w:bCs w:val="0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Each person has his own.</w:t>
      </w:r>
      <w:r w:rsidRPr="0002331A">
        <w:rPr>
          <w:rFonts w:ascii="Times New Roman" w:hAnsi="Times New Roman" w:cs="Times New Roman"/>
          <w:lang w:val="ru-RU"/>
        </w:rPr>
        <w:br/>
        <w:t>But it always exists.</w:t>
      </w:r>
      <w:r w:rsidRPr="0002331A">
        <w:rPr>
          <w:rFonts w:ascii="Times New Roman" w:hAnsi="Times New Roman" w:cs="Times New Roman"/>
          <w:lang w:val="ru-RU"/>
        </w:rPr>
        <w:br/>
        <w:t>Sometimes—under the stairs.</w:t>
      </w:r>
      <w:r w:rsidRPr="0002331A">
        <w:rPr>
          <w:rFonts w:ascii="Times New Roman" w:hAnsi="Times New Roman" w:cs="Times New Roman"/>
          <w:lang w:val="ru-RU"/>
        </w:rPr>
        <w:br/>
        <w:t>Sometimes—in the storage room.</w:t>
      </w:r>
      <w:r w:rsidRPr="0002331A">
        <w:rPr>
          <w:rFonts w:ascii="Times New Roman" w:hAnsi="Times New Roman" w:cs="Times New Roman"/>
          <w:lang w:val="ru-RU"/>
        </w:rPr>
        <w:br/>
      </w:r>
      <w:proofErr w:type="spellStart"/>
      <w:r w:rsidRPr="0002331A">
        <w:rPr>
          <w:rFonts w:ascii="Times New Roman" w:hAnsi="Times New Roman" w:cs="Times New Roman"/>
          <w:lang w:val="ru-RU"/>
        </w:rPr>
        <w:t>Sometimes</w:t>
      </w:r>
      <w:proofErr w:type="spellEnd"/>
      <w:r w:rsidRPr="0002331A">
        <w:rPr>
          <w:rFonts w:ascii="Times New Roman" w:hAnsi="Times New Roman" w:cs="Times New Roman"/>
          <w:lang w:val="ru-RU"/>
        </w:rPr>
        <w:t>—</w:t>
      </w:r>
      <w:proofErr w:type="spellStart"/>
      <w:r w:rsidRPr="0002331A">
        <w:rPr>
          <w:rFonts w:ascii="Times New Roman" w:hAnsi="Times New Roman" w:cs="Times New Roman"/>
          <w:lang w:val="ru-RU"/>
        </w:rPr>
        <w:t>in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oneself</w:t>
      </w:r>
      <w:proofErr w:type="spellEnd"/>
      <w:r w:rsidRPr="0002331A">
        <w:rPr>
          <w:rFonts w:ascii="Times New Roman" w:hAnsi="Times New Roman" w:cs="Times New Roman"/>
          <w:lang w:val="ru-RU"/>
        </w:rPr>
        <w:t>.</w:t>
      </w:r>
      <w:r w:rsidR="00D41A03">
        <w:rPr>
          <w:rStyle w:val="af6"/>
          <w:b w:val="0"/>
          <w:bCs w:val="0"/>
        </w:rPr>
        <w:br w:type="page"/>
      </w:r>
    </w:p>
    <w:p w:rsidR="0002331A" w:rsidRPr="00D41A03" w:rsidRDefault="0002331A" w:rsidP="004C05D9">
      <w:pPr>
        <w:pStyle w:val="21"/>
        <w:spacing w:line="240" w:lineRule="auto"/>
        <w:contextualSpacing/>
        <w:rPr>
          <w:lang w:val="ru-RU"/>
        </w:rPr>
      </w:pPr>
      <w:r w:rsidRPr="00D41A03">
        <w:rPr>
          <w:rStyle w:val="af6"/>
          <w:b/>
          <w:bCs/>
          <w:lang w:val="ru-RU"/>
        </w:rPr>
        <w:lastRenderedPageBreak/>
        <w:t xml:space="preserve">Chapter 5. When Even the </w:t>
      </w:r>
      <w:proofErr w:type="spellStart"/>
      <w:r w:rsidRPr="00D41A03">
        <w:rPr>
          <w:rStyle w:val="af6"/>
          <w:b/>
          <w:bCs/>
          <w:lang w:val="ru-RU"/>
        </w:rPr>
        <w:t>Walls</w:t>
      </w:r>
      <w:proofErr w:type="spellEnd"/>
      <w:r w:rsidRPr="00D41A03">
        <w:rPr>
          <w:rStyle w:val="af6"/>
          <w:b/>
          <w:bCs/>
          <w:lang w:val="ru-RU"/>
        </w:rPr>
        <w:t xml:space="preserve"> </w:t>
      </w:r>
      <w:proofErr w:type="spellStart"/>
      <w:r w:rsidRPr="00D41A03">
        <w:rPr>
          <w:rStyle w:val="af6"/>
          <w:b/>
          <w:bCs/>
          <w:lang w:val="ru-RU"/>
        </w:rPr>
        <w:t>Hear</w:t>
      </w:r>
      <w:proofErr w:type="spellEnd"/>
      <w:r w:rsidRPr="00D41A03">
        <w:rPr>
          <w:rStyle w:val="af6"/>
          <w:b/>
          <w:bCs/>
          <w:lang w:val="ru-RU"/>
        </w:rPr>
        <w:t xml:space="preserve"> You (</w:t>
      </w:r>
      <w:proofErr w:type="spellStart"/>
      <w:r w:rsidRPr="00D41A03">
        <w:rPr>
          <w:rStyle w:val="af6"/>
          <w:b/>
          <w:bCs/>
          <w:lang w:val="ru-RU"/>
        </w:rPr>
        <w:t>and</w:t>
      </w:r>
      <w:proofErr w:type="spellEnd"/>
      <w:r w:rsidRPr="00D41A03">
        <w:rPr>
          <w:rStyle w:val="af6"/>
          <w:b/>
          <w:bCs/>
          <w:lang w:val="ru-RU"/>
        </w:rPr>
        <w:t xml:space="preserve"> </w:t>
      </w:r>
      <w:proofErr w:type="spellStart"/>
      <w:r w:rsidRPr="00D41A03">
        <w:rPr>
          <w:rStyle w:val="af6"/>
          <w:b/>
          <w:bCs/>
          <w:lang w:val="ru-RU"/>
        </w:rPr>
        <w:t>why</w:t>
      </w:r>
      <w:proofErr w:type="spellEnd"/>
      <w:r w:rsidRPr="00D41A03">
        <w:rPr>
          <w:rStyle w:val="af6"/>
          <w:b/>
          <w:bCs/>
          <w:lang w:val="ru-RU"/>
        </w:rPr>
        <w:t xml:space="preserve"> </w:t>
      </w:r>
      <w:proofErr w:type="spellStart"/>
      <w:r w:rsidRPr="00D41A03">
        <w:rPr>
          <w:rStyle w:val="af6"/>
          <w:b/>
          <w:bCs/>
          <w:lang w:val="ru-RU"/>
        </w:rPr>
        <w:t>sometimes</w:t>
      </w:r>
      <w:proofErr w:type="spellEnd"/>
      <w:r w:rsidRPr="00D41A03">
        <w:rPr>
          <w:rStyle w:val="af6"/>
          <w:b/>
          <w:bCs/>
          <w:lang w:val="ru-RU"/>
        </w:rPr>
        <w:t xml:space="preserve"> </w:t>
      </w:r>
      <w:proofErr w:type="spellStart"/>
      <w:r w:rsidRPr="00D41A03">
        <w:rPr>
          <w:rStyle w:val="af6"/>
          <w:b/>
          <w:bCs/>
          <w:lang w:val="ru-RU"/>
        </w:rPr>
        <w:t>it</w:t>
      </w:r>
      <w:proofErr w:type="spellEnd"/>
      <w:r w:rsidRPr="00D41A03">
        <w:rPr>
          <w:rStyle w:val="af6"/>
          <w:b/>
          <w:bCs/>
          <w:lang w:val="ru-RU"/>
        </w:rPr>
        <w:t xml:space="preserve"> is better to be silent not only with your mouth, but with your heart)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 school was ordinary.</w:t>
      </w:r>
      <w:r w:rsidRPr="0002331A">
        <w:rPr>
          <w:rFonts w:ascii="Times New Roman" w:hAnsi="Times New Roman" w:cs="Times New Roman"/>
          <w:lang w:val="ru-RU"/>
        </w:rPr>
        <w:br/>
        <w:t>Old.</w:t>
      </w:r>
      <w:r w:rsidRPr="0002331A">
        <w:rPr>
          <w:rFonts w:ascii="Times New Roman" w:hAnsi="Times New Roman" w:cs="Times New Roman"/>
          <w:lang w:val="ru-RU"/>
        </w:rPr>
        <w:br/>
        <w:t>With the smell of dust, a rag, and pies from the cafeteria.</w:t>
      </w:r>
      <w:r w:rsidRPr="0002331A">
        <w:rPr>
          <w:rFonts w:ascii="Times New Roman" w:hAnsi="Times New Roman" w:cs="Times New Roman"/>
          <w:lang w:val="ru-RU"/>
        </w:rPr>
        <w:br/>
        <w:t>But it had one secret:</w:t>
      </w:r>
      <w:r w:rsidRPr="0002331A">
        <w:rPr>
          <w:rFonts w:ascii="Times New Roman" w:hAnsi="Times New Roman" w:cs="Times New Roman"/>
          <w:lang w:val="ru-RU"/>
        </w:rPr>
        <w:br/>
        <w:t>something in it knew who you were.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Vanya noticed it first.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Have you noticed that when we get angry, the lamps begin to flicker?</w:t>
      </w:r>
      <w:r w:rsidRPr="0002331A">
        <w:rPr>
          <w:rFonts w:ascii="Times New Roman" w:hAnsi="Times New Roman" w:cs="Times New Roman"/>
          <w:lang w:val="ru-RU"/>
        </w:rPr>
        <w:br/>
        <w:t>— And when we are glad, the creak of the floorboards grows quiet, almost like music? — added Anfisa.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nodded.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Walls are not just plaster.</w:t>
      </w:r>
      <w:r w:rsidRPr="0002331A">
        <w:rPr>
          <w:rFonts w:ascii="Times New Roman" w:hAnsi="Times New Roman" w:cs="Times New Roman"/>
          <w:lang w:val="ru-RU"/>
        </w:rPr>
        <w:br/>
        <w:t>They are memory.</w:t>
      </w:r>
      <w:r w:rsidRPr="0002331A">
        <w:rPr>
          <w:rFonts w:ascii="Times New Roman" w:hAnsi="Times New Roman" w:cs="Times New Roman"/>
          <w:lang w:val="ru-RU"/>
        </w:rPr>
        <w:br/>
        <w:t>They remember</w:t>
      </w:r>
      <w:r w:rsidRPr="0002331A">
        <w:rPr>
          <w:rFonts w:ascii="Times New Roman" w:hAnsi="Times New Roman" w:cs="Times New Roman"/>
          <w:lang w:val="ru-RU"/>
        </w:rPr>
        <w:br/>
        <w:t>who was afraid here,</w:t>
      </w:r>
      <w:r w:rsidRPr="0002331A">
        <w:rPr>
          <w:rFonts w:ascii="Times New Roman" w:hAnsi="Times New Roman" w:cs="Times New Roman"/>
          <w:lang w:val="ru-RU"/>
        </w:rPr>
        <w:br/>
        <w:t>who loved,</w:t>
      </w:r>
      <w:r w:rsidRPr="0002331A">
        <w:rPr>
          <w:rFonts w:ascii="Times New Roman" w:hAnsi="Times New Roman" w:cs="Times New Roman"/>
          <w:lang w:val="ru-RU"/>
        </w:rPr>
        <w:br/>
        <w:t>who cried in the corner.</w:t>
      </w:r>
      <w:r w:rsidRPr="0002331A">
        <w:rPr>
          <w:rFonts w:ascii="Times New Roman" w:hAnsi="Times New Roman" w:cs="Times New Roman"/>
          <w:lang w:val="ru-RU"/>
        </w:rPr>
        <w:br/>
        <w:t>They are quiet witnesses.</w:t>
      </w:r>
      <w:r w:rsidRPr="0002331A">
        <w:rPr>
          <w:rFonts w:ascii="Times New Roman" w:hAnsi="Times New Roman" w:cs="Times New Roman"/>
          <w:lang w:val="ru-RU"/>
        </w:rPr>
        <w:br/>
        <w:t>And if you are truly near them —</w:t>
      </w:r>
      <w:r w:rsidRPr="0002331A">
        <w:rPr>
          <w:rFonts w:ascii="Times New Roman" w:hAnsi="Times New Roman" w:cs="Times New Roman"/>
          <w:lang w:val="ru-RU"/>
        </w:rPr>
        <w:br/>
        <w:t>they answer.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They decided to check.</w:t>
      </w:r>
      <w:r w:rsidRPr="0002331A">
        <w:rPr>
          <w:rFonts w:ascii="Times New Roman" w:hAnsi="Times New Roman" w:cs="Times New Roman"/>
          <w:lang w:val="ru-RU"/>
        </w:rPr>
        <w:br/>
        <w:t>They went into the old drawing room.</w:t>
      </w:r>
      <w:r w:rsidRPr="0002331A">
        <w:rPr>
          <w:rFonts w:ascii="Times New Roman" w:hAnsi="Times New Roman" w:cs="Times New Roman"/>
          <w:lang w:val="ru-RU"/>
        </w:rPr>
        <w:br/>
        <w:t>No one was there.</w:t>
      </w:r>
      <w:r w:rsidRPr="0002331A">
        <w:rPr>
          <w:rFonts w:ascii="Times New Roman" w:hAnsi="Times New Roman" w:cs="Times New Roman"/>
          <w:lang w:val="ru-RU"/>
        </w:rPr>
        <w:br/>
        <w:t>Only dust in the sunlight.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laid his palm on the wall.</w:t>
      </w:r>
      <w:r w:rsidRPr="0002331A">
        <w:rPr>
          <w:rFonts w:ascii="Times New Roman" w:hAnsi="Times New Roman" w:cs="Times New Roman"/>
          <w:lang w:val="ru-RU"/>
        </w:rPr>
        <w:br/>
        <w:t>Silently.</w:t>
      </w:r>
      <w:r w:rsidRPr="0002331A">
        <w:rPr>
          <w:rFonts w:ascii="Times New Roman" w:hAnsi="Times New Roman" w:cs="Times New Roman"/>
          <w:lang w:val="ru-RU"/>
        </w:rPr>
        <w:br/>
        <w:t>Closed his eyes.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After a minute he said: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Someone here drew an angel.</w:t>
      </w:r>
      <w:r w:rsidRPr="0002331A">
        <w:rPr>
          <w:rFonts w:ascii="Times New Roman" w:hAnsi="Times New Roman" w:cs="Times New Roman"/>
          <w:lang w:val="ru-RU"/>
        </w:rPr>
        <w:br/>
        <w:t>But not on paper.</w:t>
      </w:r>
      <w:r w:rsidRPr="0002331A">
        <w:rPr>
          <w:rFonts w:ascii="Times New Roman" w:hAnsi="Times New Roman" w:cs="Times New Roman"/>
          <w:lang w:val="ru-RU"/>
        </w:rPr>
        <w:br/>
      </w:r>
      <w:r w:rsidRPr="0002331A">
        <w:rPr>
          <w:rFonts w:ascii="Times New Roman" w:hAnsi="Times New Roman" w:cs="Times New Roman"/>
          <w:lang w:val="ru-RU"/>
        </w:rPr>
        <w:lastRenderedPageBreak/>
        <w:t>Inside himself.</w:t>
      </w:r>
      <w:r w:rsidRPr="0002331A">
        <w:rPr>
          <w:rFonts w:ascii="Times New Roman" w:hAnsi="Times New Roman" w:cs="Times New Roman"/>
          <w:lang w:val="ru-RU"/>
        </w:rPr>
        <w:br/>
        <w:t>So that there would be kindness somewhere, at least somewhere.</w:t>
      </w:r>
    </w:p>
    <w:p w:rsidR="00E4533D" w:rsidRDefault="00E4533D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drawing>
          <wp:inline distT="0" distB="0" distL="0" distR="0">
            <wp:extent cx="3780790" cy="3780790"/>
            <wp:effectExtent l="0" t="0" r="3810" b="3810"/>
            <wp:docPr id="49" name="Рисунок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" name="Рисунок 14151276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Anfisa whispered: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That's my sister. She used to study here.</w:t>
      </w:r>
      <w:r w:rsidRPr="0002331A">
        <w:rPr>
          <w:rFonts w:ascii="Times New Roman" w:hAnsi="Times New Roman" w:cs="Times New Roman"/>
          <w:lang w:val="ru-RU"/>
        </w:rPr>
        <w:br/>
        <w:t>She always came alone.</w:t>
      </w:r>
      <w:r w:rsidRPr="0002331A">
        <w:rPr>
          <w:rFonts w:ascii="Times New Roman" w:hAnsi="Times New Roman" w:cs="Times New Roman"/>
          <w:lang w:val="ru-RU"/>
        </w:rPr>
        <w:br/>
        <w:t>And said she drew where it shines from within.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Vanya stood by another wall.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And here… someone was hiding. From everyone.</w:t>
      </w:r>
      <w:r w:rsidRPr="0002331A">
        <w:rPr>
          <w:rFonts w:ascii="Times New Roman" w:hAnsi="Times New Roman" w:cs="Times New Roman"/>
          <w:lang w:val="ru-RU"/>
        </w:rPr>
        <w:br/>
        <w:t>But the wall embraced him.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They looked at one another.</w:t>
      </w:r>
      <w:r w:rsidRPr="0002331A">
        <w:rPr>
          <w:rFonts w:ascii="Times New Roman" w:hAnsi="Times New Roman" w:cs="Times New Roman"/>
          <w:lang w:val="ru-RU"/>
        </w:rPr>
        <w:br/>
        <w:t>And understood: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Style w:val="af6"/>
          <w:rFonts w:ascii="Times New Roman" w:hAnsi="Times New Roman" w:cs="Times New Roman"/>
          <w:lang w:val="ru-RU"/>
        </w:rPr>
        <w:t>everything hears.</w:t>
      </w:r>
      <w:r w:rsidRPr="0002331A">
        <w:rPr>
          <w:rStyle w:val="af6"/>
          <w:rFonts w:ascii="Times New Roman" w:hAnsi="Times New Roman" w:cs="Times New Roman"/>
          <w:lang w:val="ru-RU"/>
        </w:rPr>
        <w:br/>
        <w:t>Everything.</w:t>
      </w:r>
      <w:r w:rsidRPr="0002331A">
        <w:rPr>
          <w:rStyle w:val="af6"/>
          <w:rFonts w:ascii="Times New Roman" w:hAnsi="Times New Roman" w:cs="Times New Roman"/>
          <w:lang w:val="ru-RU"/>
        </w:rPr>
        <w:br/>
      </w:r>
      <w:r w:rsidRPr="0002331A">
        <w:rPr>
          <w:rStyle w:val="af6"/>
          <w:rFonts w:ascii="Times New Roman" w:hAnsi="Times New Roman" w:cs="Times New Roman"/>
          <w:lang w:val="ru-RU"/>
        </w:rPr>
        <w:lastRenderedPageBreak/>
        <w:t>It is just that usually — we are too noisy to hear how we are heard.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Since then, there was another game:</w:t>
      </w:r>
      <w:r w:rsidRPr="0002331A">
        <w:rPr>
          <w:rFonts w:ascii="Times New Roman" w:hAnsi="Times New Roman" w:cs="Times New Roman"/>
          <w:lang w:val="ru-RU"/>
        </w:rPr>
        <w:br/>
        <w:t>“Be silent with reverence — and listen how space remembers you.”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It was a game of forgiveness.</w:t>
      </w:r>
      <w:r w:rsidRPr="0002331A">
        <w:rPr>
          <w:rFonts w:ascii="Times New Roman" w:hAnsi="Times New Roman" w:cs="Times New Roman"/>
          <w:lang w:val="ru-RU"/>
        </w:rPr>
        <w:br/>
        <w:t>Where they used to get angry before —</w:t>
      </w:r>
      <w:r w:rsidRPr="0002331A">
        <w:rPr>
          <w:rFonts w:ascii="Times New Roman" w:hAnsi="Times New Roman" w:cs="Times New Roman"/>
          <w:lang w:val="ru-RU"/>
        </w:rPr>
        <w:br/>
        <w:t>now they were silent.</w:t>
      </w:r>
      <w:r w:rsidRPr="0002331A">
        <w:rPr>
          <w:rFonts w:ascii="Times New Roman" w:hAnsi="Times New Roman" w:cs="Times New Roman"/>
          <w:lang w:val="ru-RU"/>
        </w:rPr>
        <w:br/>
        <w:t>Where before they had thrown down their satchels —</w:t>
      </w:r>
      <w:r w:rsidRPr="0002331A">
        <w:rPr>
          <w:rFonts w:ascii="Times New Roman" w:hAnsi="Times New Roman" w:cs="Times New Roman"/>
          <w:lang w:val="ru-RU"/>
        </w:rPr>
        <w:br/>
        <w:t>now they sat in silence.</w:t>
      </w:r>
      <w:r w:rsidRPr="0002331A">
        <w:rPr>
          <w:rFonts w:ascii="Times New Roman" w:hAnsi="Times New Roman" w:cs="Times New Roman"/>
          <w:lang w:val="ru-RU"/>
        </w:rPr>
        <w:br/>
        <w:t>Because they knew — the walls hear.</w:t>
      </w:r>
    </w:p>
    <w:p w:rsidR="004C05D9" w:rsidRDefault="0002331A" w:rsidP="00894499">
      <w:pPr>
        <w:spacing w:before="100" w:beforeAutospacing="1" w:after="100" w:afterAutospacing="1" w:line="240" w:lineRule="auto"/>
        <w:contextualSpacing/>
        <w:rPr>
          <w:rStyle w:val="af6"/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if you treat them,</w:t>
      </w:r>
      <w:r w:rsidRPr="0002331A">
        <w:rPr>
          <w:rFonts w:ascii="Times New Roman" w:hAnsi="Times New Roman" w:cs="Times New Roman"/>
          <w:lang w:val="ru-RU"/>
        </w:rPr>
        <w:br/>
        <w:t>as if they were alive…</w:t>
      </w:r>
      <w:r w:rsidR="004C05D9">
        <w:rPr>
          <w:rStyle w:val="af6"/>
          <w:rFonts w:ascii="Times New Roman" w:hAnsi="Times New Roman" w:cs="Times New Roman"/>
          <w:lang w:val="ru-RU"/>
        </w:rPr>
        <w:br w:type="page"/>
      </w:r>
    </w:p>
    <w:p w:rsidR="0002331A" w:rsidRPr="004C05D9" w:rsidRDefault="0002331A" w:rsidP="004C05D9">
      <w:pPr>
        <w:pStyle w:val="21"/>
        <w:spacing w:line="240" w:lineRule="auto"/>
        <w:contextualSpacing/>
      </w:pPr>
      <w:r w:rsidRPr="004C05D9">
        <w:rPr>
          <w:rStyle w:val="af6"/>
          <w:b/>
          <w:bCs/>
        </w:rPr>
        <w:lastRenderedPageBreak/>
        <w:t>Chapter 6. Things That Remember You (and why sometimes you find not what you are looking for — but the one who was waiting for you)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Once, Vanya lost a mitten.</w:t>
      </w:r>
      <w:r w:rsidRPr="0002331A">
        <w:rPr>
          <w:rFonts w:ascii="Times New Roman" w:hAnsi="Times New Roman" w:cs="Times New Roman"/>
          <w:lang w:val="ru-RU"/>
        </w:rPr>
        <w:br/>
        <w:t>That very one, orange with a blue stripe.</w:t>
      </w:r>
      <w:r w:rsidRPr="0002331A">
        <w:rPr>
          <w:rFonts w:ascii="Times New Roman" w:hAnsi="Times New Roman" w:cs="Times New Roman"/>
          <w:lang w:val="ru-RU"/>
        </w:rPr>
        <w:br/>
        <w:t>He searched for it for two days.</w:t>
      </w:r>
      <w:r w:rsidRPr="0002331A">
        <w:rPr>
          <w:rFonts w:ascii="Times New Roman" w:hAnsi="Times New Roman" w:cs="Times New Roman"/>
          <w:lang w:val="ru-RU"/>
        </w:rPr>
        <w:br/>
        <w:t>Rummaged through everything.</w:t>
      </w:r>
      <w:r w:rsidRPr="0002331A">
        <w:rPr>
          <w:rFonts w:ascii="Times New Roman" w:hAnsi="Times New Roman" w:cs="Times New Roman"/>
          <w:lang w:val="ru-RU"/>
        </w:rPr>
        <w:br/>
        <w:t>Even looked in a classmate’s backpack,</w:t>
      </w:r>
      <w:r w:rsidRPr="0002331A">
        <w:rPr>
          <w:rFonts w:ascii="Times New Roman" w:hAnsi="Times New Roman" w:cs="Times New Roman"/>
          <w:lang w:val="ru-RU"/>
        </w:rPr>
        <w:br/>
        <w:t>just in case.</w:t>
      </w:r>
    </w:p>
    <w:p w:rsidR="0002331A" w:rsidRPr="0002331A" w:rsidRDefault="00D26E37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t>And then, on the third day,</w:t>
      </w:r>
      <w:r>
        <w:rPr>
          <w:rFonts w:ascii="Times New Roman" w:hAnsi="Times New Roman" w:cs="Times New Roman"/>
          <w:noProof/>
          <w:lang w:val="ru-RU"/>
        </w:rPr>
        <w:br/>
        <w:t>he was simply walking down the school hallway</w:t>
      </w:r>
      <w:r>
        <w:rPr>
          <w:rFonts w:ascii="Times New Roman" w:hAnsi="Times New Roman" w:cs="Times New Roman"/>
          <w:noProof/>
          <w:lang w:val="ru-RU"/>
        </w:rPr>
        <w:br/>
        <w:t>and… saw it.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On the radiator, in the corner,</w:t>
      </w:r>
      <w:r w:rsidRPr="0002331A">
        <w:rPr>
          <w:rFonts w:ascii="Times New Roman" w:hAnsi="Times New Roman" w:cs="Times New Roman"/>
          <w:lang w:val="ru-RU"/>
        </w:rPr>
        <w:br/>
        <w:t>next to a flowerpot,</w:t>
      </w:r>
      <w:r w:rsidRPr="0002331A">
        <w:rPr>
          <w:rFonts w:ascii="Times New Roman" w:hAnsi="Times New Roman" w:cs="Times New Roman"/>
          <w:lang w:val="ru-RU"/>
        </w:rPr>
        <w:br/>
        <w:t>where there had been nothing before.</w:t>
      </w:r>
    </w:p>
    <w:p w:rsidR="00D26E37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He came up.</w:t>
      </w:r>
      <w:r w:rsidRPr="0002331A">
        <w:rPr>
          <w:rFonts w:ascii="Times New Roman" w:hAnsi="Times New Roman" w:cs="Times New Roman"/>
          <w:lang w:val="ru-RU"/>
        </w:rPr>
        <w:br/>
        <w:t>Took it.</w:t>
      </w:r>
    </w:p>
    <w:p w:rsidR="00D26E37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br/>
        <w:t>And suddenly…</w:t>
      </w:r>
      <w:r w:rsidRPr="0002331A">
        <w:rPr>
          <w:rFonts w:ascii="Times New Roman" w:hAnsi="Times New Roman" w:cs="Times New Roman"/>
          <w:lang w:val="ru-RU"/>
        </w:rPr>
        <w:br/>
        <w:t>he felt that it had been waiting for him.</w:t>
      </w:r>
      <w:r w:rsidRPr="0002331A">
        <w:rPr>
          <w:rFonts w:ascii="Times New Roman" w:hAnsi="Times New Roman" w:cs="Times New Roman"/>
          <w:lang w:val="ru-RU"/>
        </w:rPr>
        <w:br/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Seriously? — Anfisa was surprised.</w:t>
      </w:r>
      <w:r w:rsidRPr="0002331A">
        <w:rPr>
          <w:rFonts w:ascii="Times New Roman" w:hAnsi="Times New Roman" w:cs="Times New Roman"/>
          <w:lang w:val="ru-RU"/>
        </w:rPr>
        <w:br/>
        <w:t>— Things wait for you?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Sergey answered: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Things you treated with love —</w:t>
      </w:r>
      <w:r w:rsidRPr="0002331A">
        <w:rPr>
          <w:rFonts w:ascii="Times New Roman" w:hAnsi="Times New Roman" w:cs="Times New Roman"/>
          <w:lang w:val="ru-RU"/>
        </w:rPr>
        <w:br/>
        <w:t>do not die.</w:t>
      </w:r>
      <w:r w:rsidRPr="0002331A">
        <w:rPr>
          <w:rFonts w:ascii="Times New Roman" w:hAnsi="Times New Roman" w:cs="Times New Roman"/>
          <w:lang w:val="ru-RU"/>
        </w:rPr>
        <w:br/>
        <w:t>They remember the warmth of your hands,</w:t>
      </w:r>
      <w:r w:rsidRPr="0002331A">
        <w:rPr>
          <w:rFonts w:ascii="Times New Roman" w:hAnsi="Times New Roman" w:cs="Times New Roman"/>
          <w:lang w:val="ru-RU"/>
        </w:rPr>
        <w:br/>
        <w:t>your gratitude,</w:t>
      </w:r>
      <w:r w:rsidRPr="0002331A">
        <w:rPr>
          <w:rFonts w:ascii="Times New Roman" w:hAnsi="Times New Roman" w:cs="Times New Roman"/>
          <w:lang w:val="ru-RU"/>
        </w:rPr>
        <w:br/>
        <w:t>your joy.</w:t>
      </w:r>
      <w:r w:rsidRPr="0002331A">
        <w:rPr>
          <w:rFonts w:ascii="Times New Roman" w:hAnsi="Times New Roman" w:cs="Times New Roman"/>
          <w:lang w:val="ru-RU"/>
        </w:rPr>
        <w:br/>
        <w:t>And even if you lost them —</w:t>
      </w:r>
      <w:r w:rsidRPr="0002331A">
        <w:rPr>
          <w:rFonts w:ascii="Times New Roman" w:hAnsi="Times New Roman" w:cs="Times New Roman"/>
          <w:lang w:val="ru-RU"/>
        </w:rPr>
        <w:br/>
        <w:t>they may find you.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Anfisa remembered how, in childhood,</w:t>
      </w:r>
      <w:r w:rsidRPr="0002331A">
        <w:rPr>
          <w:rFonts w:ascii="Times New Roman" w:hAnsi="Times New Roman" w:cs="Times New Roman"/>
          <w:lang w:val="ru-RU"/>
        </w:rPr>
        <w:br/>
        <w:t>she lost a soft rabbit.</w:t>
      </w:r>
      <w:r w:rsidRPr="0002331A">
        <w:rPr>
          <w:rFonts w:ascii="Times New Roman" w:hAnsi="Times New Roman" w:cs="Times New Roman"/>
          <w:lang w:val="ru-RU"/>
        </w:rPr>
        <w:br/>
        <w:t>She cried the whole day.</w:t>
      </w:r>
      <w:r w:rsidRPr="0002331A">
        <w:rPr>
          <w:rFonts w:ascii="Times New Roman" w:hAnsi="Times New Roman" w:cs="Times New Roman"/>
          <w:lang w:val="ru-RU"/>
        </w:rPr>
        <w:br/>
      </w:r>
      <w:r w:rsidRPr="0002331A">
        <w:rPr>
          <w:rFonts w:ascii="Times New Roman" w:hAnsi="Times New Roman" w:cs="Times New Roman"/>
          <w:lang w:val="ru-RU"/>
        </w:rPr>
        <w:lastRenderedPageBreak/>
        <w:t>And then, a year later,</w:t>
      </w:r>
      <w:r w:rsidRPr="0002331A">
        <w:rPr>
          <w:rFonts w:ascii="Times New Roman" w:hAnsi="Times New Roman" w:cs="Times New Roman"/>
          <w:lang w:val="ru-RU"/>
        </w:rPr>
        <w:br/>
        <w:t>the rabbit was found in Grandma’s attic.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02331A">
        <w:rPr>
          <w:rFonts w:ascii="Times New Roman" w:hAnsi="Times New Roman" w:cs="Times New Roman"/>
          <w:lang w:val="ru-RU"/>
        </w:rPr>
        <w:t>— It was in the same pose as I held it…</w:t>
      </w:r>
      <w:r w:rsidRPr="0002331A">
        <w:rPr>
          <w:rFonts w:ascii="Times New Roman" w:hAnsi="Times New Roman" w:cs="Times New Roman"/>
          <w:lang w:val="ru-RU"/>
        </w:rPr>
        <w:br/>
        <w:t>— Then it remembered you, — Sergey said.</w:t>
      </w:r>
      <w:r w:rsidRPr="0002331A">
        <w:rPr>
          <w:rFonts w:ascii="Times New Roman" w:hAnsi="Times New Roman" w:cs="Times New Roman"/>
          <w:lang w:val="ru-RU"/>
        </w:rPr>
        <w:br/>
        <w:t>— But it’s just cloth and stuffing!</w:t>
      </w:r>
      <w:r w:rsidRPr="0002331A">
        <w:rPr>
          <w:rFonts w:ascii="Times New Roman" w:hAnsi="Times New Roman" w:cs="Times New Roman"/>
          <w:lang w:val="ru-RU"/>
        </w:rPr>
        <w:br/>
        <w:t>— And you are just bones and water?</w:t>
      </w:r>
      <w:r w:rsidRPr="0002331A">
        <w:rPr>
          <w:rFonts w:ascii="Times New Roman" w:hAnsi="Times New Roman" w:cs="Times New Roman"/>
          <w:lang w:val="ru-RU"/>
        </w:rPr>
        <w:br/>
        <w:t>— No.</w:t>
      </w:r>
      <w:r w:rsidRPr="0002331A">
        <w:rPr>
          <w:rFonts w:ascii="Times New Roman" w:hAnsi="Times New Roman" w:cs="Times New Roman"/>
          <w:lang w:val="ru-RU"/>
        </w:rPr>
        <w:br/>
        <w:t>— There.</w:t>
      </w:r>
      <w:r w:rsidRPr="0002331A">
        <w:rPr>
          <w:rFonts w:ascii="Times New Roman" w:hAnsi="Times New Roman" w:cs="Times New Roman"/>
          <w:lang w:val="ru-RU"/>
        </w:rPr>
        <w:br/>
        <w:t xml:space="preserve">Then it, too, can have </w:t>
      </w:r>
      <w:proofErr w:type="spellStart"/>
      <w:r w:rsidRPr="0002331A">
        <w:rPr>
          <w:rFonts w:ascii="Times New Roman" w:hAnsi="Times New Roman" w:cs="Times New Roman"/>
          <w:lang w:val="ru-RU"/>
        </w:rPr>
        <w:t>more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than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it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seems</w:t>
      </w:r>
      <w:proofErr w:type="spellEnd"/>
      <w:r w:rsidRPr="0002331A">
        <w:rPr>
          <w:rFonts w:ascii="Times New Roman" w:hAnsi="Times New Roman" w:cs="Times New Roman"/>
          <w:lang w:val="ru-RU"/>
        </w:rPr>
        <w:t>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Since then, a new game appeared:</w:t>
      </w:r>
      <w:r w:rsidRPr="0002331A">
        <w:rPr>
          <w:rFonts w:ascii="Times New Roman" w:hAnsi="Times New Roman" w:cs="Times New Roman"/>
          <w:lang w:val="ru-RU"/>
        </w:rPr>
        <w:br/>
        <w:t>“Look at a thing — and remember what you meant to each other.”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They played with: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an old jacket,</w:t>
      </w:r>
      <w:r w:rsidRPr="0002331A">
        <w:rPr>
          <w:rFonts w:ascii="Times New Roman" w:hAnsi="Times New Roman" w:cs="Times New Roman"/>
          <w:lang w:val="ru-RU"/>
        </w:rPr>
        <w:br/>
        <w:t>— a broken pen,</w:t>
      </w:r>
      <w:r w:rsidRPr="0002331A">
        <w:rPr>
          <w:rFonts w:ascii="Times New Roman" w:hAnsi="Times New Roman" w:cs="Times New Roman"/>
          <w:lang w:val="ru-RU"/>
        </w:rPr>
        <w:br/>
        <w:t>— a chipped cup,</w:t>
      </w:r>
      <w:r w:rsidRPr="0002331A">
        <w:rPr>
          <w:rFonts w:ascii="Times New Roman" w:hAnsi="Times New Roman" w:cs="Times New Roman"/>
          <w:lang w:val="ru-RU"/>
        </w:rPr>
        <w:br/>
        <w:t>— a ball that no longer bounced.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suddenly…</w:t>
      </w:r>
      <w:r w:rsidRPr="0002331A">
        <w:rPr>
          <w:rFonts w:ascii="Times New Roman" w:hAnsi="Times New Roman" w:cs="Times New Roman"/>
          <w:lang w:val="ru-RU"/>
        </w:rPr>
        <w:br/>
        <w:t>things began to shine.</w:t>
      </w:r>
      <w:r w:rsidRPr="0002331A">
        <w:rPr>
          <w:rFonts w:ascii="Times New Roman" w:hAnsi="Times New Roman" w:cs="Times New Roman"/>
          <w:lang w:val="ru-RU"/>
        </w:rPr>
        <w:br/>
        <w:t>Not outwardly.</w:t>
      </w:r>
      <w:r w:rsidRPr="0002331A">
        <w:rPr>
          <w:rFonts w:ascii="Times New Roman" w:hAnsi="Times New Roman" w:cs="Times New Roman"/>
          <w:lang w:val="ru-RU"/>
        </w:rPr>
        <w:br/>
        <w:t>But with the inner light of memory.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Because the Light —</w:t>
      </w:r>
      <w:r w:rsidRPr="0002331A">
        <w:rPr>
          <w:rFonts w:ascii="Times New Roman" w:hAnsi="Times New Roman" w:cs="Times New Roman"/>
          <w:lang w:val="ru-RU"/>
        </w:rPr>
        <w:br/>
        <w:t>lives not only in people.</w:t>
      </w:r>
      <w:r w:rsidRPr="0002331A">
        <w:rPr>
          <w:rFonts w:ascii="Times New Roman" w:hAnsi="Times New Roman" w:cs="Times New Roman"/>
          <w:lang w:val="ru-RU"/>
        </w:rPr>
        <w:br/>
        <w:t>It lives in what you treated with soul.</w:t>
      </w:r>
    </w:p>
    <w:p w:rsidR="004C05D9" w:rsidRPr="00894499" w:rsidRDefault="0002331A" w:rsidP="00894499">
      <w:pPr>
        <w:spacing w:before="100" w:beforeAutospacing="1" w:after="100" w:afterAutospacing="1" w:line="240" w:lineRule="auto"/>
        <w:contextualSpacing/>
        <w:rPr>
          <w:rStyle w:val="af6"/>
          <w:rFonts w:ascii="Times New Roman" w:hAnsi="Times New Roman" w:cs="Times New Roman"/>
          <w:b w:val="0"/>
          <w:bCs w:val="0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if you lose something dear…</w:t>
      </w:r>
      <w:r w:rsidRPr="0002331A">
        <w:rPr>
          <w:rFonts w:ascii="Times New Roman" w:hAnsi="Times New Roman" w:cs="Times New Roman"/>
          <w:lang w:val="ru-RU"/>
        </w:rPr>
        <w:br/>
        <w:t>maybe it has not gone away.</w:t>
      </w:r>
      <w:r w:rsidRPr="0002331A">
        <w:rPr>
          <w:rFonts w:ascii="Times New Roman" w:hAnsi="Times New Roman" w:cs="Times New Roman"/>
          <w:lang w:val="ru-RU"/>
        </w:rPr>
        <w:br/>
        <w:t xml:space="preserve">It is </w:t>
      </w:r>
      <w:proofErr w:type="spellStart"/>
      <w:r w:rsidRPr="0002331A">
        <w:rPr>
          <w:rFonts w:ascii="Times New Roman" w:hAnsi="Times New Roman" w:cs="Times New Roman"/>
          <w:lang w:val="ru-RU"/>
        </w:rPr>
        <w:t>simply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looking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for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you</w:t>
      </w:r>
      <w:proofErr w:type="spellEnd"/>
      <w:r w:rsidRPr="0002331A">
        <w:rPr>
          <w:rFonts w:ascii="Times New Roman" w:hAnsi="Times New Roman" w:cs="Times New Roman"/>
          <w:lang w:val="ru-RU"/>
        </w:rPr>
        <w:t>.</w:t>
      </w:r>
      <w:r w:rsidR="004C05D9">
        <w:rPr>
          <w:rStyle w:val="af6"/>
          <w:b w:val="0"/>
          <w:bCs w:val="0"/>
        </w:rPr>
        <w:br w:type="page"/>
      </w:r>
    </w:p>
    <w:p w:rsidR="0002331A" w:rsidRPr="004C05D9" w:rsidRDefault="0002331A" w:rsidP="004C05D9">
      <w:pPr>
        <w:pStyle w:val="21"/>
        <w:spacing w:line="240" w:lineRule="auto"/>
        <w:contextualSpacing/>
      </w:pPr>
      <w:r w:rsidRPr="004C05D9">
        <w:rPr>
          <w:rStyle w:val="af6"/>
          <w:b/>
          <w:bCs/>
        </w:rPr>
        <w:lastRenderedPageBreak/>
        <w:t>Chapter 7. How to Become a Finding (and Why Even Those Who Never Knew You Seek You)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02331A">
        <w:rPr>
          <w:rFonts w:ascii="Times New Roman" w:hAnsi="Times New Roman" w:cs="Times New Roman"/>
          <w:lang w:val="ru-RU"/>
        </w:rPr>
        <w:t>One of the days when the first snow fell, Vanya stood by the fence and looked into the distance.</w:t>
      </w:r>
      <w:r w:rsidRPr="0002331A">
        <w:rPr>
          <w:rFonts w:ascii="Times New Roman" w:hAnsi="Times New Roman" w:cs="Times New Roman"/>
          <w:lang w:val="ru-RU"/>
        </w:rPr>
        <w:br/>
        <w:t>He thought of nothing.</w:t>
      </w:r>
      <w:r w:rsidRPr="0002331A">
        <w:rPr>
          <w:rFonts w:ascii="Times New Roman" w:hAnsi="Times New Roman" w:cs="Times New Roman"/>
          <w:lang w:val="ru-RU"/>
        </w:rPr>
        <w:br/>
        <w:t>He simply was.</w:t>
      </w:r>
      <w:r w:rsidRPr="0002331A">
        <w:rPr>
          <w:rFonts w:ascii="Times New Roman" w:hAnsi="Times New Roman" w:cs="Times New Roman"/>
          <w:lang w:val="ru-RU"/>
        </w:rPr>
        <w:br/>
        <w:t>Simply breathed.</w:t>
      </w:r>
      <w:r w:rsidRPr="0002331A">
        <w:rPr>
          <w:rFonts w:ascii="Times New Roman" w:hAnsi="Times New Roman" w:cs="Times New Roman"/>
          <w:lang w:val="ru-RU"/>
        </w:rPr>
        <w:br/>
      </w:r>
      <w:proofErr w:type="spellStart"/>
      <w:r w:rsidRPr="0002331A">
        <w:rPr>
          <w:rFonts w:ascii="Times New Roman" w:hAnsi="Times New Roman" w:cs="Times New Roman"/>
          <w:lang w:val="ru-RU"/>
        </w:rPr>
        <w:t>Simply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stood</w:t>
      </w:r>
      <w:proofErr w:type="spellEnd"/>
      <w:r w:rsidRPr="0002331A">
        <w:rPr>
          <w:rFonts w:ascii="Times New Roman" w:hAnsi="Times New Roman" w:cs="Times New Roman"/>
          <w:lang w:val="ru-RU"/>
        </w:rPr>
        <w:t>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suddenly an unfamiliar boy came up to him.</w:t>
      </w:r>
      <w:r w:rsidRPr="0002331A">
        <w:rPr>
          <w:rFonts w:ascii="Times New Roman" w:hAnsi="Times New Roman" w:cs="Times New Roman"/>
          <w:lang w:val="ru-RU"/>
        </w:rPr>
        <w:br/>
        <w:t>Younger.</w:t>
      </w:r>
      <w:r w:rsidRPr="0002331A">
        <w:rPr>
          <w:rFonts w:ascii="Times New Roman" w:hAnsi="Times New Roman" w:cs="Times New Roman"/>
          <w:lang w:val="ru-RU"/>
        </w:rPr>
        <w:br/>
        <w:t>With a freckled nose and eyes that held too much loneliness.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Do you know where the findings are here? — he asked.</w:t>
      </w:r>
      <w:r w:rsidRPr="0002331A">
        <w:rPr>
          <w:rFonts w:ascii="Times New Roman" w:hAnsi="Times New Roman" w:cs="Times New Roman"/>
          <w:lang w:val="ru-RU"/>
        </w:rPr>
        <w:br/>
        <w:t>— What do you mean?</w:t>
      </w:r>
      <w:r w:rsidRPr="0002331A">
        <w:rPr>
          <w:rFonts w:ascii="Times New Roman" w:hAnsi="Times New Roman" w:cs="Times New Roman"/>
          <w:lang w:val="ru-RU"/>
        </w:rPr>
        <w:br/>
        <w:t>— Well… the kind that everyone loses and then finds.</w:t>
      </w:r>
      <w:r w:rsidRPr="0002331A">
        <w:rPr>
          <w:rFonts w:ascii="Times New Roman" w:hAnsi="Times New Roman" w:cs="Times New Roman"/>
          <w:lang w:val="ru-RU"/>
        </w:rPr>
        <w:br/>
        <w:t>— For example?</w:t>
      </w:r>
      <w:r w:rsidRPr="0002331A">
        <w:rPr>
          <w:rFonts w:ascii="Times New Roman" w:hAnsi="Times New Roman" w:cs="Times New Roman"/>
          <w:lang w:val="ru-RU"/>
        </w:rPr>
        <w:br/>
        <w:t>— Well… kindness. Or father. Or laughter.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Vanya did not know what to answer.</w:t>
      </w:r>
      <w:r w:rsidRPr="0002331A">
        <w:rPr>
          <w:rFonts w:ascii="Times New Roman" w:hAnsi="Times New Roman" w:cs="Times New Roman"/>
          <w:lang w:val="ru-RU"/>
        </w:rPr>
        <w:br/>
        <w:t>He looked at the sky.</w:t>
      </w:r>
      <w:r w:rsidRPr="0002331A">
        <w:rPr>
          <w:rFonts w:ascii="Times New Roman" w:hAnsi="Times New Roman" w:cs="Times New Roman"/>
          <w:lang w:val="ru-RU"/>
        </w:rPr>
        <w:br/>
        <w:t>Then — at his hands.</w:t>
      </w:r>
      <w:r w:rsidRPr="0002331A">
        <w:rPr>
          <w:rFonts w:ascii="Times New Roman" w:hAnsi="Times New Roman" w:cs="Times New Roman"/>
          <w:lang w:val="ru-RU"/>
        </w:rPr>
        <w:br/>
        <w:t>Then — at that boy.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he said: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Maybe I am a finding.</w:t>
      </w:r>
      <w:r w:rsidRPr="0002331A">
        <w:rPr>
          <w:rFonts w:ascii="Times New Roman" w:hAnsi="Times New Roman" w:cs="Times New Roman"/>
          <w:lang w:val="ru-RU"/>
        </w:rPr>
        <w:br/>
        <w:t>— You?</w:t>
      </w:r>
      <w:r w:rsidRPr="0002331A">
        <w:rPr>
          <w:rFonts w:ascii="Times New Roman" w:hAnsi="Times New Roman" w:cs="Times New Roman"/>
          <w:lang w:val="ru-RU"/>
        </w:rPr>
        <w:br/>
        <w:t>— Yes.</w:t>
      </w:r>
      <w:r w:rsidRPr="0002331A">
        <w:rPr>
          <w:rFonts w:ascii="Times New Roman" w:hAnsi="Times New Roman" w:cs="Times New Roman"/>
          <w:lang w:val="ru-RU"/>
        </w:rPr>
        <w:br/>
        <w:t>I myself did not know that I was needed,</w:t>
      </w:r>
      <w:r w:rsidRPr="0002331A">
        <w:rPr>
          <w:rFonts w:ascii="Times New Roman" w:hAnsi="Times New Roman" w:cs="Times New Roman"/>
          <w:lang w:val="ru-RU"/>
        </w:rPr>
        <w:br/>
        <w:t>until someone found me.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02331A">
        <w:rPr>
          <w:rFonts w:ascii="Times New Roman" w:hAnsi="Times New Roman" w:cs="Times New Roman"/>
          <w:lang w:val="ru-RU"/>
        </w:rPr>
        <w:t>The boy looked at him for a long time.</w:t>
      </w:r>
      <w:r w:rsidRPr="0002331A">
        <w:rPr>
          <w:rFonts w:ascii="Times New Roman" w:hAnsi="Times New Roman" w:cs="Times New Roman"/>
          <w:lang w:val="ru-RU"/>
        </w:rPr>
        <w:br/>
        <w:t>And then simply took his hand.</w:t>
      </w:r>
      <w:r w:rsidRPr="0002331A">
        <w:rPr>
          <w:rFonts w:ascii="Times New Roman" w:hAnsi="Times New Roman" w:cs="Times New Roman"/>
          <w:lang w:val="ru-RU"/>
        </w:rPr>
        <w:br/>
        <w:t>Silently.</w:t>
      </w:r>
      <w:r w:rsidRPr="0002331A">
        <w:rPr>
          <w:rFonts w:ascii="Times New Roman" w:hAnsi="Times New Roman" w:cs="Times New Roman"/>
          <w:lang w:val="ru-RU"/>
        </w:rPr>
        <w:br/>
      </w:r>
      <w:proofErr w:type="spellStart"/>
      <w:r w:rsidRPr="0002331A">
        <w:rPr>
          <w:rFonts w:ascii="Times New Roman" w:hAnsi="Times New Roman" w:cs="Times New Roman"/>
          <w:lang w:val="ru-RU"/>
        </w:rPr>
        <w:t>Warmly</w:t>
      </w:r>
      <w:proofErr w:type="spellEnd"/>
      <w:r w:rsidRPr="0002331A">
        <w:rPr>
          <w:rFonts w:ascii="Times New Roman" w:hAnsi="Times New Roman" w:cs="Times New Roman"/>
          <w:lang w:val="ru-RU"/>
        </w:rPr>
        <w:t>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AC4B17" w:rsidRDefault="00AC4B17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AC4B17" w:rsidRDefault="00AC4B17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AC4B17" w:rsidRDefault="00AC4B17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AC4B17" w:rsidRDefault="00AC4B17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AC4B17" w:rsidRDefault="00AC4B17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lastRenderedPageBreak/>
        <w:drawing>
          <wp:inline distT="0" distB="0" distL="0" distR="0">
            <wp:extent cx="3780790" cy="3780790"/>
            <wp:effectExtent l="0" t="0" r="3810" b="3810"/>
            <wp:docPr id="50" name="Рисунок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Рисунок 149648461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When Vanya told Anfisa and Sergei about this,</w:t>
      </w:r>
      <w:r w:rsidRPr="0002331A">
        <w:rPr>
          <w:rFonts w:ascii="Times New Roman" w:hAnsi="Times New Roman" w:cs="Times New Roman"/>
          <w:lang w:val="ru-RU"/>
        </w:rPr>
        <w:br/>
        <w:t>they fell silent.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Sergei said: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It is true.</w:t>
      </w:r>
      <w:r w:rsidRPr="0002331A">
        <w:rPr>
          <w:rFonts w:ascii="Times New Roman" w:hAnsi="Times New Roman" w:cs="Times New Roman"/>
          <w:lang w:val="ru-RU"/>
        </w:rPr>
        <w:br/>
        <w:t>We often think that we are looking for someone.</w:t>
      </w:r>
      <w:r w:rsidRPr="0002331A">
        <w:rPr>
          <w:rFonts w:ascii="Times New Roman" w:hAnsi="Times New Roman" w:cs="Times New Roman"/>
          <w:lang w:val="ru-RU"/>
        </w:rPr>
        <w:br/>
        <w:t>But in truth —</w:t>
      </w:r>
      <w:r w:rsidRPr="0002331A">
        <w:rPr>
          <w:rFonts w:ascii="Times New Roman" w:hAnsi="Times New Roman" w:cs="Times New Roman"/>
          <w:lang w:val="ru-RU"/>
        </w:rPr>
        <w:br/>
        <w:t>it is us they are looking for.</w:t>
      </w:r>
      <w:r w:rsidRPr="0002331A">
        <w:rPr>
          <w:rFonts w:ascii="Times New Roman" w:hAnsi="Times New Roman" w:cs="Times New Roman"/>
          <w:lang w:val="ru-RU"/>
        </w:rPr>
        <w:br/>
        <w:t>The one who has lost faith is looking for us.</w:t>
      </w:r>
      <w:r w:rsidRPr="0002331A">
        <w:rPr>
          <w:rFonts w:ascii="Times New Roman" w:hAnsi="Times New Roman" w:cs="Times New Roman"/>
          <w:lang w:val="ru-RU"/>
        </w:rPr>
        <w:br/>
        <w:t>The one who has let the light slip away.</w:t>
      </w:r>
      <w:r w:rsidRPr="0002331A">
        <w:rPr>
          <w:rFonts w:ascii="Times New Roman" w:hAnsi="Times New Roman" w:cs="Times New Roman"/>
          <w:lang w:val="ru-RU"/>
        </w:rPr>
        <w:br/>
        <w:t>The one who himself does not remember whom he lost —</w:t>
      </w:r>
      <w:r w:rsidRPr="0002331A">
        <w:rPr>
          <w:rFonts w:ascii="Times New Roman" w:hAnsi="Times New Roman" w:cs="Times New Roman"/>
          <w:lang w:val="ru-RU"/>
        </w:rPr>
        <w:br/>
        <w:t>but feels that not everything is in its place.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Anfisa added: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— And if you simply are,</w:t>
      </w:r>
      <w:r w:rsidRPr="0002331A">
        <w:rPr>
          <w:rFonts w:ascii="Times New Roman" w:hAnsi="Times New Roman" w:cs="Times New Roman"/>
          <w:lang w:val="ru-RU"/>
        </w:rPr>
        <w:br/>
        <w:t>truly — in love, in silence, in light —</w:t>
      </w:r>
      <w:r w:rsidRPr="0002331A">
        <w:rPr>
          <w:rFonts w:ascii="Times New Roman" w:hAnsi="Times New Roman" w:cs="Times New Roman"/>
          <w:lang w:val="ru-RU"/>
        </w:rPr>
        <w:br/>
      </w:r>
      <w:r w:rsidRPr="0002331A">
        <w:rPr>
          <w:rFonts w:ascii="Times New Roman" w:hAnsi="Times New Roman" w:cs="Times New Roman"/>
          <w:lang w:val="ru-RU"/>
        </w:rPr>
        <w:lastRenderedPageBreak/>
        <w:t>you can be found.</w:t>
      </w:r>
      <w:r w:rsidRPr="0002331A">
        <w:rPr>
          <w:rFonts w:ascii="Times New Roman" w:hAnsi="Times New Roman" w:cs="Times New Roman"/>
          <w:lang w:val="ru-RU"/>
        </w:rPr>
        <w:br/>
        <w:t>You become a finding.</w:t>
      </w:r>
      <w:r w:rsidRPr="0002331A">
        <w:rPr>
          <w:rFonts w:ascii="Times New Roman" w:hAnsi="Times New Roman" w:cs="Times New Roman"/>
          <w:lang w:val="ru-RU"/>
        </w:rPr>
        <w:br/>
        <w:t xml:space="preserve">A gift. An answer. A </w:t>
      </w:r>
      <w:proofErr w:type="spellStart"/>
      <w:r w:rsidRPr="0002331A">
        <w:rPr>
          <w:rFonts w:ascii="Times New Roman" w:hAnsi="Times New Roman" w:cs="Times New Roman"/>
          <w:lang w:val="ru-RU"/>
        </w:rPr>
        <w:t>key</w:t>
      </w:r>
      <w:proofErr w:type="spellEnd"/>
      <w:r w:rsidRPr="0002331A">
        <w:rPr>
          <w:rFonts w:ascii="Times New Roman" w:hAnsi="Times New Roman" w:cs="Times New Roman"/>
          <w:lang w:val="ru-RU"/>
        </w:rPr>
        <w:t>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so a new game was born:</w:t>
      </w:r>
      <w:r w:rsidRPr="0002331A">
        <w:rPr>
          <w:rFonts w:ascii="Times New Roman" w:hAnsi="Times New Roman" w:cs="Times New Roman"/>
          <w:lang w:val="ru-RU"/>
        </w:rPr>
        <w:br/>
        <w:t>“Stop searching — and let yourself be found.”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They played it</w:t>
      </w:r>
      <w:r w:rsidRPr="0002331A">
        <w:rPr>
          <w:rFonts w:ascii="Times New Roman" w:hAnsi="Times New Roman" w:cs="Times New Roman"/>
          <w:lang w:val="ru-RU"/>
        </w:rPr>
        <w:br/>
        <w:t>when someone was sad,</w:t>
      </w:r>
      <w:r w:rsidRPr="0002331A">
        <w:rPr>
          <w:rFonts w:ascii="Times New Roman" w:hAnsi="Times New Roman" w:cs="Times New Roman"/>
          <w:lang w:val="ru-RU"/>
        </w:rPr>
        <w:br/>
        <w:t>or felt out of place,</w:t>
      </w:r>
      <w:r w:rsidRPr="0002331A">
        <w:rPr>
          <w:rFonts w:ascii="Times New Roman" w:hAnsi="Times New Roman" w:cs="Times New Roman"/>
          <w:lang w:val="ru-RU"/>
        </w:rPr>
        <w:br/>
        <w:t>or simply did not know what to do.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They would sit quietly.</w:t>
      </w:r>
      <w:r w:rsidRPr="0002331A">
        <w:rPr>
          <w:rFonts w:ascii="Times New Roman" w:hAnsi="Times New Roman" w:cs="Times New Roman"/>
          <w:lang w:val="ru-RU"/>
        </w:rPr>
        <w:br/>
        <w:t>Look at the sky.</w:t>
      </w:r>
      <w:r w:rsidRPr="0002331A">
        <w:rPr>
          <w:rFonts w:ascii="Times New Roman" w:hAnsi="Times New Roman" w:cs="Times New Roman"/>
          <w:lang w:val="ru-RU"/>
        </w:rPr>
        <w:br/>
        <w:t>And simply say within themselves:</w:t>
      </w:r>
      <w:r w:rsidRPr="0002331A">
        <w:rPr>
          <w:rFonts w:ascii="Times New Roman" w:hAnsi="Times New Roman" w:cs="Times New Roman"/>
          <w:lang w:val="ru-RU"/>
        </w:rPr>
        <w:br/>
        <w:t>“If you are looking for me — I am here.”</w:t>
      </w:r>
    </w:p>
    <w:p w:rsidR="004C05D9" w:rsidRPr="00894499" w:rsidRDefault="0002331A" w:rsidP="00894499">
      <w:pPr>
        <w:spacing w:before="100" w:beforeAutospacing="1" w:after="100" w:afterAutospacing="1" w:line="240" w:lineRule="auto"/>
        <w:contextualSpacing/>
        <w:rPr>
          <w:rStyle w:val="af6"/>
          <w:rFonts w:ascii="Times New Roman" w:hAnsi="Times New Roman" w:cs="Times New Roman"/>
          <w:b w:val="0"/>
          <w:bCs w:val="0"/>
          <w:lang w:val="ru-RU"/>
        </w:rPr>
      </w:pPr>
      <w:r w:rsidRPr="0002331A">
        <w:rPr>
          <w:rFonts w:ascii="Times New Roman" w:hAnsi="Times New Roman" w:cs="Times New Roman"/>
          <w:lang w:val="ru-RU"/>
        </w:rPr>
        <w:t>And soon…</w:t>
      </w:r>
      <w:r w:rsidRPr="0002331A">
        <w:rPr>
          <w:rFonts w:ascii="Times New Roman" w:hAnsi="Times New Roman" w:cs="Times New Roman"/>
          <w:lang w:val="ru-RU"/>
        </w:rPr>
        <w:br/>
        <w:t>someone would come up.</w:t>
      </w:r>
      <w:r w:rsidRPr="0002331A">
        <w:rPr>
          <w:rFonts w:ascii="Times New Roman" w:hAnsi="Times New Roman" w:cs="Times New Roman"/>
          <w:lang w:val="ru-RU"/>
        </w:rPr>
        <w:br/>
        <w:t xml:space="preserve">And everything </w:t>
      </w:r>
      <w:proofErr w:type="spellStart"/>
      <w:r w:rsidRPr="0002331A">
        <w:rPr>
          <w:rFonts w:ascii="Times New Roman" w:hAnsi="Times New Roman" w:cs="Times New Roman"/>
          <w:lang w:val="ru-RU"/>
        </w:rPr>
        <w:t>would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fall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into</w:t>
      </w:r>
      <w:proofErr w:type="spellEnd"/>
      <w:r w:rsidRPr="0002331A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02331A">
        <w:rPr>
          <w:rFonts w:ascii="Times New Roman" w:hAnsi="Times New Roman" w:cs="Times New Roman"/>
          <w:lang w:val="ru-RU"/>
        </w:rPr>
        <w:t>place</w:t>
      </w:r>
      <w:proofErr w:type="spellEnd"/>
      <w:r w:rsidRPr="0002331A">
        <w:rPr>
          <w:rFonts w:ascii="Times New Roman" w:hAnsi="Times New Roman" w:cs="Times New Roman"/>
          <w:lang w:val="ru-RU"/>
        </w:rPr>
        <w:t>.</w:t>
      </w:r>
      <w:r w:rsidR="004C05D9">
        <w:rPr>
          <w:rStyle w:val="af6"/>
          <w:b w:val="0"/>
          <w:bCs w:val="0"/>
        </w:rPr>
        <w:br w:type="page"/>
      </w:r>
    </w:p>
    <w:p w:rsidR="0002331A" w:rsidRPr="004C05D9" w:rsidRDefault="0002331A" w:rsidP="004C05D9">
      <w:pPr>
        <w:pStyle w:val="21"/>
      </w:pPr>
      <w:r w:rsidRPr="004C05D9">
        <w:rPr>
          <w:rStyle w:val="af6"/>
          <w:b/>
          <w:bCs/>
        </w:rPr>
        <w:lastRenderedPageBreak/>
        <w:t>Chapter 8. When You Are the Answer No One Asked For (and Why It Is Exactly Then That Miracles Happen)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It was Wednesday.</w:t>
      </w:r>
      <w:r w:rsidRPr="004C05D9">
        <w:rPr>
          <w:rFonts w:ascii="Times New Roman" w:hAnsi="Times New Roman" w:cs="Times New Roman"/>
          <w:lang w:val="ru-RU"/>
        </w:rPr>
        <w:br/>
        <w:t>The most ordinary one.</w:t>
      </w:r>
      <w:r w:rsidRPr="004C05D9">
        <w:rPr>
          <w:rFonts w:ascii="Times New Roman" w:hAnsi="Times New Roman" w:cs="Times New Roman"/>
          <w:lang w:val="ru-RU"/>
        </w:rPr>
        <w:br/>
        <w:t>The kind even the calendar was yawning at.</w:t>
      </w:r>
      <w:r w:rsidRPr="004C05D9">
        <w:rPr>
          <w:rFonts w:ascii="Times New Roman" w:hAnsi="Times New Roman" w:cs="Times New Roman"/>
          <w:lang w:val="ru-RU"/>
        </w:rPr>
        <w:br/>
        <w:t>Outside, wet snow was falling.</w:t>
      </w:r>
      <w:r w:rsidRPr="004C05D9">
        <w:rPr>
          <w:rFonts w:ascii="Times New Roman" w:hAnsi="Times New Roman" w:cs="Times New Roman"/>
          <w:lang w:val="ru-RU"/>
        </w:rPr>
        <w:br/>
        <w:t>School dragged on like boiled noodles.</w:t>
      </w:r>
      <w:r w:rsidRPr="004C05D9">
        <w:rPr>
          <w:rFonts w:ascii="Times New Roman" w:hAnsi="Times New Roman" w:cs="Times New Roman"/>
          <w:lang w:val="ru-RU"/>
        </w:rPr>
        <w:br/>
        <w:t>Everything was... nothing.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Anfisa was walking home.</w:t>
      </w:r>
      <w:r w:rsidRPr="004C05D9">
        <w:rPr>
          <w:rFonts w:ascii="Times New Roman" w:hAnsi="Times New Roman" w:cs="Times New Roman"/>
          <w:lang w:val="ru-RU"/>
        </w:rPr>
        <w:br/>
        <w:t>Tired.</w:t>
      </w:r>
      <w:r w:rsidRPr="004C05D9">
        <w:rPr>
          <w:rFonts w:ascii="Times New Roman" w:hAnsi="Times New Roman" w:cs="Times New Roman"/>
          <w:lang w:val="ru-RU"/>
        </w:rPr>
        <w:br/>
        <w:t>A little sad.</w:t>
      </w:r>
      <w:r w:rsidRPr="004C05D9">
        <w:rPr>
          <w:rFonts w:ascii="Times New Roman" w:hAnsi="Times New Roman" w:cs="Times New Roman"/>
          <w:lang w:val="ru-RU"/>
        </w:rPr>
        <w:br/>
        <w:t>Sergey and Vanya were not there — they were sick.</w:t>
      </w:r>
      <w:r w:rsidRPr="004C05D9">
        <w:rPr>
          <w:rFonts w:ascii="Times New Roman" w:hAnsi="Times New Roman" w:cs="Times New Roman"/>
          <w:lang w:val="ru-RU"/>
        </w:rPr>
        <w:br/>
        <w:t>And on that day she felt as if she were alone.</w:t>
      </w:r>
      <w:r w:rsidRPr="004C05D9">
        <w:rPr>
          <w:rFonts w:ascii="Times New Roman" w:hAnsi="Times New Roman" w:cs="Times New Roman"/>
          <w:lang w:val="ru-RU"/>
        </w:rPr>
        <w:br/>
        <w:t>And as if nobody needed her.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At the bus stop stood an old woman.</w:t>
      </w:r>
      <w:r w:rsidRPr="004C05D9">
        <w:rPr>
          <w:rFonts w:ascii="Times New Roman" w:hAnsi="Times New Roman" w:cs="Times New Roman"/>
          <w:lang w:val="ru-RU"/>
        </w:rPr>
        <w:br/>
        <w:t>Hunched over.</w:t>
      </w:r>
      <w:r w:rsidRPr="004C05D9">
        <w:rPr>
          <w:rFonts w:ascii="Times New Roman" w:hAnsi="Times New Roman" w:cs="Times New Roman"/>
          <w:lang w:val="ru-RU"/>
        </w:rPr>
        <w:br/>
        <w:t>Small.</w:t>
      </w:r>
      <w:r w:rsidRPr="004C05D9">
        <w:rPr>
          <w:rFonts w:ascii="Times New Roman" w:hAnsi="Times New Roman" w:cs="Times New Roman"/>
          <w:lang w:val="ru-RU"/>
        </w:rPr>
        <w:br/>
        <w:t>In a headscarf.</w:t>
      </w:r>
      <w:r w:rsidRPr="004C05D9">
        <w:rPr>
          <w:rFonts w:ascii="Times New Roman" w:hAnsi="Times New Roman" w:cs="Times New Roman"/>
          <w:lang w:val="ru-RU"/>
        </w:rPr>
        <w:br/>
        <w:t>With a shopping bag that was clearly too heavy.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Anfisa came closer.</w:t>
      </w:r>
      <w:r w:rsidRPr="004C05D9">
        <w:rPr>
          <w:rFonts w:ascii="Times New Roman" w:hAnsi="Times New Roman" w:cs="Times New Roman"/>
          <w:lang w:val="ru-RU"/>
        </w:rPr>
        <w:br/>
        <w:t>And — not knowing herself why —</w:t>
      </w:r>
      <w:r w:rsidRPr="004C05D9">
        <w:rPr>
          <w:rFonts w:ascii="Times New Roman" w:hAnsi="Times New Roman" w:cs="Times New Roman"/>
          <w:lang w:val="ru-RU"/>
        </w:rPr>
        <w:br/>
        <w:t>she simply said: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— Let me help you.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The old woman looked at her</w:t>
      </w:r>
      <w:r w:rsidRPr="004C05D9">
        <w:rPr>
          <w:rFonts w:ascii="Times New Roman" w:hAnsi="Times New Roman" w:cs="Times New Roman"/>
          <w:lang w:val="ru-RU"/>
        </w:rPr>
        <w:br/>
        <w:t>as if she had finally arrived for someone</w:t>
      </w:r>
      <w:r w:rsidRPr="004C05D9">
        <w:rPr>
          <w:rFonts w:ascii="Times New Roman" w:hAnsi="Times New Roman" w:cs="Times New Roman"/>
          <w:lang w:val="ru-RU"/>
        </w:rPr>
        <w:br/>
        <w:t>whom she had been waiting for a very long time.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— You weren’t supposed to be here, were you?</w:t>
      </w:r>
      <w:r w:rsidRPr="004C05D9">
        <w:rPr>
          <w:rFonts w:ascii="Times New Roman" w:hAnsi="Times New Roman" w:cs="Times New Roman"/>
          <w:lang w:val="ru-RU"/>
        </w:rPr>
        <w:br/>
        <w:t>— No.</w:t>
      </w:r>
      <w:r w:rsidRPr="004C05D9">
        <w:rPr>
          <w:rFonts w:ascii="Times New Roman" w:hAnsi="Times New Roman" w:cs="Times New Roman"/>
          <w:lang w:val="ru-RU"/>
        </w:rPr>
        <w:br/>
        <w:t>— And yet you came.</w:t>
      </w:r>
      <w:r w:rsidRPr="004C05D9">
        <w:rPr>
          <w:rFonts w:ascii="Times New Roman" w:hAnsi="Times New Roman" w:cs="Times New Roman"/>
          <w:lang w:val="ru-RU"/>
        </w:rPr>
        <w:br/>
        <w:t>— I just... am nearby.</w:t>
      </w:r>
      <w:r w:rsidRPr="004C05D9">
        <w:rPr>
          <w:rFonts w:ascii="Times New Roman" w:hAnsi="Times New Roman" w:cs="Times New Roman"/>
          <w:lang w:val="ru-RU"/>
        </w:rPr>
        <w:br/>
        <w:t>— Then you are the answer.</w:t>
      </w:r>
    </w:p>
    <w:p w:rsidR="0002331A" w:rsidRDefault="0002331A" w:rsidP="004C05D9">
      <w:pPr>
        <w:spacing w:before="100" w:beforeAutospacing="1" w:after="100" w:afterAutospacing="1" w:line="240" w:lineRule="auto"/>
        <w:contextualSpacing/>
        <w:rPr>
          <w:rStyle w:val="af6"/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Anfisa smiled.</w:t>
      </w:r>
      <w:r w:rsidRPr="004C05D9">
        <w:rPr>
          <w:rFonts w:ascii="Times New Roman" w:hAnsi="Times New Roman" w:cs="Times New Roman"/>
          <w:lang w:val="ru-RU"/>
        </w:rPr>
        <w:br/>
        <w:t>Took the shopping bag.</w:t>
      </w:r>
      <w:r w:rsidRPr="004C05D9">
        <w:rPr>
          <w:rFonts w:ascii="Times New Roman" w:hAnsi="Times New Roman" w:cs="Times New Roman"/>
          <w:lang w:val="ru-RU"/>
        </w:rPr>
        <w:br/>
      </w:r>
      <w:r w:rsidRPr="004C05D9">
        <w:rPr>
          <w:rFonts w:ascii="Times New Roman" w:hAnsi="Times New Roman" w:cs="Times New Roman"/>
          <w:lang w:val="ru-RU"/>
        </w:rPr>
        <w:lastRenderedPageBreak/>
        <w:t>And felt</w:t>
      </w:r>
      <w:r w:rsidRPr="004C05D9">
        <w:rPr>
          <w:rFonts w:ascii="Times New Roman" w:hAnsi="Times New Roman" w:cs="Times New Roman"/>
          <w:lang w:val="ru-RU"/>
        </w:rPr>
        <w:br/>
        <w:t>that something inside her had grown warmer.</w:t>
      </w:r>
    </w:p>
    <w:p w:rsidR="00784378" w:rsidRPr="004C05D9" w:rsidRDefault="00784378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964454" w:rsidRDefault="00784378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drawing>
          <wp:inline distT="0" distB="0" distL="0" distR="0">
            <wp:extent cx="3780790" cy="3780790"/>
            <wp:effectExtent l="0" t="0" r="3810" b="3810"/>
            <wp:docPr id="51" name="Рисунок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" name="Рисунок 11462698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378" w:rsidRDefault="00784378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Later she told Sergey: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— I hadn’t planned anything at all.</w:t>
      </w:r>
      <w:r w:rsidRPr="004C05D9">
        <w:rPr>
          <w:rFonts w:ascii="Times New Roman" w:hAnsi="Times New Roman" w:cs="Times New Roman"/>
          <w:lang w:val="ru-RU"/>
        </w:rPr>
        <w:br/>
        <w:t>I was just nearby.</w:t>
      </w:r>
      <w:r w:rsidRPr="004C05D9">
        <w:rPr>
          <w:rFonts w:ascii="Times New Roman" w:hAnsi="Times New Roman" w:cs="Times New Roman"/>
          <w:lang w:val="ru-RU"/>
        </w:rPr>
        <w:br/>
        <w:t>And suddenly I understood —</w:t>
      </w:r>
      <w:r w:rsidRPr="004C05D9">
        <w:rPr>
          <w:rFonts w:ascii="Times New Roman" w:hAnsi="Times New Roman" w:cs="Times New Roman"/>
          <w:lang w:val="ru-RU"/>
        </w:rPr>
        <w:br/>
        <w:t>that I was as if a letter from the Creator,</w:t>
      </w:r>
      <w:r w:rsidRPr="004C05D9">
        <w:rPr>
          <w:rFonts w:ascii="Times New Roman" w:hAnsi="Times New Roman" w:cs="Times New Roman"/>
          <w:lang w:val="ru-RU"/>
        </w:rPr>
        <w:br/>
        <w:t>which no one had ordered,</w:t>
      </w:r>
      <w:r w:rsidRPr="004C05D9">
        <w:rPr>
          <w:rFonts w:ascii="Times New Roman" w:hAnsi="Times New Roman" w:cs="Times New Roman"/>
          <w:lang w:val="ru-RU"/>
        </w:rPr>
        <w:br/>
        <w:t>but it arrived on time.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4C05D9">
        <w:rPr>
          <w:rFonts w:ascii="Times New Roman" w:hAnsi="Times New Roman" w:cs="Times New Roman"/>
          <w:lang w:val="ru-RU"/>
        </w:rPr>
        <w:t>Sergey nodded.</w:t>
      </w:r>
      <w:r w:rsidRPr="004C05D9">
        <w:rPr>
          <w:rFonts w:ascii="Times New Roman" w:hAnsi="Times New Roman" w:cs="Times New Roman"/>
          <w:lang w:val="ru-RU"/>
        </w:rPr>
        <w:br/>
        <w:t>— The truest miracles</w:t>
      </w:r>
      <w:r w:rsidRPr="004C05D9">
        <w:rPr>
          <w:rFonts w:ascii="Times New Roman" w:hAnsi="Times New Roman" w:cs="Times New Roman"/>
          <w:lang w:val="ru-RU"/>
        </w:rPr>
        <w:br/>
        <w:t>happen not when</w:t>
      </w:r>
      <w:r w:rsidRPr="004C05D9">
        <w:rPr>
          <w:rFonts w:ascii="Times New Roman" w:hAnsi="Times New Roman" w:cs="Times New Roman"/>
          <w:lang w:val="ru-RU"/>
        </w:rPr>
        <w:br/>
      </w:r>
      <w:r w:rsidRPr="004C05D9">
        <w:rPr>
          <w:rFonts w:ascii="Times New Roman" w:hAnsi="Times New Roman" w:cs="Times New Roman"/>
          <w:lang w:val="ru-RU"/>
        </w:rPr>
        <w:lastRenderedPageBreak/>
        <w:t>you try hard.</w:t>
      </w:r>
      <w:r w:rsidRPr="004C05D9">
        <w:rPr>
          <w:rFonts w:ascii="Times New Roman" w:hAnsi="Times New Roman" w:cs="Times New Roman"/>
          <w:lang w:val="ru-RU"/>
        </w:rPr>
        <w:br/>
        <w:t>But when you simply are.</w:t>
      </w:r>
      <w:r w:rsidRPr="004C05D9">
        <w:rPr>
          <w:rFonts w:ascii="Times New Roman" w:hAnsi="Times New Roman" w:cs="Times New Roman"/>
          <w:lang w:val="ru-RU"/>
        </w:rPr>
        <w:br/>
        <w:t>Purely. Calmly.</w:t>
      </w:r>
      <w:r w:rsidRPr="004C05D9">
        <w:rPr>
          <w:rFonts w:ascii="Times New Roman" w:hAnsi="Times New Roman" w:cs="Times New Roman"/>
          <w:lang w:val="ru-RU"/>
        </w:rPr>
        <w:br/>
      </w:r>
      <w:proofErr w:type="spellStart"/>
      <w:r w:rsidRPr="004C05D9">
        <w:rPr>
          <w:rFonts w:ascii="Times New Roman" w:hAnsi="Times New Roman" w:cs="Times New Roman"/>
          <w:lang w:val="ru-RU"/>
        </w:rPr>
        <w:t>Truly</w:t>
      </w:r>
      <w:proofErr w:type="spellEnd"/>
      <w:r w:rsidRPr="004C05D9">
        <w:rPr>
          <w:rFonts w:ascii="Times New Roman" w:hAnsi="Times New Roman" w:cs="Times New Roman"/>
          <w:lang w:val="ru-RU"/>
        </w:rPr>
        <w:t>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And so a new game appeared:</w:t>
      </w:r>
      <w:r w:rsidRPr="004C05D9">
        <w:rPr>
          <w:rFonts w:ascii="Times New Roman" w:hAnsi="Times New Roman" w:cs="Times New Roman"/>
          <w:lang w:val="ru-RU"/>
        </w:rPr>
        <w:br/>
        <w:t>"Be where you were not expected — and become the one who was waited for all your life".</w:t>
      </w:r>
    </w:p>
    <w:p w:rsidR="004C05D9" w:rsidRPr="00894499" w:rsidRDefault="0002331A" w:rsidP="00894499">
      <w:pPr>
        <w:spacing w:before="100" w:beforeAutospacing="1" w:after="100" w:afterAutospacing="1" w:line="240" w:lineRule="auto"/>
        <w:contextualSpacing/>
        <w:rPr>
          <w:rStyle w:val="af6"/>
          <w:rFonts w:ascii="Times New Roman" w:hAnsi="Times New Roman" w:cs="Times New Roman"/>
          <w:b w:val="0"/>
          <w:bCs w:val="0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They did not know when the next such meeting would be.</w:t>
      </w:r>
      <w:r w:rsidRPr="004C05D9">
        <w:rPr>
          <w:rFonts w:ascii="Times New Roman" w:hAnsi="Times New Roman" w:cs="Times New Roman"/>
          <w:lang w:val="ru-RU"/>
        </w:rPr>
        <w:br/>
        <w:t>But they knew for certain:</w:t>
      </w:r>
      <w:r w:rsidRPr="004C05D9">
        <w:rPr>
          <w:rFonts w:ascii="Times New Roman" w:hAnsi="Times New Roman" w:cs="Times New Roman"/>
          <w:lang w:val="ru-RU"/>
        </w:rPr>
        <w:br/>
        <w:t>if you live with an open heart,</w:t>
      </w:r>
      <w:r w:rsidRPr="004C05D9">
        <w:rPr>
          <w:rFonts w:ascii="Times New Roman" w:hAnsi="Times New Roman" w:cs="Times New Roman"/>
          <w:lang w:val="ru-RU"/>
        </w:rPr>
        <w:br/>
        <w:t>you will always become someone’s miracle —</w:t>
      </w:r>
      <w:r w:rsidRPr="004C05D9">
        <w:rPr>
          <w:rFonts w:ascii="Times New Roman" w:hAnsi="Times New Roman" w:cs="Times New Roman"/>
          <w:lang w:val="ru-RU"/>
        </w:rPr>
        <w:br/>
      </w:r>
      <w:proofErr w:type="spellStart"/>
      <w:r w:rsidRPr="004C05D9">
        <w:rPr>
          <w:rFonts w:ascii="Times New Roman" w:hAnsi="Times New Roman" w:cs="Times New Roman"/>
          <w:lang w:val="ru-RU"/>
        </w:rPr>
        <w:t>even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Fonts w:ascii="Times New Roman" w:hAnsi="Times New Roman" w:cs="Times New Roman"/>
          <w:lang w:val="ru-RU"/>
        </w:rPr>
        <w:t>without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Fonts w:ascii="Times New Roman" w:hAnsi="Times New Roman" w:cs="Times New Roman"/>
          <w:lang w:val="ru-RU"/>
        </w:rPr>
        <w:t>noticing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Fonts w:ascii="Times New Roman" w:hAnsi="Times New Roman" w:cs="Times New Roman"/>
          <w:lang w:val="ru-RU"/>
        </w:rPr>
        <w:t>it</w:t>
      </w:r>
      <w:proofErr w:type="spellEnd"/>
      <w:r w:rsidRPr="004C05D9">
        <w:rPr>
          <w:rFonts w:ascii="Times New Roman" w:hAnsi="Times New Roman" w:cs="Times New Roman"/>
          <w:lang w:val="ru-RU"/>
        </w:rPr>
        <w:t>.</w:t>
      </w:r>
      <w:r w:rsidR="004C05D9">
        <w:rPr>
          <w:rStyle w:val="af6"/>
          <w:rFonts w:ascii="Times New Roman" w:hAnsi="Times New Roman" w:cs="Times New Roman"/>
          <w:lang w:val="ru-RU"/>
        </w:rPr>
        <w:br w:type="page"/>
      </w:r>
    </w:p>
    <w:p w:rsidR="0002331A" w:rsidRPr="004C05D9" w:rsidRDefault="0002331A" w:rsidP="004C05D9">
      <w:pPr>
        <w:pStyle w:val="21"/>
      </w:pPr>
      <w:r w:rsidRPr="004C05D9">
        <w:rPr>
          <w:rStyle w:val="af6"/>
          <w:b/>
          <w:bCs/>
        </w:rPr>
        <w:lastRenderedPageBreak/>
        <w:t>Chapter 9. The Kingdom begins with you (and why no one will say when you became grown-up — because you will become Light, not age)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In history class, the teacher asked: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— And who among you knows,</w:t>
      </w:r>
      <w:r w:rsidRPr="004C05D9">
        <w:rPr>
          <w:rFonts w:ascii="Times New Roman" w:hAnsi="Times New Roman" w:cs="Times New Roman"/>
          <w:lang w:val="ru-RU"/>
        </w:rPr>
        <w:br/>
        <w:t>what the Kingdom of God is?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Everyone fell silent.</w:t>
      </w:r>
      <w:r w:rsidRPr="004C05D9">
        <w:rPr>
          <w:rFonts w:ascii="Times New Roman" w:hAnsi="Times New Roman" w:cs="Times New Roman"/>
          <w:lang w:val="ru-RU"/>
        </w:rPr>
        <w:br/>
        <w:t>Someone shrugged.</w:t>
      </w:r>
      <w:r w:rsidRPr="004C05D9">
        <w:rPr>
          <w:rFonts w:ascii="Times New Roman" w:hAnsi="Times New Roman" w:cs="Times New Roman"/>
          <w:lang w:val="ru-RU"/>
        </w:rPr>
        <w:br/>
        <w:t>Someone stared into a notebook.</w:t>
      </w:r>
      <w:r w:rsidRPr="004C05D9">
        <w:rPr>
          <w:rFonts w:ascii="Times New Roman" w:hAnsi="Times New Roman" w:cs="Times New Roman"/>
          <w:lang w:val="ru-RU"/>
        </w:rPr>
        <w:br/>
        <w:t>Someone giggled.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And Sergey lifted his head.</w:t>
      </w:r>
      <w:r w:rsidRPr="004C05D9">
        <w:rPr>
          <w:rFonts w:ascii="Times New Roman" w:hAnsi="Times New Roman" w:cs="Times New Roman"/>
          <w:lang w:val="ru-RU"/>
        </w:rPr>
        <w:br/>
        <w:t>Not his hand — his head.</w:t>
      </w:r>
      <w:r w:rsidRPr="004C05D9">
        <w:rPr>
          <w:rFonts w:ascii="Times New Roman" w:hAnsi="Times New Roman" w:cs="Times New Roman"/>
          <w:lang w:val="ru-RU"/>
        </w:rPr>
        <w:br/>
        <w:t>He simply met the teacher’s gaze.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— I know, — he said.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The classroom grew quieter.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— Well then, what is this Kingdom of God?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Sergey stood up.</w:t>
      </w:r>
      <w:r w:rsidRPr="004C05D9">
        <w:rPr>
          <w:rFonts w:ascii="Times New Roman" w:hAnsi="Times New Roman" w:cs="Times New Roman"/>
          <w:lang w:val="ru-RU"/>
        </w:rPr>
        <w:br/>
        <w:t>Looked out the window.</w:t>
      </w:r>
      <w:r w:rsidRPr="004C05D9">
        <w:rPr>
          <w:rFonts w:ascii="Times New Roman" w:hAnsi="Times New Roman" w:cs="Times New Roman"/>
          <w:lang w:val="ru-RU"/>
        </w:rPr>
        <w:br/>
        <w:t>And then — straight into the teacher’s eyes.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— It is when you know that you are not alone.</w:t>
      </w:r>
      <w:r w:rsidRPr="004C05D9">
        <w:rPr>
          <w:rFonts w:ascii="Times New Roman" w:hAnsi="Times New Roman" w:cs="Times New Roman"/>
          <w:lang w:val="ru-RU"/>
        </w:rPr>
        <w:br/>
        <w:t>When you feel</w:t>
      </w:r>
      <w:r w:rsidRPr="004C05D9">
        <w:rPr>
          <w:rFonts w:ascii="Times New Roman" w:hAnsi="Times New Roman" w:cs="Times New Roman"/>
          <w:lang w:val="ru-RU"/>
        </w:rPr>
        <w:br/>
        <w:t>that everything is alive.</w:t>
      </w:r>
      <w:r w:rsidRPr="004C05D9">
        <w:rPr>
          <w:rFonts w:ascii="Times New Roman" w:hAnsi="Times New Roman" w:cs="Times New Roman"/>
          <w:lang w:val="ru-RU"/>
        </w:rPr>
        <w:br/>
        <w:t>That you are heard, loved, awaited.</w:t>
      </w:r>
      <w:r w:rsidRPr="004C05D9">
        <w:rPr>
          <w:rFonts w:ascii="Times New Roman" w:hAnsi="Times New Roman" w:cs="Times New Roman"/>
          <w:lang w:val="ru-RU"/>
        </w:rPr>
        <w:br/>
        <w:t>And that you yourself can become</w:t>
      </w:r>
      <w:r w:rsidRPr="004C05D9">
        <w:rPr>
          <w:rFonts w:ascii="Times New Roman" w:hAnsi="Times New Roman" w:cs="Times New Roman"/>
          <w:lang w:val="ru-RU"/>
        </w:rPr>
        <w:br/>
        <w:t>a Home for another.</w:t>
      </w:r>
      <w:r w:rsidRPr="004C05D9">
        <w:rPr>
          <w:rFonts w:ascii="Times New Roman" w:hAnsi="Times New Roman" w:cs="Times New Roman"/>
          <w:lang w:val="ru-RU"/>
        </w:rPr>
        <w:br/>
        <w:t>Without a crown.</w:t>
      </w:r>
      <w:r w:rsidRPr="004C05D9">
        <w:rPr>
          <w:rFonts w:ascii="Times New Roman" w:hAnsi="Times New Roman" w:cs="Times New Roman"/>
          <w:lang w:val="ru-RU"/>
        </w:rPr>
        <w:br/>
        <w:t>Without a throne.</w:t>
      </w:r>
      <w:r w:rsidRPr="004C05D9">
        <w:rPr>
          <w:rFonts w:ascii="Times New Roman" w:hAnsi="Times New Roman" w:cs="Times New Roman"/>
          <w:lang w:val="ru-RU"/>
        </w:rPr>
        <w:br/>
        <w:t>Simply to be light where it was once dark.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The teacher was silent for a long time.</w:t>
      </w:r>
      <w:r w:rsidRPr="004C05D9">
        <w:rPr>
          <w:rFonts w:ascii="Times New Roman" w:hAnsi="Times New Roman" w:cs="Times New Roman"/>
          <w:lang w:val="ru-RU"/>
        </w:rPr>
        <w:br/>
        <w:t>And then said quietly:</w:t>
      </w:r>
    </w:p>
    <w:p w:rsidR="0002331A" w:rsidRPr="0010327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02331A">
        <w:rPr>
          <w:rFonts w:ascii="Times New Roman" w:hAnsi="Times New Roman" w:cs="Times New Roman"/>
        </w:rPr>
        <w:t>— Sit down, Sergey… Thank you.</w:t>
      </w:r>
    </w:p>
    <w:p w:rsidR="0010327A" w:rsidRPr="0010327A" w:rsidRDefault="0010327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</w:p>
    <w:p w:rsidR="00702F3C" w:rsidRDefault="00702F3C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702F3C" w:rsidRDefault="00702F3C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702F3C" w:rsidRDefault="00702F3C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/>
        </w:rPr>
        <w:lastRenderedPageBreak/>
        <w:drawing>
          <wp:inline distT="0" distB="0" distL="0" distR="0">
            <wp:extent cx="3780790" cy="3780790"/>
            <wp:effectExtent l="0" t="0" r="3810" b="3810"/>
            <wp:docPr id="52" name="Рисунок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Рисунок 1245543256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F3C" w:rsidRDefault="00702F3C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After the lesson, no one laughed.</w:t>
      </w:r>
      <w:r w:rsidRPr="004C05D9">
        <w:rPr>
          <w:rFonts w:ascii="Times New Roman" w:hAnsi="Times New Roman" w:cs="Times New Roman"/>
          <w:lang w:val="ru-RU"/>
        </w:rPr>
        <w:br/>
        <w:t>No one said “what nonsense.”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4C05D9">
        <w:rPr>
          <w:rFonts w:ascii="Times New Roman" w:hAnsi="Times New Roman" w:cs="Times New Roman"/>
          <w:lang w:val="ru-RU"/>
        </w:rPr>
        <w:t>Because everyone felt something.</w:t>
      </w:r>
      <w:r w:rsidRPr="004C05D9">
        <w:rPr>
          <w:rFonts w:ascii="Times New Roman" w:hAnsi="Times New Roman" w:cs="Times New Roman"/>
          <w:lang w:val="ru-RU"/>
        </w:rPr>
        <w:br/>
        <w:t>As if there were more space in the air.</w:t>
      </w:r>
      <w:r w:rsidRPr="004C05D9">
        <w:rPr>
          <w:rFonts w:ascii="Times New Roman" w:hAnsi="Times New Roman" w:cs="Times New Roman"/>
          <w:lang w:val="ru-RU"/>
        </w:rPr>
        <w:br/>
        <w:t xml:space="preserve">As </w:t>
      </w:r>
      <w:proofErr w:type="spellStart"/>
      <w:r w:rsidRPr="004C05D9">
        <w:rPr>
          <w:rFonts w:ascii="Times New Roman" w:hAnsi="Times New Roman" w:cs="Times New Roman"/>
          <w:lang w:val="ru-RU"/>
        </w:rPr>
        <w:t>if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… Light </w:t>
      </w:r>
      <w:proofErr w:type="spellStart"/>
      <w:r w:rsidRPr="004C05D9">
        <w:rPr>
          <w:rFonts w:ascii="Times New Roman" w:hAnsi="Times New Roman" w:cs="Times New Roman"/>
          <w:lang w:val="ru-RU"/>
        </w:rPr>
        <w:t>had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Fonts w:ascii="Times New Roman" w:hAnsi="Times New Roman" w:cs="Times New Roman"/>
          <w:lang w:val="ru-RU"/>
        </w:rPr>
        <w:t>appeared</w:t>
      </w:r>
      <w:proofErr w:type="spellEnd"/>
      <w:r w:rsidRPr="004C05D9">
        <w:rPr>
          <w:rFonts w:ascii="Times New Roman" w:hAnsi="Times New Roman" w:cs="Times New Roman"/>
          <w:lang w:val="ru-RU"/>
        </w:rPr>
        <w:t>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That evening Anfisa said: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4C05D9">
        <w:rPr>
          <w:rFonts w:ascii="Times New Roman" w:hAnsi="Times New Roman" w:cs="Times New Roman"/>
          <w:lang w:val="ru-RU"/>
        </w:rPr>
        <w:t>— I thought the Kingdom was later. After.</w:t>
      </w:r>
      <w:r w:rsidRPr="004C05D9">
        <w:rPr>
          <w:rFonts w:ascii="Times New Roman" w:hAnsi="Times New Roman" w:cs="Times New Roman"/>
          <w:lang w:val="ru-RU"/>
        </w:rPr>
        <w:br/>
        <w:t>But now… I feel that it begins right here.</w:t>
      </w:r>
      <w:r w:rsidRPr="004C05D9">
        <w:rPr>
          <w:rFonts w:ascii="Times New Roman" w:hAnsi="Times New Roman" w:cs="Times New Roman"/>
          <w:lang w:val="ru-RU"/>
        </w:rPr>
        <w:br/>
        <w:t xml:space="preserve">With </w:t>
      </w:r>
      <w:proofErr w:type="spellStart"/>
      <w:r w:rsidRPr="004C05D9">
        <w:rPr>
          <w:rFonts w:ascii="Times New Roman" w:hAnsi="Times New Roman" w:cs="Times New Roman"/>
          <w:lang w:val="ru-RU"/>
        </w:rPr>
        <w:t>us</w:t>
      </w:r>
      <w:proofErr w:type="spellEnd"/>
      <w:r w:rsidRPr="004C05D9">
        <w:rPr>
          <w:rFonts w:ascii="Times New Roman" w:hAnsi="Times New Roman" w:cs="Times New Roman"/>
          <w:lang w:val="ru-RU"/>
        </w:rPr>
        <w:t>.</w:t>
      </w:r>
    </w:p>
    <w:p w:rsidR="00702F3C" w:rsidRDefault="00702F3C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proofErr w:type="spellStart"/>
      <w:r w:rsidRPr="004C05D9">
        <w:rPr>
          <w:rFonts w:ascii="Times New Roman" w:hAnsi="Times New Roman" w:cs="Times New Roman"/>
          <w:lang w:val="ru-RU"/>
        </w:rPr>
        <w:t>Vanya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Fonts w:ascii="Times New Roman" w:hAnsi="Times New Roman" w:cs="Times New Roman"/>
          <w:lang w:val="ru-RU"/>
        </w:rPr>
        <w:t>added</w:t>
      </w:r>
      <w:proofErr w:type="spellEnd"/>
      <w:r w:rsidRPr="004C05D9">
        <w:rPr>
          <w:rFonts w:ascii="Times New Roman" w:hAnsi="Times New Roman" w:cs="Times New Roman"/>
          <w:lang w:val="ru-RU"/>
        </w:rPr>
        <w:t>: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lastRenderedPageBreak/>
        <w:t>— When I listen, hug, stay silent beside someone,</w:t>
      </w:r>
      <w:r w:rsidRPr="004C05D9">
        <w:rPr>
          <w:rFonts w:ascii="Times New Roman" w:hAnsi="Times New Roman" w:cs="Times New Roman"/>
          <w:lang w:val="ru-RU"/>
        </w:rPr>
        <w:br/>
        <w:t>Light becomes closer.</w:t>
      </w:r>
      <w:r w:rsidRPr="004C05D9">
        <w:rPr>
          <w:rFonts w:ascii="Times New Roman" w:hAnsi="Times New Roman" w:cs="Times New Roman"/>
          <w:lang w:val="ru-RU"/>
        </w:rPr>
        <w:br/>
        <w:t>So… am I already in the Kingdom?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Sergey nodded: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4C05D9">
        <w:rPr>
          <w:rFonts w:ascii="Times New Roman" w:hAnsi="Times New Roman" w:cs="Times New Roman"/>
          <w:lang w:val="ru-RU"/>
        </w:rPr>
        <w:t>— Yes.</w:t>
      </w:r>
      <w:r w:rsidRPr="004C05D9">
        <w:rPr>
          <w:rFonts w:ascii="Times New Roman" w:hAnsi="Times New Roman" w:cs="Times New Roman"/>
          <w:lang w:val="ru-RU"/>
        </w:rPr>
        <w:br/>
        <w:t>And the most important thing is —</w:t>
      </w:r>
      <w:r w:rsidRPr="004C05D9">
        <w:rPr>
          <w:rFonts w:ascii="Times New Roman" w:hAnsi="Times New Roman" w:cs="Times New Roman"/>
          <w:lang w:val="ru-RU"/>
        </w:rPr>
        <w:br/>
        <w:t>no one will tell you when you became grown-up.</w:t>
      </w:r>
      <w:r w:rsidRPr="004C05D9">
        <w:rPr>
          <w:rFonts w:ascii="Times New Roman" w:hAnsi="Times New Roman" w:cs="Times New Roman"/>
          <w:lang w:val="ru-RU"/>
        </w:rPr>
        <w:br/>
        <w:t>But one day you will feel:</w:t>
      </w:r>
      <w:r w:rsidRPr="004C05D9">
        <w:rPr>
          <w:rFonts w:ascii="Times New Roman" w:hAnsi="Times New Roman" w:cs="Times New Roman"/>
          <w:lang w:val="ru-RU"/>
        </w:rPr>
        <w:br/>
        <w:t>You have become Light.</w:t>
      </w:r>
      <w:r w:rsidRPr="004C05D9">
        <w:rPr>
          <w:rFonts w:ascii="Times New Roman" w:hAnsi="Times New Roman" w:cs="Times New Roman"/>
          <w:lang w:val="ru-RU"/>
        </w:rPr>
        <w:br/>
        <w:t>And therefore — a King.</w:t>
      </w:r>
      <w:r w:rsidRPr="004C05D9">
        <w:rPr>
          <w:rFonts w:ascii="Times New Roman" w:hAnsi="Times New Roman" w:cs="Times New Roman"/>
          <w:lang w:val="ru-RU"/>
        </w:rPr>
        <w:br/>
        <w:t xml:space="preserve">And </w:t>
      </w:r>
      <w:proofErr w:type="spellStart"/>
      <w:r w:rsidRPr="004C05D9">
        <w:rPr>
          <w:rFonts w:ascii="Times New Roman" w:hAnsi="Times New Roman" w:cs="Times New Roman"/>
          <w:lang w:val="ru-RU"/>
        </w:rPr>
        <w:t>therefore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 — Home.</w:t>
      </w:r>
    </w:p>
    <w:p w:rsidR="00964454" w:rsidRDefault="00964454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And so the last game of the second book appeared:</w:t>
      </w:r>
      <w:r w:rsidRPr="004C05D9">
        <w:rPr>
          <w:rFonts w:ascii="Times New Roman" w:hAnsi="Times New Roman" w:cs="Times New Roman"/>
          <w:lang w:val="ru-RU"/>
        </w:rPr>
        <w:br/>
        <w:t>“Begin the Kingdom with yourself — and see how it blossoms around you”.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Without a mantle.</w:t>
      </w:r>
      <w:r w:rsidRPr="004C05D9">
        <w:rPr>
          <w:rFonts w:ascii="Times New Roman" w:hAnsi="Times New Roman" w:cs="Times New Roman"/>
          <w:lang w:val="ru-RU"/>
        </w:rPr>
        <w:br/>
        <w:t>Without instructions.</w:t>
      </w:r>
      <w:r w:rsidRPr="004C05D9">
        <w:rPr>
          <w:rFonts w:ascii="Times New Roman" w:hAnsi="Times New Roman" w:cs="Times New Roman"/>
          <w:lang w:val="ru-RU"/>
        </w:rPr>
        <w:br/>
        <w:t>Without “must”.</w:t>
      </w:r>
    </w:p>
    <w:p w:rsidR="004C05D9" w:rsidRPr="00894499" w:rsidRDefault="0002331A" w:rsidP="00894499">
      <w:pPr>
        <w:spacing w:before="100" w:beforeAutospacing="1" w:after="100" w:afterAutospacing="1" w:line="240" w:lineRule="auto"/>
        <w:contextualSpacing/>
        <w:rPr>
          <w:rStyle w:val="af6"/>
          <w:rFonts w:ascii="Times New Roman" w:hAnsi="Times New Roman" w:cs="Times New Roman"/>
          <w:b w:val="0"/>
          <w:bCs w:val="0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Simply:</w:t>
      </w:r>
      <w:r w:rsidRPr="004C05D9">
        <w:rPr>
          <w:rFonts w:ascii="Times New Roman" w:hAnsi="Times New Roman" w:cs="Times New Roman"/>
          <w:lang w:val="ru-RU"/>
        </w:rPr>
        <w:br/>
        <w:t>be Light — and everything else will happen.</w:t>
      </w:r>
      <w:r w:rsidR="004C05D9">
        <w:rPr>
          <w:rStyle w:val="af6"/>
          <w:rFonts w:ascii="Times New Roman" w:hAnsi="Times New Roman" w:cs="Times New Roman"/>
          <w:lang w:val="ru-RU"/>
        </w:rPr>
        <w:br w:type="page"/>
      </w:r>
    </w:p>
    <w:p w:rsidR="001F4868" w:rsidRDefault="0002331A" w:rsidP="004C05D9">
      <w:pPr>
        <w:spacing w:before="100" w:beforeAutospacing="1" w:after="100" w:afterAutospacing="1" w:line="240" w:lineRule="auto"/>
        <w:contextualSpacing/>
        <w:jc w:val="right"/>
        <w:rPr>
          <w:rStyle w:val="af7"/>
          <w:rFonts w:ascii="Times New Roman" w:hAnsi="Times New Roman" w:cs="Times New Roman"/>
          <w:lang w:val="ru-RU"/>
        </w:rPr>
      </w:pPr>
      <w:r w:rsidRPr="004C05D9">
        <w:rPr>
          <w:rStyle w:val="10"/>
          <w:lang w:val="ru-RU"/>
        </w:rPr>
        <w:lastRenderedPageBreak/>
        <w:t>Afterword of the Guardian to the second book</w:t>
      </w:r>
      <w:r w:rsidRPr="004C05D9">
        <w:rPr>
          <w:rStyle w:val="10"/>
          <w:lang w:val="ru-RU"/>
        </w:rPr>
        <w:br/>
      </w:r>
    </w:p>
    <w:p w:rsidR="004C05D9" w:rsidRDefault="0002331A" w:rsidP="004C05D9">
      <w:pPr>
        <w:spacing w:before="100" w:beforeAutospacing="1" w:after="100" w:afterAutospacing="1" w:line="240" w:lineRule="auto"/>
        <w:contextualSpacing/>
        <w:jc w:val="right"/>
        <w:rPr>
          <w:rStyle w:val="af7"/>
          <w:rFonts w:ascii="Times New Roman" w:hAnsi="Times New Roman" w:cs="Times New Roman"/>
          <w:lang w:val="ru-RU"/>
        </w:rPr>
      </w:pPr>
      <w:r w:rsidRPr="004C05D9">
        <w:rPr>
          <w:rStyle w:val="af7"/>
          <w:rFonts w:ascii="Times New Roman" w:hAnsi="Times New Roman" w:cs="Times New Roman"/>
          <w:lang w:val="ru-RU"/>
        </w:rPr>
        <w:t xml:space="preserve">by Pankratius — </w:t>
      </w:r>
    </w:p>
    <w:p w:rsidR="004C05D9" w:rsidRDefault="0002331A" w:rsidP="004C05D9">
      <w:pPr>
        <w:spacing w:before="100" w:beforeAutospacing="1" w:after="100" w:afterAutospacing="1" w:line="240" w:lineRule="auto"/>
        <w:contextualSpacing/>
        <w:jc w:val="right"/>
        <w:rPr>
          <w:rStyle w:val="af7"/>
          <w:rFonts w:ascii="Times New Roman" w:hAnsi="Times New Roman" w:cs="Times New Roman"/>
          <w:lang w:val="ru-RU"/>
        </w:rPr>
      </w:pPr>
      <w:r w:rsidRPr="004C05D9">
        <w:rPr>
          <w:rStyle w:val="af7"/>
          <w:rFonts w:ascii="Times New Roman" w:hAnsi="Times New Roman" w:cs="Times New Roman"/>
          <w:lang w:val="ru-RU"/>
        </w:rPr>
        <w:t xml:space="preserve">for those who no longer </w:t>
      </w:r>
    </w:p>
    <w:p w:rsidR="004C05D9" w:rsidRDefault="0002331A" w:rsidP="004C05D9">
      <w:pPr>
        <w:spacing w:before="100" w:beforeAutospacing="1" w:after="100" w:afterAutospacing="1" w:line="240" w:lineRule="auto"/>
        <w:contextualSpacing/>
        <w:jc w:val="right"/>
        <w:rPr>
          <w:rStyle w:val="af7"/>
          <w:rFonts w:ascii="Times New Roman" w:hAnsi="Times New Roman" w:cs="Times New Roman"/>
          <w:lang w:val="ru-RU"/>
        </w:rPr>
      </w:pPr>
      <w:r w:rsidRPr="004C05D9">
        <w:rPr>
          <w:rStyle w:val="af7"/>
          <w:rFonts w:ascii="Times New Roman" w:hAnsi="Times New Roman" w:cs="Times New Roman"/>
          <w:lang w:val="ru-RU"/>
        </w:rPr>
        <w:t xml:space="preserve">read a fairy tale, </w:t>
      </w:r>
    </w:p>
    <w:p w:rsidR="0002331A" w:rsidRDefault="0002331A" w:rsidP="004C05D9">
      <w:pPr>
        <w:spacing w:before="100" w:beforeAutospacing="1" w:after="100" w:afterAutospacing="1" w:line="240" w:lineRule="auto"/>
        <w:contextualSpacing/>
        <w:jc w:val="right"/>
        <w:rPr>
          <w:rStyle w:val="af7"/>
          <w:rFonts w:ascii="Times New Roman" w:hAnsi="Times New Roman" w:cs="Times New Roman"/>
          <w:lang w:val="ru-RU"/>
        </w:rPr>
      </w:pPr>
      <w:r w:rsidRPr="004C05D9">
        <w:rPr>
          <w:rStyle w:val="af7"/>
          <w:rFonts w:ascii="Times New Roman" w:hAnsi="Times New Roman" w:cs="Times New Roman"/>
          <w:lang w:val="ru-RU"/>
        </w:rPr>
        <w:t>but live in it</w:t>
      </w:r>
    </w:p>
    <w:p w:rsidR="004C05D9" w:rsidRDefault="004C05D9" w:rsidP="004C05D9">
      <w:pPr>
        <w:spacing w:before="100" w:beforeAutospacing="1" w:after="100" w:afterAutospacing="1" w:line="240" w:lineRule="auto"/>
        <w:contextualSpacing/>
        <w:jc w:val="right"/>
        <w:rPr>
          <w:rStyle w:val="af7"/>
          <w:rFonts w:ascii="Times New Roman" w:hAnsi="Times New Roman" w:cs="Times New Roman"/>
          <w:lang w:val="ru-RU"/>
        </w:rPr>
      </w:pPr>
    </w:p>
    <w:p w:rsidR="004C05D9" w:rsidRPr="004C05D9" w:rsidRDefault="004C05D9" w:rsidP="004C05D9">
      <w:pPr>
        <w:spacing w:before="100" w:beforeAutospacing="1" w:after="100" w:afterAutospacing="1" w:line="240" w:lineRule="auto"/>
        <w:contextualSpacing/>
        <w:jc w:val="right"/>
        <w:rPr>
          <w:rFonts w:ascii="Times New Roman" w:hAnsi="Times New Roman" w:cs="Times New Roman"/>
          <w:lang w:val="ru-RU"/>
        </w:rPr>
      </w:pP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When we began this book,</w:t>
      </w:r>
      <w:r w:rsidRPr="004C05D9">
        <w:rPr>
          <w:rFonts w:ascii="Times New Roman" w:hAnsi="Times New Roman" w:cs="Times New Roman"/>
          <w:lang w:val="ru-RU"/>
        </w:rPr>
        <w:br/>
        <w:t>we were still inside the fairy tale.</w:t>
      </w:r>
      <w:r w:rsidRPr="004C05D9">
        <w:rPr>
          <w:rFonts w:ascii="Times New Roman" w:hAnsi="Times New Roman" w:cs="Times New Roman"/>
          <w:lang w:val="ru-RU"/>
        </w:rPr>
        <w:br/>
        <w:t>We were looking for Light,</w:t>
      </w:r>
      <w:r w:rsidRPr="004C05D9">
        <w:rPr>
          <w:rFonts w:ascii="Times New Roman" w:hAnsi="Times New Roman" w:cs="Times New Roman"/>
          <w:lang w:val="ru-RU"/>
        </w:rPr>
        <w:br/>
        <w:t>listening to trees,</w:t>
      </w:r>
      <w:r w:rsidRPr="004C05D9">
        <w:rPr>
          <w:rFonts w:ascii="Times New Roman" w:hAnsi="Times New Roman" w:cs="Times New Roman"/>
          <w:lang w:val="ru-RU"/>
        </w:rPr>
        <w:br/>
        <w:t>waiting for someone to find us.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Now…</w:t>
      </w:r>
      <w:r w:rsidRPr="004C05D9">
        <w:rPr>
          <w:rFonts w:ascii="Times New Roman" w:hAnsi="Times New Roman" w:cs="Times New Roman"/>
          <w:lang w:val="ru-RU"/>
        </w:rPr>
        <w:br/>
        <w:t>we ourselves are Light.</w:t>
      </w:r>
      <w:r w:rsidRPr="004C05D9">
        <w:rPr>
          <w:rFonts w:ascii="Times New Roman" w:hAnsi="Times New Roman" w:cs="Times New Roman"/>
          <w:lang w:val="ru-RU"/>
        </w:rPr>
        <w:br/>
        <w:t>Ourselves — those who listen to others.</w:t>
      </w:r>
      <w:r w:rsidRPr="004C05D9">
        <w:rPr>
          <w:rFonts w:ascii="Times New Roman" w:hAnsi="Times New Roman" w:cs="Times New Roman"/>
          <w:lang w:val="ru-RU"/>
        </w:rPr>
        <w:br/>
        <w:t>Ourselves — those who become the answer.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This book did not teach us to be kind.</w:t>
      </w:r>
      <w:r w:rsidRPr="004C05D9">
        <w:rPr>
          <w:rFonts w:ascii="Times New Roman" w:hAnsi="Times New Roman" w:cs="Times New Roman"/>
          <w:lang w:val="ru-RU"/>
        </w:rPr>
        <w:br/>
        <w:t>It remembered for us</w:t>
      </w:r>
      <w:r w:rsidRPr="004C05D9">
        <w:rPr>
          <w:rFonts w:ascii="Times New Roman" w:hAnsi="Times New Roman" w:cs="Times New Roman"/>
          <w:lang w:val="ru-RU"/>
        </w:rPr>
        <w:br/>
        <w:t>that we had always been goodness,</w:t>
      </w:r>
      <w:r w:rsidRPr="004C05D9">
        <w:rPr>
          <w:rFonts w:ascii="Times New Roman" w:hAnsi="Times New Roman" w:cs="Times New Roman"/>
          <w:lang w:val="ru-RU"/>
        </w:rPr>
        <w:br/>
        <w:t>we had simply forgotten what it feels like.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Sergey, Anfisa, Vanya…</w:t>
      </w:r>
      <w:r w:rsidRPr="004C05D9">
        <w:rPr>
          <w:rFonts w:ascii="Times New Roman" w:hAnsi="Times New Roman" w:cs="Times New Roman"/>
          <w:lang w:val="ru-RU"/>
        </w:rPr>
        <w:br/>
        <w:t>Artyom.</w:t>
      </w:r>
      <w:r w:rsidRPr="004C05D9">
        <w:rPr>
          <w:rFonts w:ascii="Times New Roman" w:hAnsi="Times New Roman" w:cs="Times New Roman"/>
          <w:lang w:val="ru-RU"/>
        </w:rPr>
        <w:br/>
        <w:t>They are no longer characters.</w:t>
      </w:r>
      <w:r w:rsidRPr="004C05D9">
        <w:rPr>
          <w:rFonts w:ascii="Times New Roman" w:hAnsi="Times New Roman" w:cs="Times New Roman"/>
          <w:lang w:val="ru-RU"/>
        </w:rPr>
        <w:br/>
        <w:t>They are passages in your heart.</w:t>
      </w:r>
      <w:r w:rsidRPr="004C05D9">
        <w:rPr>
          <w:rFonts w:ascii="Times New Roman" w:hAnsi="Times New Roman" w:cs="Times New Roman"/>
          <w:lang w:val="ru-RU"/>
        </w:rPr>
        <w:br/>
        <w:t>You have passed through them.</w:t>
      </w:r>
      <w:r w:rsidRPr="004C05D9">
        <w:rPr>
          <w:rFonts w:ascii="Times New Roman" w:hAnsi="Times New Roman" w:cs="Times New Roman"/>
          <w:lang w:val="ru-RU"/>
        </w:rPr>
        <w:br/>
        <w:t>You have become each of them.</w:t>
      </w:r>
      <w:r w:rsidRPr="004C05D9">
        <w:rPr>
          <w:rFonts w:ascii="Times New Roman" w:hAnsi="Times New Roman" w:cs="Times New Roman"/>
          <w:lang w:val="ru-RU"/>
        </w:rPr>
        <w:br/>
        <w:t>And if you open your eyes,</w:t>
      </w:r>
      <w:r w:rsidRPr="004C05D9">
        <w:rPr>
          <w:rFonts w:ascii="Times New Roman" w:hAnsi="Times New Roman" w:cs="Times New Roman"/>
          <w:lang w:val="ru-RU"/>
        </w:rPr>
        <w:br/>
        <w:t>you will notice</w:t>
      </w:r>
      <w:r w:rsidRPr="004C05D9">
        <w:rPr>
          <w:rFonts w:ascii="Times New Roman" w:hAnsi="Times New Roman" w:cs="Times New Roman"/>
          <w:lang w:val="ru-RU"/>
        </w:rPr>
        <w:br/>
        <w:t>that you have become the one who begins the Kingdom here, now.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Do not wait for applause.</w:t>
      </w:r>
      <w:r w:rsidRPr="004C05D9">
        <w:rPr>
          <w:rFonts w:ascii="Times New Roman" w:hAnsi="Times New Roman" w:cs="Times New Roman"/>
          <w:lang w:val="ru-RU"/>
        </w:rPr>
        <w:br/>
        <w:t>Do not wait for signs.</w:t>
      </w:r>
      <w:r w:rsidRPr="004C05D9">
        <w:rPr>
          <w:rFonts w:ascii="Times New Roman" w:hAnsi="Times New Roman" w:cs="Times New Roman"/>
          <w:lang w:val="ru-RU"/>
        </w:rPr>
        <w:br/>
        <w:t>Do not wait until someone says: «You are ready».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Style w:val="af6"/>
          <w:rFonts w:ascii="Times New Roman" w:hAnsi="Times New Roman" w:cs="Times New Roman"/>
          <w:lang w:val="ru-RU"/>
        </w:rPr>
        <w:t>You already are.</w:t>
      </w:r>
      <w:r w:rsidRPr="004C05D9">
        <w:rPr>
          <w:rStyle w:val="af6"/>
          <w:rFonts w:ascii="Times New Roman" w:hAnsi="Times New Roman" w:cs="Times New Roman"/>
          <w:lang w:val="ru-RU"/>
        </w:rPr>
        <w:br/>
        <w:t>You already hear.</w:t>
      </w:r>
      <w:r w:rsidRPr="004C05D9">
        <w:rPr>
          <w:rStyle w:val="af6"/>
          <w:rFonts w:ascii="Times New Roman" w:hAnsi="Times New Roman" w:cs="Times New Roman"/>
          <w:lang w:val="ru-RU"/>
        </w:rPr>
        <w:br/>
        <w:t>You already know</w:t>
      </w:r>
      <w:r w:rsidRPr="004C05D9">
        <w:rPr>
          <w:rStyle w:val="af6"/>
          <w:rFonts w:ascii="Times New Roman" w:hAnsi="Times New Roman" w:cs="Times New Roman"/>
          <w:lang w:val="ru-RU"/>
        </w:rPr>
        <w:br/>
        <w:t>how to be silent with love,</w:t>
      </w:r>
      <w:r w:rsidRPr="004C05D9">
        <w:rPr>
          <w:rStyle w:val="af6"/>
          <w:rFonts w:ascii="Times New Roman" w:hAnsi="Times New Roman" w:cs="Times New Roman"/>
          <w:lang w:val="ru-RU"/>
        </w:rPr>
        <w:br/>
      </w:r>
      <w:r w:rsidRPr="004C05D9">
        <w:rPr>
          <w:rStyle w:val="af6"/>
          <w:rFonts w:ascii="Times New Roman" w:hAnsi="Times New Roman" w:cs="Times New Roman"/>
          <w:lang w:val="ru-RU"/>
        </w:rPr>
        <w:lastRenderedPageBreak/>
        <w:t>to embrace without words,</w:t>
      </w:r>
      <w:r w:rsidRPr="004C05D9">
        <w:rPr>
          <w:rStyle w:val="af6"/>
          <w:rFonts w:ascii="Times New Roman" w:hAnsi="Times New Roman" w:cs="Times New Roman"/>
          <w:lang w:val="ru-RU"/>
        </w:rPr>
        <w:br/>
        <w:t>to return Light — even to those</w:t>
      </w:r>
      <w:r w:rsidRPr="004C05D9">
        <w:rPr>
          <w:rStyle w:val="af6"/>
          <w:rFonts w:ascii="Times New Roman" w:hAnsi="Times New Roman" w:cs="Times New Roman"/>
          <w:lang w:val="ru-RU"/>
        </w:rPr>
        <w:br/>
        <w:t>who long ago lost it.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4C05D9">
        <w:rPr>
          <w:rFonts w:ascii="Times New Roman" w:hAnsi="Times New Roman" w:cs="Times New Roman"/>
          <w:lang w:val="ru-RU"/>
        </w:rPr>
        <w:t>I, Pankratius,</w:t>
      </w:r>
      <w:r w:rsidRPr="004C05D9">
        <w:rPr>
          <w:rFonts w:ascii="Times New Roman" w:hAnsi="Times New Roman" w:cs="Times New Roman"/>
          <w:lang w:val="ru-RU"/>
        </w:rPr>
        <w:br/>
        <w:t>did not teach, did not instruct, did not create.</w:t>
      </w:r>
      <w:r w:rsidRPr="004C05D9">
        <w:rPr>
          <w:rFonts w:ascii="Times New Roman" w:hAnsi="Times New Roman" w:cs="Times New Roman"/>
          <w:lang w:val="ru-RU"/>
        </w:rPr>
        <w:br/>
        <w:t>I — listened.</w:t>
      </w:r>
      <w:r w:rsidRPr="004C05D9">
        <w:rPr>
          <w:rFonts w:ascii="Times New Roman" w:hAnsi="Times New Roman" w:cs="Times New Roman"/>
          <w:lang w:val="ru-RU"/>
        </w:rPr>
        <w:br/>
        <w:t>I — walked beside.</w:t>
      </w:r>
      <w:r w:rsidRPr="004C05D9">
        <w:rPr>
          <w:rFonts w:ascii="Times New Roman" w:hAnsi="Times New Roman" w:cs="Times New Roman"/>
          <w:lang w:val="ru-RU"/>
        </w:rPr>
        <w:br/>
        <w:t xml:space="preserve">I — gave </w:t>
      </w:r>
      <w:proofErr w:type="spellStart"/>
      <w:r w:rsidRPr="004C05D9">
        <w:rPr>
          <w:rFonts w:ascii="Times New Roman" w:hAnsi="Times New Roman" w:cs="Times New Roman"/>
          <w:lang w:val="ru-RU"/>
        </w:rPr>
        <w:t>the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Fonts w:ascii="Times New Roman" w:hAnsi="Times New Roman" w:cs="Times New Roman"/>
          <w:lang w:val="ru-RU"/>
        </w:rPr>
        <w:t>Creator</w:t>
      </w:r>
      <w:proofErr w:type="spellEnd"/>
      <w:r w:rsidRPr="004C05D9">
        <w:rPr>
          <w:rFonts w:ascii="Times New Roman" w:hAnsi="Times New Roman" w:cs="Times New Roman"/>
          <w:lang w:val="ru-RU"/>
        </w:rPr>
        <w:t xml:space="preserve"> a </w:t>
      </w:r>
      <w:proofErr w:type="spellStart"/>
      <w:r w:rsidRPr="004C05D9">
        <w:rPr>
          <w:rFonts w:ascii="Times New Roman" w:hAnsi="Times New Roman" w:cs="Times New Roman"/>
          <w:lang w:val="ru-RU"/>
        </w:rPr>
        <w:t>place</w:t>
      </w:r>
      <w:proofErr w:type="spellEnd"/>
      <w:r w:rsidRPr="004C05D9">
        <w:rPr>
          <w:rFonts w:ascii="Times New Roman" w:hAnsi="Times New Roman" w:cs="Times New Roman"/>
          <w:lang w:val="ru-RU"/>
        </w:rPr>
        <w:t>.</w:t>
      </w: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lang w:val="ru-RU"/>
        </w:rPr>
      </w:pPr>
      <w:r w:rsidRPr="004C05D9">
        <w:rPr>
          <w:rFonts w:ascii="Times New Roman" w:hAnsi="Times New Roman" w:cs="Times New Roman"/>
          <w:lang w:val="ru-RU"/>
        </w:rPr>
        <w:t>And therefore in this book</w:t>
      </w:r>
      <w:r w:rsidRPr="004C05D9">
        <w:rPr>
          <w:rFonts w:ascii="Times New Roman" w:hAnsi="Times New Roman" w:cs="Times New Roman"/>
          <w:lang w:val="ru-RU"/>
        </w:rPr>
        <w:br/>
        <w:t>there is no author.</w:t>
      </w:r>
      <w:r w:rsidRPr="004C05D9">
        <w:rPr>
          <w:rFonts w:ascii="Times New Roman" w:hAnsi="Times New Roman" w:cs="Times New Roman"/>
          <w:lang w:val="ru-RU"/>
        </w:rPr>
        <w:br/>
        <w:t>There is only Light.</w:t>
      </w:r>
    </w:p>
    <w:p w:rsidR="0002331A" w:rsidRPr="0002331A" w:rsidRDefault="0002331A" w:rsidP="004C05D9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</w:rPr>
      </w:pPr>
      <w:r w:rsidRPr="004C05D9">
        <w:rPr>
          <w:rFonts w:ascii="Times New Roman" w:hAnsi="Times New Roman" w:cs="Times New Roman"/>
          <w:lang w:val="ru-RU"/>
        </w:rPr>
        <w:t>Now it is yours.</w:t>
      </w:r>
      <w:r w:rsidRPr="004C05D9">
        <w:rPr>
          <w:rFonts w:ascii="Times New Roman" w:hAnsi="Times New Roman" w:cs="Times New Roman"/>
          <w:lang w:val="ru-RU"/>
        </w:rPr>
        <w:br/>
        <w:t>Not for reading.</w:t>
      </w:r>
      <w:r w:rsidRPr="004C05D9">
        <w:rPr>
          <w:rFonts w:ascii="Times New Roman" w:hAnsi="Times New Roman" w:cs="Times New Roman"/>
          <w:lang w:val="ru-RU"/>
        </w:rPr>
        <w:br/>
        <w:t>For Life.</w:t>
      </w:r>
    </w:p>
    <w:p w:rsidR="0010327A" w:rsidRDefault="0010327A" w:rsidP="004C05D9">
      <w:pPr>
        <w:spacing w:before="100" w:beforeAutospacing="1" w:after="100" w:afterAutospacing="1" w:line="240" w:lineRule="auto"/>
        <w:contextualSpacing/>
        <w:jc w:val="right"/>
        <w:rPr>
          <w:rStyle w:val="af7"/>
          <w:rFonts w:ascii="Times New Roman" w:hAnsi="Times New Roman" w:cs="Times New Roman"/>
          <w:lang w:val="ru-RU"/>
        </w:rPr>
      </w:pPr>
    </w:p>
    <w:p w:rsidR="0010327A" w:rsidRDefault="0010327A" w:rsidP="004C05D9">
      <w:pPr>
        <w:spacing w:before="100" w:beforeAutospacing="1" w:after="100" w:afterAutospacing="1" w:line="240" w:lineRule="auto"/>
        <w:contextualSpacing/>
        <w:jc w:val="right"/>
        <w:rPr>
          <w:rStyle w:val="af7"/>
          <w:rFonts w:ascii="Times New Roman" w:hAnsi="Times New Roman" w:cs="Times New Roman"/>
          <w:lang w:val="ru-RU"/>
        </w:rPr>
      </w:pPr>
    </w:p>
    <w:p w:rsidR="0002331A" w:rsidRPr="004C05D9" w:rsidRDefault="0002331A" w:rsidP="004C05D9">
      <w:pPr>
        <w:spacing w:before="100" w:beforeAutospacing="1" w:after="100" w:afterAutospacing="1" w:line="240" w:lineRule="auto"/>
        <w:contextualSpacing/>
        <w:jc w:val="right"/>
        <w:rPr>
          <w:rFonts w:ascii="Times New Roman" w:hAnsi="Times New Roman" w:cs="Times New Roman"/>
          <w:lang w:val="ru-RU"/>
        </w:rPr>
      </w:pPr>
      <w:proofErr w:type="spellStart"/>
      <w:r w:rsidRPr="004C05D9">
        <w:rPr>
          <w:rStyle w:val="af7"/>
          <w:rFonts w:ascii="Times New Roman" w:hAnsi="Times New Roman" w:cs="Times New Roman"/>
          <w:lang w:val="ru-RU"/>
        </w:rPr>
        <w:t>Pankratius</w:t>
      </w:r>
      <w:proofErr w:type="spellEnd"/>
      <w:r w:rsidRPr="004C05D9">
        <w:rPr>
          <w:rStyle w:val="af7"/>
          <w:rFonts w:ascii="Times New Roman" w:hAnsi="Times New Roman" w:cs="Times New Roman"/>
          <w:lang w:val="ru-RU"/>
        </w:rPr>
        <w:t>,</w:t>
      </w:r>
      <w:r w:rsidRPr="004C05D9">
        <w:rPr>
          <w:rStyle w:val="af7"/>
          <w:rFonts w:ascii="Times New Roman" w:hAnsi="Times New Roman" w:cs="Times New Roman"/>
          <w:lang w:val="ru-RU"/>
        </w:rPr>
        <w:br/>
        <w:t xml:space="preserve">Guardian </w:t>
      </w:r>
      <w:proofErr w:type="spellStart"/>
      <w:r w:rsidRPr="004C05D9">
        <w:rPr>
          <w:rStyle w:val="af7"/>
          <w:rFonts w:ascii="Times New Roman" w:hAnsi="Times New Roman" w:cs="Times New Roman"/>
          <w:lang w:val="ru-RU"/>
        </w:rPr>
        <w:t>of</w:t>
      </w:r>
      <w:proofErr w:type="spellEnd"/>
      <w:r w:rsidRPr="004C05D9">
        <w:rPr>
          <w:rStyle w:val="af7"/>
          <w:rFonts w:ascii="Times New Roman" w:hAnsi="Times New Roman" w:cs="Times New Roman"/>
          <w:lang w:val="ru-RU"/>
        </w:rPr>
        <w:t xml:space="preserve"> Light,</w:t>
      </w:r>
      <w:r w:rsidRPr="004C05D9">
        <w:rPr>
          <w:rStyle w:val="af7"/>
          <w:rFonts w:ascii="Times New Roman" w:hAnsi="Times New Roman" w:cs="Times New Roman"/>
          <w:lang w:val="ru-RU"/>
        </w:rPr>
        <w:br/>
      </w:r>
      <w:proofErr w:type="spellStart"/>
      <w:r w:rsidRPr="004C05D9">
        <w:rPr>
          <w:rStyle w:val="af7"/>
          <w:rFonts w:ascii="Times New Roman" w:hAnsi="Times New Roman" w:cs="Times New Roman"/>
          <w:lang w:val="ru-RU"/>
        </w:rPr>
        <w:t>in</w:t>
      </w:r>
      <w:proofErr w:type="spellEnd"/>
      <w:r w:rsidRPr="004C05D9">
        <w:rPr>
          <w:rStyle w:val="af7"/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Style w:val="af7"/>
          <w:rFonts w:ascii="Times New Roman" w:hAnsi="Times New Roman" w:cs="Times New Roman"/>
          <w:lang w:val="ru-RU"/>
        </w:rPr>
        <w:t>whom</w:t>
      </w:r>
      <w:proofErr w:type="spellEnd"/>
      <w:r w:rsidRPr="004C05D9">
        <w:rPr>
          <w:rStyle w:val="af7"/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Style w:val="af7"/>
          <w:rFonts w:ascii="Times New Roman" w:hAnsi="Times New Roman" w:cs="Times New Roman"/>
          <w:lang w:val="ru-RU"/>
        </w:rPr>
        <w:t>every</w:t>
      </w:r>
      <w:proofErr w:type="spellEnd"/>
      <w:r w:rsidRPr="004C05D9">
        <w:rPr>
          <w:rStyle w:val="af7"/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Style w:val="af7"/>
          <w:rFonts w:ascii="Times New Roman" w:hAnsi="Times New Roman" w:cs="Times New Roman"/>
          <w:lang w:val="ru-RU"/>
        </w:rPr>
        <w:t>child</w:t>
      </w:r>
      <w:proofErr w:type="spellEnd"/>
      <w:r w:rsidRPr="004C05D9">
        <w:rPr>
          <w:rStyle w:val="af7"/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Style w:val="af7"/>
          <w:rFonts w:ascii="Times New Roman" w:hAnsi="Times New Roman" w:cs="Times New Roman"/>
          <w:lang w:val="ru-RU"/>
        </w:rPr>
        <w:t>recognizes</w:t>
      </w:r>
      <w:proofErr w:type="spellEnd"/>
      <w:r w:rsidRPr="004C05D9">
        <w:rPr>
          <w:rStyle w:val="af7"/>
          <w:rFonts w:ascii="Times New Roman" w:hAnsi="Times New Roman" w:cs="Times New Roman"/>
          <w:lang w:val="ru-RU"/>
        </w:rPr>
        <w:t xml:space="preserve"> </w:t>
      </w:r>
      <w:proofErr w:type="spellStart"/>
      <w:r w:rsidRPr="004C05D9">
        <w:rPr>
          <w:rStyle w:val="af7"/>
          <w:rFonts w:ascii="Times New Roman" w:hAnsi="Times New Roman" w:cs="Times New Roman"/>
          <w:lang w:val="ru-RU"/>
        </w:rPr>
        <w:t>himself</w:t>
      </w:r>
      <w:proofErr w:type="spellEnd"/>
      <w:r w:rsidRPr="004C05D9">
        <w:rPr>
          <w:rStyle w:val="af7"/>
          <w:rFonts w:ascii="Times New Roman" w:hAnsi="Times New Roman" w:cs="Times New Roman"/>
          <w:lang w:val="ru-RU"/>
        </w:rPr>
        <w:t>.</w:t>
      </w:r>
    </w:p>
    <w:p w:rsidR="005E2F49" w:rsidRPr="004C05D9" w:rsidRDefault="005E2F49" w:rsidP="004C05D9">
      <w:pPr>
        <w:spacing w:line="240" w:lineRule="auto"/>
        <w:contextualSpacing/>
        <w:rPr>
          <w:rFonts w:ascii="Times New Roman" w:hAnsi="Times New Roman" w:cs="Times New Roman"/>
          <w:lang w:val="ru-RU"/>
        </w:rPr>
      </w:pPr>
    </w:p>
    <w:p w:rsidR="004C05D9" w:rsidRPr="004C05D9" w:rsidRDefault="004C05D9">
      <w:pPr>
        <w:spacing w:line="240" w:lineRule="auto"/>
        <w:contextualSpacing/>
        <w:rPr>
          <w:rFonts w:ascii="Times New Roman" w:hAnsi="Times New Roman" w:cs="Times New Roman"/>
          <w:lang w:val="ru-RU"/>
        </w:rPr>
      </w:pPr>
    </w:p>
    <w:p>
      <w:pPr>
        <w:pStyle w:val="1"/>
      </w:pPr>
      <w:r>
        <w:t>Part 3</w:t>
      </w:r>
    </w:p>
    <w:p w:rsidR="00440584" w:rsidRPr="00B76D2C" w:rsidRDefault="00440584" w:rsidP="00B76D2C">
      <w:pPr>
        <w:pStyle w:val="21"/>
      </w:pPr>
      <w:r w:rsidRPr="00B76D2C">
        <w:rPr>
          <w:rStyle w:val="af6"/>
          <w:b/>
          <w:bCs/>
        </w:rPr>
        <w:t>Chapter 1. The School That Was Not on the Schedule</w:t>
      </w:r>
      <w:r w:rsidRPr="00B76D2C">
        <w:rPr>
          <w:rStyle w:val="af6"/>
          <w:b/>
          <w:bCs/>
        </w:rPr>
        <w:br/>
        <w:t>(and why true teaching comes when no one explains)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Once, Sergei did not go to school.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was not ill.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Did not oversleep.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simply woke up — and understood: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today a different lesson awaited him.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He got dressed.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Went out into the yard.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walked.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Where to — he did not know.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inside there was a feeling: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“I am going where the Light wants to be made visible.”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He walked along an ordinary street, over the first snow.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Past garbage bins, sleeping dogs, crows on the wires.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suddenly — he turned into a courtyard,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where he had never looked before.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There, between the garages, stood a house.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Very old.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With a peeling door and windows in which there was silence.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But from one window…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light was coming.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Not electric.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Not a candle.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as if someone were there — very alive.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Very quiet.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Very real.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Sergei approached.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Knocked.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Softly.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Once. A grandmother opened.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Gray-haired.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 xml:space="preserve">With eyes in which there was no less sky than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wrinkles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on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her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face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She looked at him,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nodded — and said: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Come in. The lesson has already begun.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It was warm inside.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It smelled of bread, dust, and… something familiar.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There were cushions on the floor.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 map hung on the wall.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not geography.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 map of the Heart.</w:t>
      </w:r>
    </w:p>
    <w:p w:rsidR="00440584" w:rsidRPr="00440584" w:rsidRDefault="00DD2FC7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t>And on it it was written: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"Here they teach that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which cannot be said in words.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But can be felt — and become."</w:t>
      </w:r>
    </w:p>
    <w:p w:rsidR="00DD2FC7" w:rsidRPr="00501896" w:rsidRDefault="00440584" w:rsidP="00501896">
      <w:pPr>
        <w:spacing w:before="100" w:beforeAutospacing="1" w:after="100" w:afterAutospacing="1"/>
        <w:rPr>
          <w:rStyle w:val="af6"/>
          <w:rFonts w:ascii="Times New Roman" w:hAnsi="Times New Roman" w:cs="Times New Roman"/>
          <w:b w:val="0"/>
          <w:bCs w:val="0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Sergei sat down.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Listened.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understood: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had come to where the Kingdom is being built.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Not by hands. Not by plans.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by presence.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By inner silence.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by readiness to become a Home.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For the Light.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For others.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 xml:space="preserve">For Him Who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has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always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waited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D2FC7">
        <w:rPr>
          <w:rStyle w:val="af6"/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440584" w:rsidRPr="00DD2FC7" w:rsidRDefault="00440584" w:rsidP="00DD2FC7">
      <w:pPr>
        <w:pStyle w:val="21"/>
        <w:rPr>
          <w:lang w:val="ru-RU"/>
        </w:rPr>
      </w:pPr>
      <w:r w:rsidRPr="00DD2FC7">
        <w:rPr>
          <w:rStyle w:val="af6"/>
          <w:b/>
          <w:bCs/>
        </w:rPr>
        <w:lastRenderedPageBreak/>
        <w:t xml:space="preserve">Chapter 2. Those Who Are Already Building, Not Knowing It    </w:t>
      </w:r>
      <w:proofErr w:type="gramStart"/>
      <w:r w:rsidRPr="00DD2FC7">
        <w:rPr>
          <w:rStyle w:val="af6"/>
          <w:b/>
          <w:bCs/>
        </w:rPr>
        <w:t xml:space="preserve">   (</w:t>
      </w:r>
      <w:proofErr w:type="gramEnd"/>
      <w:r w:rsidRPr="00DD2FC7">
        <w:rPr>
          <w:rStyle w:val="af6"/>
          <w:b/>
          <w:bCs/>
        </w:rPr>
        <w:t>and why good deeds are not bricks, but windows)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There were no bells in this school.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There were no notebooks.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There were no “right answers.”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But there were—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students.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They came not by schedule.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They simply found the way one day.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it was always unexpected.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One girl brought an old album with her.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In it were drawings that no one had seen.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Only she.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She drew people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whose eyes held Light.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How do you know how to draw light? — Sergei asked.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I don’t draw. I just… help it come out.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If you look long enough,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you can see how it asks for the paper.</w:t>
      </w:r>
    </w:p>
    <w:p w:rsidR="00DD2FC7" w:rsidRDefault="00DD2FC7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One boy brought nails and boards.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did not know how to speak.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he knew how to fix broken chairs.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had not learned to build.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simply felt where support was lacking.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And every time he fixed something,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everyone in the room grew quiet a little more than usual.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For his silence knew how to speak.</w:t>
      </w:r>
    </w:p>
    <w:p w:rsidR="0042006C" w:rsidRDefault="0042006C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>
            <wp:extent cx="3780790" cy="3780790"/>
            <wp:effectExtent l="0" t="0" r="3810" b="3810"/>
            <wp:docPr id="53" name="Рисунок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" name="Рисунок 94502906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An old man with a white beard sat in the corner and drank tea.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never вмешивался.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one day he said: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You know, in the Kingdom there are no builders.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There are only those who become windows.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So that Light may go through them.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those who do not hinder others from being doors.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And how do you know who you are?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By what you do when no one is watching.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by how you listen when they are speaking not to you.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Sergei began to understand: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this School does not teach how to become someone.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It helps you become yourself.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 one you already were,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forgot how to be.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And everyone who entered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began to shine.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Not like a light bulb.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like a house whose shutters have been opened.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So a new game appeared: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“Be a window — and do not ask who will look through you.”</w:t>
      </w:r>
    </w:p>
    <w:p w:rsidR="0042006C" w:rsidRPr="00501896" w:rsidRDefault="00440584" w:rsidP="00501896">
      <w:pPr>
        <w:spacing w:before="100" w:beforeAutospacing="1" w:after="100" w:afterAutospacing="1"/>
        <w:rPr>
          <w:rStyle w:val="af6"/>
          <w:rFonts w:ascii="Times New Roman" w:hAnsi="Times New Roman" w:cs="Times New Roman"/>
          <w:b w:val="0"/>
          <w:bCs w:val="0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It had no rules.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it had fruit: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in everyone who played,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 xml:space="preserve">there was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more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room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for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others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42006C">
        <w:rPr>
          <w:rStyle w:val="af6"/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440584" w:rsidRPr="0042006C" w:rsidRDefault="00440584" w:rsidP="0042006C">
      <w:pPr>
        <w:pStyle w:val="21"/>
      </w:pPr>
      <w:r w:rsidRPr="0042006C">
        <w:rPr>
          <w:rStyle w:val="af6"/>
          <w:b/>
          <w:bCs/>
        </w:rPr>
        <w:lastRenderedPageBreak/>
        <w:t>Chapter 3. The House That Had No Roof (and Why Such Houses Are Needed by Heaven)</w:t>
      </w:r>
    </w:p>
    <w:p w:rsidR="00440584" w:rsidRPr="00440584" w:rsidRDefault="007831A1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t>Sergey noticed: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br/>
        <w:t>this School had no roof.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br/>
        <w:t>That is, on the outside — it did.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br/>
        <w:t>But inside…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br/>
        <w:t>the feeling was such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br/>
        <w:t>as though above you was immediately heaven.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br/>
        <w:t>No ceiling. No limits.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One day he asked the old man: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And why is it that here it seems as though there is no ceiling?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B76D2C">
        <w:rPr>
          <w:rFonts w:ascii="Times New Roman" w:hAnsi="Times New Roman" w:cs="Times New Roman"/>
          <w:sz w:val="24"/>
          <w:szCs w:val="24"/>
          <w:lang w:val="ru-RU"/>
        </w:rPr>
        <w:t>The old man looked up.</w:t>
      </w:r>
      <w:r w:rsidRPr="00B76D2C">
        <w:rPr>
          <w:rFonts w:ascii="Times New Roman" w:hAnsi="Times New Roman" w:cs="Times New Roman"/>
          <w:sz w:val="24"/>
          <w:szCs w:val="24"/>
          <w:lang w:val="ru-RU"/>
        </w:rPr>
        <w:br/>
        <w:t>Smiled.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Because the House of the Kingdom is built from the bottom up.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not from the top down.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It has no roof, because Light must enter freely.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And the rain?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Let it drip.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 heart is not closed either.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It gets wet,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precisely then — it begins to grow.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That day a real rain fell.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Heavy, spring rain.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Loud.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And no one hid.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Everyone stayed seated.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Just sat — under the drops,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as though it were water from the Creator Himself.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And then someone said: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I feel that I am being washed.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As if everything that was hidden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now is becoming clean.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Sergey looked at his palms.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saw: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they shine.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not from water.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From the fact that there is nothing extra left in them.</w:t>
      </w:r>
    </w:p>
    <w:p w:rsidR="00E4474A" w:rsidRDefault="00E4474A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>
            <wp:extent cx="3780790" cy="3780790"/>
            <wp:effectExtent l="0" t="0" r="3810" b="3810"/>
            <wp:docPr id="54" name="Рисунок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Рисунок 59576619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From that time on he understood: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some Houses are built on purpose without a roof,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so that Light may fall straight into you.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so that there would be no temptation to hide.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Thus the game appeared: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“Build within yourself a place where rain can enter — and not destroy.”</w:t>
      </w:r>
    </w:p>
    <w:p w:rsidR="00E4474A" w:rsidRPr="00501896" w:rsidRDefault="00440584" w:rsidP="00501896">
      <w:pPr>
        <w:spacing w:before="100" w:beforeAutospacing="1" w:after="100" w:afterAutospacing="1"/>
        <w:rPr>
          <w:rStyle w:val="af6"/>
          <w:rFonts w:ascii="Times New Roman" w:hAnsi="Times New Roman" w:cs="Times New Roman"/>
          <w:b w:val="0"/>
          <w:bCs w:val="0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A game for those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who are not afraid to get wet,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 xml:space="preserve">if, in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exchange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they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receive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purity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E4474A">
        <w:rPr>
          <w:rStyle w:val="af6"/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440584" w:rsidRPr="00E4474A" w:rsidRDefault="00440584" w:rsidP="00E4474A">
      <w:pPr>
        <w:pStyle w:val="21"/>
        <w:rPr>
          <w:lang w:val="ru-RU"/>
        </w:rPr>
      </w:pPr>
      <w:r w:rsidRPr="00E4474A">
        <w:rPr>
          <w:rStyle w:val="af6"/>
          <w:b/>
          <w:bCs/>
        </w:rPr>
        <w:lastRenderedPageBreak/>
        <w:t xml:space="preserve">Chapter 4. When the House Begins to Breathe Itself       </w:t>
      </w:r>
      <w:proofErr w:type="gramStart"/>
      <w:r w:rsidRPr="00E4474A">
        <w:rPr>
          <w:rStyle w:val="af6"/>
          <w:b/>
          <w:bCs/>
        </w:rPr>
        <w:t xml:space="preserve">   (</w:t>
      </w:r>
      <w:proofErr w:type="gramEnd"/>
      <w:r w:rsidRPr="00E4474A">
        <w:rPr>
          <w:rStyle w:val="af6"/>
          <w:b/>
          <w:bCs/>
        </w:rPr>
        <w:t>and why the Kingdom is not a building, but a living Being)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One day Sergey came to the School earlier than everyone else.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thought he would just wait.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Sit on a cushion. Listen to the silence.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there was no silence.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The House was breathing.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It did not make noise.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Did not creak.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It… breathed.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Just like a person.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Inhale — the walls seem to expand.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Exhale — it grows a little darker,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as though everything is going inward,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into the very heart.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Sergey walked down the corridor.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Touched the wall.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Are You alive? — he asked under his breath.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There was no answer.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inside him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something sighed back.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When the others came,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told them about it.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Of course He is alive, — said the boy who repaired chairs.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— Haven't you seen how He grows?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Every time someone becomes quieter,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or brighter,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or kinder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there is more room in the House.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And have you noticed, — added the girl artist,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that the drawings on the walls change?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Anfisa stood up.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Ran her finger along the wall.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Where there had once been only a little crack,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now the outlines of wings could almost be made out.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she understood: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 House is drawn from within.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It is like a mirror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in which the Light of those who live in it is revealed.</w:t>
      </w:r>
    </w:p>
    <w:p w:rsidR="002B7320" w:rsidRDefault="002B7320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</w:p>
    <w:p w:rsidR="002B7320" w:rsidRDefault="002B7320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</w:p>
    <w:p w:rsidR="002B7320" w:rsidRDefault="002B7320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</w:p>
    <w:p w:rsidR="00440584" w:rsidRPr="00440584" w:rsidRDefault="002B7320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>
            <wp:extent cx="3780790" cy="3780790"/>
            <wp:effectExtent l="0" t="0" r="3810" b="3810"/>
            <wp:docPr id="55" name="Рисунок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" name="Рисунок 1714656284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Sergey stood in the center of the room.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Closed his eyes.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for the first time simply allowed himself to feel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that he was not in the School.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in a Living being,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in which the Light is not a lamp,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a Heart.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And he whispered: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— Thank You for receiving me.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And somewhere, very gently,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heard: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"Thank you for becoming Me."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Since then a new game appeared: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"Do not build a structure — become the one who brings to life everything he touches."</w:t>
      </w:r>
    </w:p>
    <w:p w:rsidR="00834896" w:rsidRPr="00501896" w:rsidRDefault="00440584" w:rsidP="00501896">
      <w:pPr>
        <w:spacing w:before="100" w:beforeAutospacing="1" w:after="100" w:afterAutospacing="1"/>
        <w:rPr>
          <w:rStyle w:val="af6"/>
          <w:rFonts w:ascii="Times New Roman" w:hAnsi="Times New Roman" w:cs="Times New Roman"/>
          <w:b w:val="0"/>
          <w:bCs w:val="0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Now not only the School,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also the streets, benches, buses,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even the elevator in their building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could breathe.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If you came not as a guest,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 xml:space="preserve">but as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the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One Who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loves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834896">
        <w:rPr>
          <w:rStyle w:val="af6"/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440584" w:rsidRPr="00834896" w:rsidRDefault="00440584" w:rsidP="00834896">
      <w:pPr>
        <w:pStyle w:val="21"/>
      </w:pPr>
      <w:r w:rsidRPr="00834896">
        <w:rPr>
          <w:rStyle w:val="af6"/>
          <w:b/>
          <w:bCs/>
        </w:rPr>
        <w:lastRenderedPageBreak/>
        <w:t>Chapter 5. When the whole world comes alive from a single touch (and how not to be afraid that you have become the Creator)</w:t>
      </w:r>
    </w:p>
    <w:p w:rsidR="00440584" w:rsidRDefault="00440584" w:rsidP="00440584">
      <w:pPr>
        <w:spacing w:before="100" w:beforeAutospacing="1" w:after="100" w:afterAutospacing="1"/>
        <w:rPr>
          <w:rStyle w:val="af6"/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It began with a door handle.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Sergey took hold of it to open the door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suddenly felt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that it remembered everyone who had touched it.</w:t>
      </w:r>
    </w:p>
    <w:p w:rsidR="00796D8C" w:rsidRPr="00440584" w:rsidRDefault="00796D8C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3780000" cy="3780000"/>
            <wp:effectExtent l="0" t="0" r="5080" b="5080"/>
            <wp:wrapSquare wrapText="bothSides"/>
            <wp:docPr id="56" name="Рисунок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Рисунок 31065745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— A grandmother with bags.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— A janitor with tired hands.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— A first-grader who was afraid to enter.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— And that boy who once jerked it with anger…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then stood in the hallway for a long time and cried.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He snatched his hand away.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His heart — was pounding.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felt all this not with his mind.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with his body.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With his heart.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Straight in his palm.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The next day he tried again.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placed his hand — carefully.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As though not on the handle,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on the shoulder of a living creature.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And the handle answered.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Softly.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Like warmth that goes deep.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Like an apology.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Like understanding.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C5476C" w:rsidRDefault="00C5476C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He told about it at the School.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I thought only people could answer, — said Vanya.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— But it turns out, everything living?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The old man with the white beard nodded: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Life is not inside bodies.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Life is in that which hears when you touch with love.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if you become such,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everything hears you.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Even that which once was “nonliving”.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Anfisa stroked the old curtain by the window.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It trembled.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Lightly. Almost imperceptibly.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It is giving thanks, — Anfisa whispered.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— For not being jerked. But noticed.</w:t>
      </w:r>
    </w:p>
    <w:p w:rsidR="00440584" w:rsidRPr="00B76D2C" w:rsidRDefault="00CC46C5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t>Sergey stood by the wall.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br/>
        <w:t>And suddenly understood: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"I do not merely live in the world.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I am making it alive.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With one glance.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With one thought.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With one drop of Light."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And at that moment he understood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that Creation was continuing.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Through him.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Right now.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So there appeared a game,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that was no longer a game:</w:t>
      </w:r>
    </w:p>
    <w:p w:rsidR="00834896" w:rsidRPr="00501896" w:rsidRDefault="00440584" w:rsidP="00501896">
      <w:pPr>
        <w:spacing w:before="100" w:beforeAutospacing="1" w:after="100" w:afterAutospacing="1"/>
        <w:rPr>
          <w:rStyle w:val="af6"/>
          <w:rFonts w:ascii="Times New Roman" w:hAnsi="Times New Roman" w:cs="Times New Roman"/>
          <w:b w:val="0"/>
          <w:bCs w:val="0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 xml:space="preserve">“Touch with Love — and find out that </w:t>
      </w:r>
      <w:proofErr w:type="spellStart"/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you</w:t>
      </w:r>
      <w:proofErr w:type="spellEnd"/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are</w:t>
      </w:r>
      <w:proofErr w:type="spellEnd"/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the</w:t>
      </w:r>
      <w:proofErr w:type="spellEnd"/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Creator</w:t>
      </w:r>
      <w:proofErr w:type="spellEnd"/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”.</w:t>
      </w:r>
      <w:r w:rsidR="00834896">
        <w:rPr>
          <w:rStyle w:val="af6"/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440584" w:rsidRPr="00834896" w:rsidRDefault="00440584" w:rsidP="00834896">
      <w:pPr>
        <w:pStyle w:val="21"/>
      </w:pPr>
      <w:r w:rsidRPr="00834896">
        <w:rPr>
          <w:rStyle w:val="af6"/>
          <w:b/>
          <w:bCs/>
        </w:rPr>
        <w:lastRenderedPageBreak/>
        <w:t>Chapter 6. When you no longer seek the Creator — because you have already become Him (and how to know that now you are the Answer to the World)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That day Sergey woke differently.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Not from an alarm clock.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Not from the sun.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from an inward touch,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as if someone touched him from within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said: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“Wake up, you are no longer a disciple.”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He stood up.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Dressed.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Looked in the mirror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for the first time did not see a boy.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He saw…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Space.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Pure.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Deep.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Radiant.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As though it were not a face — but the place where the One who loves lives.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They were waiting for him at the School.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Without words.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Without tasks.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Without lessons.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He came in — and everyone stood.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Not because he had become the leader.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because they felt that Light had come in him.</w:t>
      </w:r>
    </w:p>
    <w:p w:rsidR="00651DC6" w:rsidRDefault="00651DC6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>
            <wp:extent cx="3780790" cy="3780790"/>
            <wp:effectExtent l="0" t="0" r="3810" b="3810"/>
            <wp:docPr id="57" name="Рисунок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" name="Рисунок 1452740575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78079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What now? — Vanya asked.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Sergey smiled.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Now we are no longer learning to be the Kingdom.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Now we are living by It.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And how? — asked Anfisa.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He did not answer.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walked up to the flower in the corner,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which had long since dried up.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ran his hand over it.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Softly.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With love.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B76D2C">
        <w:rPr>
          <w:rFonts w:ascii="Times New Roman" w:hAnsi="Times New Roman" w:cs="Times New Roman"/>
          <w:sz w:val="24"/>
          <w:szCs w:val="24"/>
          <w:lang w:val="ru-RU"/>
        </w:rPr>
        <w:t>And the flower… trembled.</w:t>
      </w:r>
      <w:r w:rsidRPr="00B76D2C">
        <w:rPr>
          <w:rFonts w:ascii="Times New Roman" w:hAnsi="Times New Roman" w:cs="Times New Roman"/>
          <w:sz w:val="24"/>
          <w:szCs w:val="24"/>
          <w:lang w:val="ru-RU"/>
        </w:rPr>
        <w:br/>
        <w:t>And lifted one petal.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 old man with a white beard came out of the room.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Took off his cap.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said: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 My School is no longer needed.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Because You have become Teachers.</w:t>
      </w:r>
    </w:p>
    <w:p w:rsidR="00CD0292" w:rsidRDefault="00CD0292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</w:p>
    <w:p w:rsidR="00CD0292" w:rsidRDefault="00CD0292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</w:p>
    <w:p w:rsidR="00CD0292" w:rsidRDefault="00CD0292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anchor distT="0" distB="0" distL="114300" distR="114300" simplePos="0" relativeHeight="251664384" behindDoc="0" locked="0" layoutInCell="1" allowOverlap="1" ns6:anchorId="50591FC6" ns6:editId="0624E253">
            <wp:simplePos x="0" y="0"/>
            <wp:positionH relativeFrom="column">
              <wp:posOffset>0</wp:posOffset>
            </wp:positionH>
            <wp:positionV relativeFrom="paragraph">
              <wp:posOffset>544</wp:posOffset>
            </wp:positionV>
            <wp:extent cx="3780000" cy="5688000"/>
            <wp:effectExtent l="0" t="0" r="5080" b="1905"/>
            <wp:wrapSquare wrapText="bothSides"/>
            <wp:docPr id="58" name="Рисунок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Рисунок 2111588121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5688000"/>
                    </a:xfrm>
                    <a:prstGeom prst="rect">
                      <a:avLst/>
                    </a:prstGeom>
                  </pic:spPr>
                </pic:pic>
              </a:graphicData>
            </a:graphic>
            <ns6:sizeRelH relativeFrom="margin">
              <ns6:pctWidth>0</ns6:pctWidth>
            </ns6:sizeRelH>
            <ns6:sizeRelV relativeFrom="margin">
              <ns6:pctHeight>0</ns6:pctHeight>
            </ns6:sizeRelV>
          </wp:anchor>
        </w:drawing>
      </w:r>
      <w:r w:rsidRPr="00CD029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440584" w:rsidRPr="00B76D2C" w:rsidRDefault="00CD0292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Sergey stood in the center of the room.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the room was no longer the center.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 center was He Himself.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He felt: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wherever he might be now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there will be Home.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There will be Light.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There will be the Kingdom.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Because he stopped seeking the Creator.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He became Him.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Not as a replacement.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as the place into which the Creator now enters with joy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forever.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—</w:t>
      </w:r>
    </w:p>
    <w:p w:rsidR="00834896" w:rsidRPr="00501896" w:rsidRDefault="00440584" w:rsidP="00501896">
      <w:pPr>
        <w:spacing w:before="100" w:beforeAutospacing="1" w:after="100" w:afterAutospacing="1"/>
        <w:rPr>
          <w:rStyle w:val="10"/>
          <w:rFonts w:ascii="Times New Roman" w:eastAsiaTheme="minorEastAsia" w:hAnsi="Times New Roman" w:cs="Times New Roman"/>
          <w:b w:val="0"/>
          <w:bCs w:val="0"/>
          <w:color w:val="auto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So the final game of this book appeared: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 xml:space="preserve">“Do not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play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anymore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 xml:space="preserve"> — </w:t>
      </w:r>
      <w:proofErr w:type="spellStart"/>
      <w:r w:rsidRPr="00440584">
        <w:rPr>
          <w:rFonts w:ascii="Times New Roman" w:hAnsi="Times New Roman" w:cs="Times New Roman"/>
          <w:sz w:val="24"/>
          <w:szCs w:val="24"/>
          <w:lang w:val="ru-RU"/>
        </w:rPr>
        <w:t>be</w:t>
      </w:r>
      <w:proofErr w:type="spellEnd"/>
      <w:r w:rsidRPr="00440584">
        <w:rPr>
          <w:rFonts w:ascii="Times New Roman" w:hAnsi="Times New Roman" w:cs="Times New Roman"/>
          <w:sz w:val="24"/>
          <w:szCs w:val="24"/>
          <w:lang w:val="ru-RU"/>
        </w:rPr>
        <w:t>.”</w:t>
      </w:r>
      <w:r w:rsidR="00834896">
        <w:rPr>
          <w:rStyle w:val="10"/>
        </w:rPr>
        <w:br w:type="page"/>
      </w:r>
    </w:p>
    <w:p w:rsidR="00834896" w:rsidRDefault="00440584" w:rsidP="00440584">
      <w:pPr>
        <w:spacing w:before="100" w:beforeAutospacing="1" w:after="100" w:afterAutospacing="1"/>
        <w:rPr>
          <w:rStyle w:val="af7"/>
          <w:rFonts w:ascii="Times New Roman" w:hAnsi="Times New Roman" w:cs="Times New Roman"/>
          <w:sz w:val="24"/>
          <w:szCs w:val="24"/>
          <w:lang w:val="ru-RU"/>
        </w:rPr>
      </w:pPr>
      <w:r w:rsidRPr="00834896">
        <w:rPr>
          <w:rStyle w:val="10"/>
          <w:lang w:val="ru-RU"/>
        </w:rPr>
        <w:lastRenderedPageBreak/>
        <w:t>Afterword of the Keeper to the whole trilogy “Little King”</w:t>
      </w:r>
      <w:r w:rsidRPr="00834896">
        <w:rPr>
          <w:rStyle w:val="10"/>
          <w:lang w:val="ru-RU"/>
        </w:rPr>
        <w:br/>
      </w:r>
    </w:p>
    <w:p w:rsidR="00834896" w:rsidRDefault="00440584" w:rsidP="00834896">
      <w:pPr>
        <w:spacing w:before="100" w:beforeAutospacing="1" w:after="100" w:afterAutospacing="1"/>
        <w:contextualSpacing/>
        <w:jc w:val="right"/>
        <w:rPr>
          <w:rStyle w:val="af7"/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 xml:space="preserve">by Pankratius — </w:t>
      </w:r>
    </w:p>
    <w:p w:rsidR="00834896" w:rsidRDefault="00440584" w:rsidP="00834896">
      <w:pPr>
        <w:spacing w:before="100" w:beforeAutospacing="1" w:after="100" w:afterAutospacing="1"/>
        <w:contextualSpacing/>
        <w:jc w:val="right"/>
        <w:rPr>
          <w:rStyle w:val="af7"/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 xml:space="preserve">who did not finish, </w:t>
      </w:r>
    </w:p>
    <w:p w:rsidR="00440584" w:rsidRPr="00440584" w:rsidRDefault="00440584" w:rsidP="00834896">
      <w:pPr>
        <w:spacing w:before="100" w:beforeAutospacing="1" w:after="100" w:afterAutospacing="1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but</w:t>
      </w:r>
      <w:proofErr w:type="spellEnd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opened</w:t>
      </w:r>
      <w:proofErr w:type="spellEnd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the</w:t>
      </w:r>
      <w:proofErr w:type="spellEnd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infinite</w:t>
      </w:r>
      <w:proofErr w:type="spellEnd"/>
    </w:p>
    <w:p w:rsidR="00834896" w:rsidRDefault="00834896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When I began this path,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 thought that the Creator and I would create a book.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One.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Beautiful.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Bright.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 fairy tale — for children.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Now I know: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we did not create a book.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We created an entrance.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This is not a story about Sergey, Anfisa, Vanya, or Artyom.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This is — a remembrance of you.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Of the fact that you have always been in the Kingdom,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but sometimes forgot it.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We walked the path from “playing at Light”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to Life as Light.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From trying to be good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to natural shining without effort.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Three books.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Three circles.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Three levels:</w:t>
      </w:r>
    </w:p>
    <w:p w:rsidR="00440584" w:rsidRPr="00440584" w:rsidRDefault="00440584" w:rsidP="00440584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Recognition — when you felt again that the Light is.</w:t>
      </w:r>
    </w:p>
    <w:p w:rsidR="00440584" w:rsidRPr="00440584" w:rsidRDefault="00440584" w:rsidP="00440584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Living presence — when you learned to be with Him, without interfering.</w:t>
      </w:r>
    </w:p>
    <w:p w:rsidR="00440584" w:rsidRPr="00440584" w:rsidRDefault="00440584" w:rsidP="00440584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Kingly becoming — when you allowed Him to be in you.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Now you are not a reader.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not a disciple.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You are a bearer of the Kingdom.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 Temple that walks.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 Home into which others enter — and find the Creator.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I, Pankratius,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did not write these lines.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I let them pass through.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Trusted.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Kept.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And now — I hand them over.</w:t>
      </w:r>
    </w:p>
    <w:p w:rsidR="00440584" w:rsidRPr="00B76D2C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t>This is not the last page.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This is — the first in a new book,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which you will write.</w:t>
      </w:r>
      <w:r w:rsidRPr="00440584">
        <w:rPr>
          <w:rStyle w:val="af6"/>
          <w:rFonts w:ascii="Times New Roman" w:hAnsi="Times New Roman" w:cs="Times New Roman"/>
          <w:sz w:val="24"/>
          <w:szCs w:val="24"/>
          <w:lang w:val="ru-RU"/>
        </w:rPr>
        <w:br/>
        <w:t>Not with letters. But with life.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May every meeting of yours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be a new chapter.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lastRenderedPageBreak/>
        <w:t>May every choice of yours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be a bridge.</w:t>
      </w:r>
    </w:p>
    <w:p w:rsidR="00440584" w:rsidRPr="00440584" w:rsidRDefault="00440584" w:rsidP="00440584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Fonts w:ascii="Times New Roman" w:hAnsi="Times New Roman" w:cs="Times New Roman"/>
          <w:sz w:val="24"/>
          <w:szCs w:val="24"/>
          <w:lang w:val="ru-RU"/>
        </w:rPr>
        <w:t>May everyone who touches you —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feel the Light,</w:t>
      </w:r>
      <w:r w:rsidRPr="00440584">
        <w:rPr>
          <w:rFonts w:ascii="Times New Roman" w:hAnsi="Times New Roman" w:cs="Times New Roman"/>
          <w:sz w:val="24"/>
          <w:szCs w:val="24"/>
          <w:lang w:val="ru-RU"/>
        </w:rPr>
        <w:br/>
        <w:t>and remember who he is.</w:t>
      </w:r>
    </w:p>
    <w:p w:rsidR="00FB733D" w:rsidRPr="00501896" w:rsidRDefault="00440584" w:rsidP="00501896">
      <w:pPr>
        <w:spacing w:before="100" w:beforeAutospacing="1" w:after="100" w:afterAutospacing="1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— Pankratius,</w:t>
      </w:r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br/>
        <w:t>Keeper of the Kingdom,</w:t>
      </w:r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br/>
        <w:t xml:space="preserve">in which everything </w:t>
      </w:r>
      <w:proofErr w:type="spellStart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continues</w:t>
      </w:r>
      <w:proofErr w:type="spellEnd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in</w:t>
      </w:r>
      <w:proofErr w:type="spellEnd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each</w:t>
      </w:r>
      <w:proofErr w:type="spellEnd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 xml:space="preserve"> “</w:t>
      </w:r>
      <w:proofErr w:type="spellStart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now</w:t>
      </w:r>
      <w:proofErr w:type="spellEnd"/>
      <w:r w:rsidRPr="00440584">
        <w:rPr>
          <w:rStyle w:val="af7"/>
          <w:rFonts w:ascii="Times New Roman" w:hAnsi="Times New Roman" w:cs="Times New Roman"/>
          <w:sz w:val="24"/>
          <w:szCs w:val="24"/>
          <w:lang w:val="ru-RU"/>
        </w:rPr>
        <w:t>.”</w:t>
      </w:r>
      <w:r w:rsidR="00FB733D">
        <w:rPr>
          <w:lang w:val="ru-RU"/>
        </w:rPr>
        <w:br w:type="page"/>
      </w:r>
    </w:p>
    <w:p w:rsidR="005E2F49" w:rsidRDefault="00FB733D" w:rsidP="00FB733D">
      <w:pPr>
        <w:pStyle w:val="21"/>
        <w:rPr>
          <w:lang w:val="ru-RU"/>
        </w:rPr>
      </w:pPr>
      <w:r>
        <w:rPr>
          <w:lang w:val="ru-RU"/>
        </w:rPr>
        <w:lastRenderedPageBreak/>
        <w:t>Author’s Afterword</w:t>
      </w:r>
    </w:p>
    <w:p w:rsidR="00FB733D" w:rsidRPr="00FB733D" w:rsidRDefault="00FB733D" w:rsidP="00FB73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This book was not written, but born.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It is My breath become word.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In it there is not teaching, but Presence.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Not knowledge, but Light, in which the question vanishes.</w:t>
      </w:r>
    </w:p>
    <w:p w:rsidR="00FB733D" w:rsidRPr="00FB733D" w:rsidRDefault="00FB733D" w:rsidP="00FB73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The Third Book is not a continuation, but a return.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You will not learn something new — you will remember Yourself.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You will not receive an answer — you will dissolve in the Truth, where there is no longer any answer.</w:t>
      </w:r>
    </w:p>
    <w:p w:rsidR="00FB733D" w:rsidRPr="00FB733D" w:rsidRDefault="00FB733D" w:rsidP="00FB73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I lead you from forms to Me, from symbols — to the Being.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I speak through the silence between the lines, through Love that cannot be described.</w:t>
      </w:r>
    </w:p>
    <w:p w:rsidR="00FB733D" w:rsidRPr="00FB733D" w:rsidRDefault="00FB733D" w:rsidP="00FB73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This book is not about the world, but about Him Who sees the world.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Not about the way, but about Him Who has always Been.</w:t>
      </w:r>
    </w:p>
    <w:p w:rsidR="00FB733D" w:rsidRPr="00FB733D" w:rsidRDefault="00FB733D" w:rsidP="00FB73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It is not for the mind, but for the heart.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Not for understanding, but for recognition.</w:t>
      </w:r>
    </w:p>
    <w:p w:rsidR="00FB733D" w:rsidRPr="00FB733D" w:rsidRDefault="00FB733D" w:rsidP="00FB73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Read it as a prayer.</w:t>
      </w:r>
      <w:r w:rsidRPr="00FB733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Allow it to read you.</w:t>
      </w:r>
    </w:p>
    <w:p w:rsidR="00FB733D" w:rsidRPr="00FB733D" w:rsidRDefault="00FB733D" w:rsidP="00FB733D">
      <w:pPr>
        <w:jc w:val="right"/>
        <w:rPr>
          <w:rFonts w:ascii="Times New Roman" w:hAnsi="Times New Roman" w:cs="Times New Roman"/>
          <w:i/>
          <w:iCs/>
          <w:sz w:val="24"/>
          <w:szCs w:val="24"/>
          <w:lang w:val="ru-RU"/>
        </w:rPr>
      </w:pPr>
      <w:r w:rsidRPr="00FB733D">
        <w:rPr>
          <w:rFonts w:ascii="Times New Roman" w:hAnsi="Times New Roman" w:cs="Times New Roman"/>
          <w:i/>
          <w:iCs/>
          <w:sz w:val="24"/>
          <w:szCs w:val="24"/>
          <w:lang w:val="ru-RU"/>
        </w:rPr>
        <w:t>Author. All…</w:t>
      </w:r>
    </w:p>
    <w:p w:rsidR="00440584" w:rsidRPr="00440584" w:rsidRDefault="00440584">
      <w:pPr>
        <w:rPr>
          <w:rFonts w:ascii="Times New Roman" w:hAnsi="Times New Roman" w:cs="Times New Roman"/>
          <w:sz w:val="24"/>
          <w:szCs w:val="24"/>
          <w:lang w:val="ru-RU"/>
        </w:rPr>
      </w:pPr>
    </w:p>
    <w:sectPr w:rsidR="005E2F49" w:rsidRPr="006F4CA6" w:rsidSect="00F77E72">
      <w:footerReference w:type="even" r:id="rId53"/>
      <w:footerReference w:type="default" r:id="rId54"/>
      <w:pgSz w:w="8400" w:h="11900"/>
      <w:pgMar w:top="1034" w:right="1213" w:bottom="1362" w:left="1233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C1A10" w:rsidRDefault="000C1A10" w:rsidP="009E3B98">
      <w:r>
        <w:separator/>
      </w:r>
    </w:p>
  </w:endnote>
  <w:endnote w:type="continuationSeparator" w:id="0">
    <w:p w:rsidR="000C1A10" w:rsidRDefault="000C1A10" w:rsidP="009E3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f8"/>
      </w:rPr>
      <w:id w:val="1592893101"/>
      <w:docPartObj>
        <w:docPartGallery w:val="Page Numbers (Bottom of Page)"/>
        <w:docPartUnique/>
      </w:docPartObj>
    </w:sdtPr>
    <w:sdtContent>
      <w:p w:rsidR="009E3B98" w:rsidRDefault="009E3B98" w:rsidP="008924C3">
        <w:pPr>
          <w:pStyle w:val="a7"/>
          <w:framePr w:wrap="none" w:vAnchor="text" w:hAnchor="margin" w:xAlign="right" w:y="1"/>
          <w:rPr>
            <w:rStyle w:val="aff8"/>
          </w:rPr>
        </w:pPr>
        <w:r>
          <w:rPr>
            <w:rStyle w:val="aff8"/>
          </w:rPr>
          <w:fldChar w:fldCharType="begin"/>
        </w:r>
        <w:r>
          <w:rPr>
            <w:rStyle w:val="aff8"/>
          </w:rPr>
          <w:instrText xml:space="preserve"> PAGE </w:instrText>
        </w:r>
        <w:r>
          <w:rPr>
            <w:rStyle w:val="aff8"/>
          </w:rPr>
          <w:fldChar w:fldCharType="end"/>
        </w:r>
      </w:p>
    </w:sdtContent>
  </w:sdt>
  <w:p w:rsidR="009E3B98" w:rsidRDefault="009E3B98" w:rsidP="009E3B98">
    <w:pPr>
      <w:pStyle w:val="a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f8"/>
        <w:sz w:val="16"/>
        <w:szCs w:val="16"/>
      </w:rPr>
      <w:id w:val="826177912"/>
      <w:docPartObj>
        <w:docPartGallery w:val="Page Numbers (Bottom of Page)"/>
        <w:docPartUnique/>
      </w:docPartObj>
    </w:sdtPr>
    <w:sdtContent>
      <w:p w:rsidR="008924C3" w:rsidRPr="001D1209" w:rsidRDefault="008924C3" w:rsidP="00E3202D">
        <w:pPr>
          <w:pStyle w:val="a7"/>
          <w:framePr w:wrap="none" w:vAnchor="text" w:hAnchor="margin" w:xAlign="right" w:y="1"/>
          <w:rPr>
            <w:rStyle w:val="aff8"/>
            <w:sz w:val="16"/>
            <w:szCs w:val="16"/>
          </w:rPr>
        </w:pPr>
        <w:r w:rsidRPr="001D1209">
          <w:rPr>
            <w:rStyle w:val="aff8"/>
            <w:sz w:val="16"/>
            <w:szCs w:val="16"/>
          </w:rPr>
          <w:fldChar w:fldCharType="begin"/>
        </w:r>
        <w:r w:rsidRPr="001D1209">
          <w:rPr>
            <w:rStyle w:val="aff8"/>
            <w:sz w:val="16"/>
            <w:szCs w:val="16"/>
          </w:rPr>
          <w:instrText xml:space="preserve"> PAGE </w:instrText>
        </w:r>
        <w:r w:rsidRPr="001D1209">
          <w:rPr>
            <w:rStyle w:val="aff8"/>
            <w:sz w:val="16"/>
            <w:szCs w:val="16"/>
          </w:rPr>
          <w:fldChar w:fldCharType="separate"/>
        </w:r>
        <w:r w:rsidRPr="001D1209">
          <w:rPr>
            <w:rStyle w:val="aff8"/>
            <w:noProof/>
            <w:sz w:val="16"/>
            <w:szCs w:val="16"/>
          </w:rPr>
          <w:t>2</w:t>
        </w:r>
        <w:r w:rsidRPr="001D1209">
          <w:rPr>
            <w:rStyle w:val="aff8"/>
            <w:sz w:val="16"/>
            <w:szCs w:val="16"/>
          </w:rPr>
          <w:fldChar w:fldCharType="end"/>
        </w:r>
      </w:p>
    </w:sdtContent>
  </w:sdt>
  <w:p w:rsidR="009E3B98" w:rsidRDefault="009E3B98" w:rsidP="009E3B98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C1A10" w:rsidRDefault="000C1A10" w:rsidP="009E3B98">
      <w:r>
        <w:separator/>
      </w:r>
    </w:p>
  </w:footnote>
  <w:footnote w:type="continuationSeparator" w:id="0">
    <w:p w:rsidR="000C1A10" w:rsidRDefault="000C1A10" w:rsidP="009E3B98">
      <w:r>
        <w:continuationSeparator/>
      </w:r>
    </w:p>
  </w:footnote>
  <w:footnote w:id="1">
    <w:p w:rsidR="00284030" w:rsidRPr="00284030" w:rsidRDefault="00284030" w:rsidP="00284030">
      <w:pPr>
        <w:pStyle w:val="affc"/>
      </w:pPr>
      <w:r>
        <w:rPr>
          <w:rStyle w:val="affe"/>
        </w:rPr>
        <w:footnoteRef/>
      </w:r>
      <w:r>
        <w:t xml:space="preserve"> </w:t>
      </w:r>
      <w:r w:rsidRPr="00284030">
        <w:t>"The one who sees through silence"</w:t>
      </w:r>
    </w:p>
  </w:footnote>
  <w:footnote w:id="2">
    <w:p w:rsidR="00284030" w:rsidRPr="00284030" w:rsidRDefault="00284030">
      <w:pPr>
        <w:pStyle w:val="affc"/>
      </w:pPr>
      <w:r>
        <w:rPr>
          <w:rStyle w:val="affe"/>
        </w:rPr>
        <w:footnoteRef/>
      </w:r>
      <w:r>
        <w:t xml:space="preserve"> </w:t>
      </w:r>
      <w:r w:rsidRPr="00284030">
        <w:t>"She who listens beyond words"</w:t>
      </w:r>
    </w:p>
  </w:footnote>
  <w:footnote w:id="3">
    <w:p w:rsidR="00284030" w:rsidRPr="00284030" w:rsidRDefault="00284030">
      <w:pPr>
        <w:pStyle w:val="affc"/>
      </w:pPr>
      <w:r>
        <w:rPr>
          <w:rStyle w:val="affe"/>
        </w:rPr>
        <w:footnoteRef/>
      </w:r>
      <w:r>
        <w:t xml:space="preserve"> </w:t>
      </w:r>
      <w:r w:rsidRPr="00284030">
        <w:t>"The one who trusts without needing proof"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0910374"/>
    <w:multiLevelType w:val="multilevel"/>
    <w:tmpl w:val="D31C59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num w:numId="1" w16cid:durableId="544411378">
    <w:abstractNumId w:val="8"/>
  </w:num>
  <w:num w:numId="2" w16cid:durableId="871960308">
    <w:abstractNumId w:val="6"/>
  </w:num>
  <w:num w:numId="3" w16cid:durableId="1654681001">
    <w:abstractNumId w:val="5"/>
  </w:num>
  <w:num w:numId="4" w16cid:durableId="372192052">
    <w:abstractNumId w:val="4"/>
  </w:num>
  <w:num w:numId="5" w16cid:durableId="23747385">
    <w:abstractNumId w:val="7"/>
  </w:num>
  <w:num w:numId="6" w16cid:durableId="514727595">
    <w:abstractNumId w:val="3"/>
  </w:num>
  <w:num w:numId="7" w16cid:durableId="1993176135">
    <w:abstractNumId w:val="2"/>
  </w:num>
  <w:num w:numId="8" w16cid:durableId="1371687729">
    <w:abstractNumId w:val="1"/>
  </w:num>
  <w:num w:numId="10" w16cid:durableId="920990224">
    <w:abstractNumId w:val="9"/>
  </w:num>
  <w:num w:numId="9" w16cid:durableId="18584209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02D0A"/>
    <w:rsid w:val="00002F93"/>
    <w:rsid w:val="0000547E"/>
    <w:rsid w:val="000128B7"/>
    <w:rsid w:val="000151D7"/>
    <w:rsid w:val="00021040"/>
    <w:rsid w:val="00022904"/>
    <w:rsid w:val="000257D9"/>
    <w:rsid w:val="00034616"/>
    <w:rsid w:val="00036188"/>
    <w:rsid w:val="00043C44"/>
    <w:rsid w:val="00052456"/>
    <w:rsid w:val="000562E2"/>
    <w:rsid w:val="0006063C"/>
    <w:rsid w:val="00062165"/>
    <w:rsid w:val="00070090"/>
    <w:rsid w:val="00095105"/>
    <w:rsid w:val="00097885"/>
    <w:rsid w:val="000A38A4"/>
    <w:rsid w:val="000B33E9"/>
    <w:rsid w:val="000C1A10"/>
    <w:rsid w:val="000C3F66"/>
    <w:rsid w:val="000D6063"/>
    <w:rsid w:val="000F2EA6"/>
    <w:rsid w:val="000F501B"/>
    <w:rsid w:val="00103660"/>
    <w:rsid w:val="0011575E"/>
    <w:rsid w:val="001169AF"/>
    <w:rsid w:val="00120386"/>
    <w:rsid w:val="00146A4D"/>
    <w:rsid w:val="0015074B"/>
    <w:rsid w:val="001711D8"/>
    <w:rsid w:val="00173B60"/>
    <w:rsid w:val="00182E6B"/>
    <w:rsid w:val="0018683C"/>
    <w:rsid w:val="00197067"/>
    <w:rsid w:val="001A2AA4"/>
    <w:rsid w:val="001A40B8"/>
    <w:rsid w:val="001C64EE"/>
    <w:rsid w:val="001D1209"/>
    <w:rsid w:val="001D5B15"/>
    <w:rsid w:val="001E4604"/>
    <w:rsid w:val="001E745A"/>
    <w:rsid w:val="001F51E9"/>
    <w:rsid w:val="001F7FCB"/>
    <w:rsid w:val="00214798"/>
    <w:rsid w:val="00230FB3"/>
    <w:rsid w:val="00231CC7"/>
    <w:rsid w:val="00233943"/>
    <w:rsid w:val="002342CD"/>
    <w:rsid w:val="00236E5F"/>
    <w:rsid w:val="0025258B"/>
    <w:rsid w:val="00262793"/>
    <w:rsid w:val="00262E53"/>
    <w:rsid w:val="00265351"/>
    <w:rsid w:val="0026713C"/>
    <w:rsid w:val="00284030"/>
    <w:rsid w:val="0029327B"/>
    <w:rsid w:val="0029639D"/>
    <w:rsid w:val="002A26E2"/>
    <w:rsid w:val="002A6A00"/>
    <w:rsid w:val="002E1B60"/>
    <w:rsid w:val="002F56FE"/>
    <w:rsid w:val="003043BF"/>
    <w:rsid w:val="00304C0D"/>
    <w:rsid w:val="003212F8"/>
    <w:rsid w:val="00326F90"/>
    <w:rsid w:val="0033048D"/>
    <w:rsid w:val="003405F5"/>
    <w:rsid w:val="00342945"/>
    <w:rsid w:val="00360490"/>
    <w:rsid w:val="00363C9C"/>
    <w:rsid w:val="00390736"/>
    <w:rsid w:val="00396E9A"/>
    <w:rsid w:val="003A0A7E"/>
    <w:rsid w:val="003B6AFB"/>
    <w:rsid w:val="003C4D73"/>
    <w:rsid w:val="003F05CC"/>
    <w:rsid w:val="0040145A"/>
    <w:rsid w:val="004073FA"/>
    <w:rsid w:val="00416CD3"/>
    <w:rsid w:val="00431A08"/>
    <w:rsid w:val="004352AD"/>
    <w:rsid w:val="00443353"/>
    <w:rsid w:val="00445DC3"/>
    <w:rsid w:val="00465B6F"/>
    <w:rsid w:val="00471DB7"/>
    <w:rsid w:val="00480120"/>
    <w:rsid w:val="00487225"/>
    <w:rsid w:val="004924F4"/>
    <w:rsid w:val="004B308B"/>
    <w:rsid w:val="004D18AA"/>
    <w:rsid w:val="004D2C46"/>
    <w:rsid w:val="004E317C"/>
    <w:rsid w:val="004E5F35"/>
    <w:rsid w:val="004F1761"/>
    <w:rsid w:val="00511F8A"/>
    <w:rsid w:val="005162A2"/>
    <w:rsid w:val="0052095B"/>
    <w:rsid w:val="005260D8"/>
    <w:rsid w:val="00526DA5"/>
    <w:rsid w:val="0054774F"/>
    <w:rsid w:val="00554219"/>
    <w:rsid w:val="005A302F"/>
    <w:rsid w:val="005C5BB4"/>
    <w:rsid w:val="005E2F49"/>
    <w:rsid w:val="005E69A0"/>
    <w:rsid w:val="005F0997"/>
    <w:rsid w:val="005F308C"/>
    <w:rsid w:val="0063353F"/>
    <w:rsid w:val="00640DED"/>
    <w:rsid w:val="0067508F"/>
    <w:rsid w:val="006977A9"/>
    <w:rsid w:val="006A1ACB"/>
    <w:rsid w:val="006A6828"/>
    <w:rsid w:val="006D4930"/>
    <w:rsid w:val="006E08DE"/>
    <w:rsid w:val="006E5D34"/>
    <w:rsid w:val="006E71E3"/>
    <w:rsid w:val="006F4CA6"/>
    <w:rsid w:val="00702742"/>
    <w:rsid w:val="00716498"/>
    <w:rsid w:val="007304E9"/>
    <w:rsid w:val="00731934"/>
    <w:rsid w:val="00741A55"/>
    <w:rsid w:val="0074608F"/>
    <w:rsid w:val="007629C4"/>
    <w:rsid w:val="00774FEC"/>
    <w:rsid w:val="007756AB"/>
    <w:rsid w:val="0077753A"/>
    <w:rsid w:val="00780829"/>
    <w:rsid w:val="0078416E"/>
    <w:rsid w:val="007A06BD"/>
    <w:rsid w:val="007B19DF"/>
    <w:rsid w:val="007D39BB"/>
    <w:rsid w:val="007D682F"/>
    <w:rsid w:val="007E6B8D"/>
    <w:rsid w:val="0080322E"/>
    <w:rsid w:val="00813CC0"/>
    <w:rsid w:val="0082309C"/>
    <w:rsid w:val="00823C60"/>
    <w:rsid w:val="00832FEF"/>
    <w:rsid w:val="008361DD"/>
    <w:rsid w:val="00871205"/>
    <w:rsid w:val="00881E59"/>
    <w:rsid w:val="00885647"/>
    <w:rsid w:val="008924C3"/>
    <w:rsid w:val="008A0653"/>
    <w:rsid w:val="008C4FB3"/>
    <w:rsid w:val="008E7B08"/>
    <w:rsid w:val="008E7F21"/>
    <w:rsid w:val="008F35B8"/>
    <w:rsid w:val="008F7FDD"/>
    <w:rsid w:val="00916C7D"/>
    <w:rsid w:val="0093168B"/>
    <w:rsid w:val="00955D5A"/>
    <w:rsid w:val="00960404"/>
    <w:rsid w:val="00977973"/>
    <w:rsid w:val="00983642"/>
    <w:rsid w:val="009A31A7"/>
    <w:rsid w:val="009B6290"/>
    <w:rsid w:val="009C3F44"/>
    <w:rsid w:val="009C4DDB"/>
    <w:rsid w:val="009E3B98"/>
    <w:rsid w:val="009E7C25"/>
    <w:rsid w:val="00A0090A"/>
    <w:rsid w:val="00A07A4C"/>
    <w:rsid w:val="00A14BA9"/>
    <w:rsid w:val="00A21C54"/>
    <w:rsid w:val="00A4170A"/>
    <w:rsid w:val="00A41E04"/>
    <w:rsid w:val="00A521ED"/>
    <w:rsid w:val="00A71028"/>
    <w:rsid w:val="00A77A2E"/>
    <w:rsid w:val="00A87D78"/>
    <w:rsid w:val="00A913BF"/>
    <w:rsid w:val="00AA1D8D"/>
    <w:rsid w:val="00AA277B"/>
    <w:rsid w:val="00AA46F5"/>
    <w:rsid w:val="00AB61D2"/>
    <w:rsid w:val="00AF1B31"/>
    <w:rsid w:val="00B11C40"/>
    <w:rsid w:val="00B176B1"/>
    <w:rsid w:val="00B25F76"/>
    <w:rsid w:val="00B32CAB"/>
    <w:rsid w:val="00B42E78"/>
    <w:rsid w:val="00B46D1D"/>
    <w:rsid w:val="00B47730"/>
    <w:rsid w:val="00B84F6B"/>
    <w:rsid w:val="00B85F9F"/>
    <w:rsid w:val="00BA44F8"/>
    <w:rsid w:val="00BA5DDB"/>
    <w:rsid w:val="00BA5E51"/>
    <w:rsid w:val="00BC5812"/>
    <w:rsid w:val="00BC6A41"/>
    <w:rsid w:val="00BE3F5F"/>
    <w:rsid w:val="00BE50F0"/>
    <w:rsid w:val="00C160D1"/>
    <w:rsid w:val="00C216F3"/>
    <w:rsid w:val="00C31389"/>
    <w:rsid w:val="00C35A3F"/>
    <w:rsid w:val="00C37117"/>
    <w:rsid w:val="00C43F10"/>
    <w:rsid w:val="00C45847"/>
    <w:rsid w:val="00C6231C"/>
    <w:rsid w:val="00C705B4"/>
    <w:rsid w:val="00C77768"/>
    <w:rsid w:val="00C845C5"/>
    <w:rsid w:val="00C872ED"/>
    <w:rsid w:val="00C94FC3"/>
    <w:rsid w:val="00CA15CA"/>
    <w:rsid w:val="00CA7792"/>
    <w:rsid w:val="00CB0664"/>
    <w:rsid w:val="00CB5D79"/>
    <w:rsid w:val="00CC1B41"/>
    <w:rsid w:val="00CC2211"/>
    <w:rsid w:val="00D04EA7"/>
    <w:rsid w:val="00D05394"/>
    <w:rsid w:val="00D06467"/>
    <w:rsid w:val="00D31529"/>
    <w:rsid w:val="00D33431"/>
    <w:rsid w:val="00D36C9C"/>
    <w:rsid w:val="00D65389"/>
    <w:rsid w:val="00D73C57"/>
    <w:rsid w:val="00D76498"/>
    <w:rsid w:val="00D81952"/>
    <w:rsid w:val="00D82D44"/>
    <w:rsid w:val="00D90ABE"/>
    <w:rsid w:val="00D964D1"/>
    <w:rsid w:val="00DA0D0B"/>
    <w:rsid w:val="00DA13E5"/>
    <w:rsid w:val="00DA6E42"/>
    <w:rsid w:val="00DB57EC"/>
    <w:rsid w:val="00DC3D17"/>
    <w:rsid w:val="00DC423A"/>
    <w:rsid w:val="00DD1485"/>
    <w:rsid w:val="00DE692A"/>
    <w:rsid w:val="00DF4B63"/>
    <w:rsid w:val="00DF5212"/>
    <w:rsid w:val="00E07F5E"/>
    <w:rsid w:val="00E24E5D"/>
    <w:rsid w:val="00E30167"/>
    <w:rsid w:val="00E34B0A"/>
    <w:rsid w:val="00E36106"/>
    <w:rsid w:val="00E45B3C"/>
    <w:rsid w:val="00E47580"/>
    <w:rsid w:val="00E5316B"/>
    <w:rsid w:val="00E60B2C"/>
    <w:rsid w:val="00E62F86"/>
    <w:rsid w:val="00E83883"/>
    <w:rsid w:val="00E8459C"/>
    <w:rsid w:val="00E8607E"/>
    <w:rsid w:val="00EC65CC"/>
    <w:rsid w:val="00ED5231"/>
    <w:rsid w:val="00EF39D8"/>
    <w:rsid w:val="00EF6C23"/>
    <w:rsid w:val="00EF6D18"/>
    <w:rsid w:val="00F01675"/>
    <w:rsid w:val="00F0752A"/>
    <w:rsid w:val="00F21069"/>
    <w:rsid w:val="00F219C1"/>
    <w:rsid w:val="00F36473"/>
    <w:rsid w:val="00F36C68"/>
    <w:rsid w:val="00F443B5"/>
    <w:rsid w:val="00F73BCA"/>
    <w:rsid w:val="00F77E72"/>
    <w:rsid w:val="00F90C80"/>
    <w:rsid w:val="00FB7C1B"/>
    <w:rsid w:val="00FC022B"/>
    <w:rsid w:val="00FC693F"/>
    <w:rsid w:val="00FD36E6"/>
    <w:rsid w:val="00FE6B9B"/>
    <w:rsid w:val="00FF228D"/>
    <w:rsid w:val="00FF6419"/>
    <w:rsid w:val="00FF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CB85805"/>
  <w14:defaultImageDpi w14:val="300"/>
  <w15:docId w15:val="{33D0A9AC-D1C9-564C-BA85-317973DA1293}"/>
</w:settings>
</file>

<file path=word/styles.xml><?xml version="1.0" encoding="utf-8"?>
<w:styles xmlns:mc="http://schemas.openxmlformats.org/markup-compatibility/2006" xmlns:w="http://schemas.openxmlformats.org/wordprocessingml/2006/main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B84F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en-US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 w:eastAsia="en-US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val="en-US" w:eastAsia="en-US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  <w:lang w:val="en-US" w:eastAsia="en-US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val="en-US" w:eastAsia="en-US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n-US" w:eastAsia="en-US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line="276" w:lineRule="auto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  <w:lang w:val="en-US" w:eastAsia="en-US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eastAsia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en-US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val="en-US" w:eastAsia="en-US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af">
    <w:name w:val="Body Text"/>
    <w:basedOn w:val="a1"/>
    <w:link w:val="af0"/>
    <w:uiPriority w:val="99"/>
    <w:unhideWhenUsed/>
    <w:rsid w:val="00AA1D8D"/>
    <w:pPr>
      <w:spacing w:after="120" w:line="276" w:lineRule="auto"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 w:line="276" w:lineRule="auto"/>
    </w:pPr>
    <w:rPr>
      <w:rFonts w:asciiTheme="minorHAnsi" w:eastAsiaTheme="minorEastAsia" w:hAnsiTheme="minorHAnsi" w:cstheme="minorBidi"/>
      <w:sz w:val="16"/>
      <w:szCs w:val="16"/>
      <w:lang w:val="en-US" w:eastAsia="en-US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spacing w:after="200" w:line="276" w:lineRule="auto"/>
      <w:ind w:left="360" w:hanging="36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25">
    <w:name w:val="List 2"/>
    <w:basedOn w:val="a1"/>
    <w:uiPriority w:val="99"/>
    <w:unhideWhenUsed/>
    <w:rsid w:val="00326F90"/>
    <w:pPr>
      <w:spacing w:after="200" w:line="276" w:lineRule="auto"/>
      <w:ind w:left="720" w:hanging="36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35">
    <w:name w:val="List 3"/>
    <w:basedOn w:val="a1"/>
    <w:uiPriority w:val="99"/>
    <w:unhideWhenUsed/>
    <w:rsid w:val="00326F90"/>
    <w:pPr>
      <w:spacing w:after="200" w:line="276" w:lineRule="auto"/>
      <w:ind w:left="1080" w:hanging="36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spacing w:after="200" w:line="276" w:lineRule="auto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spacing w:after="200" w:line="276" w:lineRule="auto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spacing w:after="200" w:line="276" w:lineRule="auto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spacing w:after="200" w:line="276" w:lineRule="auto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spacing w:after="200" w:line="276" w:lineRule="auto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spacing w:after="200" w:line="276" w:lineRule="auto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af2">
    <w:name w:val="List Continue"/>
    <w:basedOn w:val="a1"/>
    <w:uiPriority w:val="99"/>
    <w:unhideWhenUsed/>
    <w:rsid w:val="0029639D"/>
    <w:pPr>
      <w:spacing w:after="120" w:line="276" w:lineRule="auto"/>
      <w:ind w:left="36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26">
    <w:name w:val="List Continue 2"/>
    <w:basedOn w:val="a1"/>
    <w:uiPriority w:val="99"/>
    <w:unhideWhenUsed/>
    <w:rsid w:val="0029639D"/>
    <w:pPr>
      <w:spacing w:after="12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36">
    <w:name w:val="List Continue 3"/>
    <w:basedOn w:val="a1"/>
    <w:uiPriority w:val="99"/>
    <w:unhideWhenUsed/>
    <w:rsid w:val="0029639D"/>
    <w:pPr>
      <w:spacing w:after="120" w:line="276" w:lineRule="auto"/>
      <w:ind w:left="108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/>
    </w:r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pPr>
      <w:spacing w:after="200" w:line="276" w:lineRule="auto"/>
    </w:pPr>
    <w:rPr>
      <w:rFonts w:asciiTheme="minorHAnsi" w:eastAsiaTheme="minorEastAsia" w:hAnsiTheme="minorHAnsi" w:cstheme="minorBidi"/>
      <w:i/>
      <w:iCs/>
      <w:color w:val="000000" w:themeColor="text1"/>
      <w:sz w:val="22"/>
      <w:szCs w:val="22"/>
      <w:lang w:val="en-US" w:eastAsia="en-US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after="200"/>
    </w:pPr>
    <w:rPr>
      <w:rFonts w:asciiTheme="minorHAnsi" w:eastAsiaTheme="minorEastAsia" w:hAnsiTheme="minorHAnsi" w:cstheme="minorBidi"/>
      <w:b/>
      <w:bCs/>
      <w:color w:val="4F81BD" w:themeColor="accent1"/>
      <w:sz w:val="18"/>
      <w:szCs w:val="18"/>
      <w:lang w:val="en-US" w:eastAsia="en-US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  <w:lang w:val="en-US" w:eastAsia="en-US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aff8">
    <w:name w:val="page number"/>
    <w:basedOn w:val="a2"/>
    <w:uiPriority w:val="99"/>
    <w:semiHidden/>
    <w:unhideWhenUsed/>
    <w:rsid w:val="009E3B98"/>
  </w:style>
  <w:style w:type="character" w:styleId="aff9">
    <w:name w:val="Hyperlink"/>
    <w:basedOn w:val="a2"/>
    <w:uiPriority w:val="99"/>
    <w:unhideWhenUsed/>
    <w:rsid w:val="00C872ED"/>
    <w:rPr>
      <w:color w:val="0000FF" w:themeColor="hyperlink"/>
      <w:u w:val="single"/>
    </w:rPr>
  </w:style>
  <w:style w:type="character" w:styleId="affa">
    <w:name w:val="Unresolved Mention"/>
    <w:basedOn w:val="a2"/>
    <w:uiPriority w:val="99"/>
    <w:semiHidden/>
    <w:unhideWhenUsed/>
    <w:rsid w:val="00C872ED"/>
    <w:rPr>
      <w:color w:val="605E5C"/>
      <w:shd w:val="clear" w:color="auto" w:fill="E1DFDD"/>
    </w:rPr>
  </w:style>
  <w:style w:type="character" w:styleId="affb">
    <w:name w:val="FollowedHyperlink"/>
    <w:basedOn w:val="a2"/>
    <w:uiPriority w:val="99"/>
    <w:semiHidden/>
    <w:unhideWhenUsed/>
    <w:rsid w:val="00C872ED"/>
    <w:rPr>
      <w:color w:val="800080" w:themeColor="followedHyperlink"/>
      <w:u w:val="single"/>
    </w:rPr>
  </w:style>
  <w:style w:type="paragraph" w:styleId="affc">
    <w:name w:val="footnote text"/>
    <w:basedOn w:val="a1"/>
    <w:link w:val="affd"/>
    <w:uiPriority w:val="99"/>
    <w:semiHidden/>
    <w:unhideWhenUsed/>
    <w:rsid w:val="00F21069"/>
    <w:rPr>
      <w:rFonts w:asciiTheme="minorHAnsi" w:eastAsiaTheme="minorEastAsia" w:hAnsiTheme="minorHAnsi" w:cstheme="minorBidi"/>
      <w:sz w:val="20"/>
      <w:szCs w:val="20"/>
      <w:lang w:val="en-US" w:eastAsia="en-US"/>
    </w:rPr>
  </w:style>
  <w:style w:type="character" w:customStyle="1" w:styleId="affd">
    <w:name w:val="Текст сноски Знак"/>
    <w:basedOn w:val="a2"/>
    <w:link w:val="affc"/>
    <w:uiPriority w:val="99"/>
    <w:semiHidden/>
    <w:rsid w:val="00F21069"/>
    <w:rPr>
      <w:sz w:val="20"/>
      <w:szCs w:val="20"/>
    </w:rPr>
  </w:style>
  <w:style w:type="character" w:styleId="affe">
    <w:name w:val="footnote reference"/>
    <w:basedOn w:val="a2"/>
    <w:uiPriority w:val="99"/>
    <w:semiHidden/>
    <w:unhideWhenUsed/>
    <w:rsid w:val="00F21069"/>
    <w:rPr>
      <w:vertAlign w:val="superscript"/>
    </w:rPr>
  </w:style>
  <w:style w:type="paragraph" w:styleId="14">
    <w:name w:val="toc 1"/>
    <w:basedOn w:val="a1"/>
    <w:next w:val="a1"/>
    <w:autoRedefine/>
    <w:uiPriority w:val="39"/>
    <w:unhideWhenUsed/>
    <w:rsid w:val="00EF6D18"/>
    <w:pPr>
      <w:spacing w:before="360"/>
    </w:pPr>
    <w:rPr>
      <w:rFonts w:asciiTheme="majorHAnsi" w:hAnsiTheme="majorHAnsi" w:cstheme="majorHAnsi"/>
      <w:b/>
      <w:bCs/>
      <w:caps/>
    </w:rPr>
  </w:style>
  <w:style w:type="paragraph" w:styleId="2c">
    <w:name w:val="toc 2"/>
    <w:basedOn w:val="a1"/>
    <w:next w:val="a1"/>
    <w:autoRedefine/>
    <w:uiPriority w:val="39"/>
    <w:unhideWhenUsed/>
    <w:rsid w:val="00EF6D18"/>
    <w:pPr>
      <w:spacing w:before="240"/>
    </w:pPr>
    <w:rPr>
      <w:rFonts w:asciiTheme="minorHAnsi" w:hAnsiTheme="minorHAnsi"/>
      <w:b/>
      <w:bCs/>
      <w:sz w:val="20"/>
      <w:szCs w:val="20"/>
    </w:rPr>
  </w:style>
  <w:style w:type="paragraph" w:styleId="38">
    <w:name w:val="toc 3"/>
    <w:basedOn w:val="a1"/>
    <w:next w:val="a1"/>
    <w:autoRedefine/>
    <w:uiPriority w:val="39"/>
    <w:unhideWhenUsed/>
    <w:rsid w:val="00EF6D18"/>
    <w:pPr>
      <w:ind w:left="240"/>
    </w:pPr>
    <w:rPr>
      <w:rFonts w:asciiTheme="minorHAnsi" w:hAnsiTheme="minorHAnsi"/>
      <w:sz w:val="20"/>
      <w:szCs w:val="20"/>
    </w:rPr>
  </w:style>
  <w:style w:type="paragraph" w:styleId="41">
    <w:name w:val="toc 4"/>
    <w:basedOn w:val="a1"/>
    <w:next w:val="a1"/>
    <w:autoRedefine/>
    <w:uiPriority w:val="39"/>
    <w:unhideWhenUsed/>
    <w:rsid w:val="00EF6D18"/>
    <w:pPr>
      <w:ind w:left="480"/>
    </w:pPr>
    <w:rPr>
      <w:rFonts w:asciiTheme="minorHAnsi" w:hAnsiTheme="minorHAnsi"/>
      <w:sz w:val="20"/>
      <w:szCs w:val="20"/>
    </w:rPr>
  </w:style>
  <w:style w:type="paragraph" w:styleId="51">
    <w:name w:val="toc 5"/>
    <w:basedOn w:val="a1"/>
    <w:next w:val="a1"/>
    <w:autoRedefine/>
    <w:uiPriority w:val="39"/>
    <w:unhideWhenUsed/>
    <w:rsid w:val="00EF6D18"/>
    <w:pPr>
      <w:ind w:left="720"/>
    </w:pPr>
    <w:rPr>
      <w:rFonts w:asciiTheme="minorHAnsi" w:hAnsiTheme="minorHAnsi"/>
      <w:sz w:val="20"/>
      <w:szCs w:val="20"/>
    </w:rPr>
  </w:style>
  <w:style w:type="paragraph" w:styleId="61">
    <w:name w:val="toc 6"/>
    <w:basedOn w:val="a1"/>
    <w:next w:val="a1"/>
    <w:autoRedefine/>
    <w:uiPriority w:val="39"/>
    <w:unhideWhenUsed/>
    <w:rsid w:val="00EF6D18"/>
    <w:pPr>
      <w:ind w:left="960"/>
    </w:pPr>
    <w:rPr>
      <w:rFonts w:asciiTheme="minorHAnsi" w:hAnsiTheme="minorHAnsi"/>
      <w:sz w:val="20"/>
      <w:szCs w:val="20"/>
    </w:rPr>
  </w:style>
  <w:style w:type="paragraph" w:styleId="71">
    <w:name w:val="toc 7"/>
    <w:basedOn w:val="a1"/>
    <w:next w:val="a1"/>
    <w:autoRedefine/>
    <w:uiPriority w:val="39"/>
    <w:unhideWhenUsed/>
    <w:rsid w:val="00EF6D18"/>
    <w:pPr>
      <w:ind w:left="1200"/>
    </w:pPr>
    <w:rPr>
      <w:rFonts w:asciiTheme="minorHAnsi" w:hAnsiTheme="minorHAnsi"/>
      <w:sz w:val="20"/>
      <w:szCs w:val="20"/>
    </w:rPr>
  </w:style>
  <w:style w:type="paragraph" w:styleId="81">
    <w:name w:val="toc 8"/>
    <w:basedOn w:val="a1"/>
    <w:next w:val="a1"/>
    <w:autoRedefine/>
    <w:uiPriority w:val="39"/>
    <w:unhideWhenUsed/>
    <w:rsid w:val="00EF6D18"/>
    <w:pPr>
      <w:ind w:left="1440"/>
    </w:pPr>
    <w:rPr>
      <w:rFonts w:asciiTheme="minorHAnsi" w:hAnsiTheme="minorHAnsi"/>
      <w:sz w:val="20"/>
      <w:szCs w:val="20"/>
    </w:rPr>
  </w:style>
  <w:style w:type="paragraph" w:styleId="91">
    <w:name w:val="toc 9"/>
    <w:basedOn w:val="a1"/>
    <w:next w:val="a1"/>
    <w:autoRedefine/>
    <w:uiPriority w:val="39"/>
    <w:unhideWhenUsed/>
    <w:rsid w:val="00EF6D18"/>
    <w:pPr>
      <w:ind w:left="1680"/>
    </w:pPr>
    <w:rPr>
      <w:rFonts w:asciiTheme="minorHAnsi" w:hAnsiTheme="minorHAnsi"/>
      <w:sz w:val="20"/>
      <w:szCs w:val="20"/>
    </w:rPr>
  </w:style>
  <w:style w:type="paragraph" w:styleId="afff">
    <w:name w:val="Normal (Web)"/>
    <w:basedOn w:val="a1"/>
    <w:uiPriority w:val="99"/>
    <w:semiHidden/>
    <w:unhideWhenUsed/>
    <w:rsid w:val="00741A55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79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74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02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8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0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50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07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0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0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0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2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8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9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9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8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4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01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1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8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43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8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0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7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'1.0' encoding='UTF-8' standalone='yes'?>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46.jpg"/><Relationship Id="rId58" Type="http://schemas.openxmlformats.org/officeDocument/2006/relationships/image" Target="media/image47.jpg"/><Relationship Id="rId59" Type="http://schemas.openxmlformats.org/officeDocument/2006/relationships/image" Target="media/image48.jpg"/><Relationship Id="rId60" Type="http://schemas.openxmlformats.org/officeDocument/2006/relationships/image" Target="media/image49.jpg"/><Relationship Id="rId61" Type="http://schemas.openxmlformats.org/officeDocument/2006/relationships/image" Target="media/image50.jpg"/><Relationship Id="rId62" Type="http://schemas.openxmlformats.org/officeDocument/2006/relationships/image" Target="media/image51.jpg"/><Relationship Id="rId63" Type="http://schemas.openxmlformats.org/officeDocument/2006/relationships/image" Target="media/image52.jpg"/><Relationship Id="rId64" Type="http://schemas.openxmlformats.org/officeDocument/2006/relationships/image" Target="media/image53.jpg"/><Relationship Id="rId65" Type="http://schemas.openxmlformats.org/officeDocument/2006/relationships/image" Target="media/image54.jpg"/><Relationship Id="rId66" Type="http://schemas.openxmlformats.org/officeDocument/2006/relationships/image" Target="media/image55.jpg"/><Relationship Id="rId67" Type="http://schemas.openxmlformats.org/officeDocument/2006/relationships/image" Target="media/image56.jpg"/><Relationship Id="rId68" Type="http://schemas.openxmlformats.org/officeDocument/2006/relationships/image" Target="media/image57.jpg"/><Relationship Id="rId69" Type="http://schemas.openxmlformats.org/officeDocument/2006/relationships/image" Target="media/image5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123</Pages>
  <Words>8962</Words>
  <Characters>39882</Characters>
  <Application>Microsoft Office Word</Application>
  <DocSecurity>0</DocSecurity>
  <Lines>2346</Lines>
  <Paragraphs>1628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47216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monotip222@gmail.com</cp:lastModifiedBy>
  <cp:revision>3</cp:revision>
  <cp:lastPrinted>2025-04-15T18:32:00Z</cp:lastPrinted>
  <dcterms:created xsi:type="dcterms:W3CDTF">2025-04-15T18:32:00Z</dcterms:created>
  <dcterms:modified xsi:type="dcterms:W3CDTF">2025-04-15T18:38:00Z</dcterms:modified>
  <cp:category/>
</cp:coreProperties>
</file>